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8C346" w14:textId="77777777" w:rsidR="006E1AB1" w:rsidRDefault="00000000">
      <w:pPr>
        <w:jc w:val="center"/>
      </w:pPr>
      <w:r>
        <w:rPr>
          <w:b/>
          <w:sz w:val="40"/>
        </w:rPr>
        <w:t>COMUNE DI CANTOIRA</w:t>
      </w:r>
    </w:p>
    <w:p w14:paraId="68681AA3" w14:textId="2B14EFAC" w:rsidR="006E1AB1" w:rsidRDefault="00000000">
      <w:pPr>
        <w:jc w:val="center"/>
      </w:pPr>
      <w:r>
        <w:rPr>
          <w:sz w:val="40"/>
        </w:rPr>
        <w:t>Città Metropolitana di Torino</w:t>
      </w:r>
    </w:p>
    <w:p w14:paraId="7CD2C09E" w14:textId="77777777" w:rsidR="006E1AB1" w:rsidRDefault="006E1AB1"/>
    <w:p w14:paraId="4B42DA27" w14:textId="77777777" w:rsidR="00032CC8" w:rsidRDefault="00032CC8"/>
    <w:p w14:paraId="51E6590D" w14:textId="77777777" w:rsidR="00032CC8" w:rsidRDefault="00032CC8"/>
    <w:p w14:paraId="65F9A761" w14:textId="77777777" w:rsidR="00032CC8" w:rsidRDefault="00032CC8"/>
    <w:p w14:paraId="02B2BC86" w14:textId="77777777" w:rsidR="00032CC8" w:rsidRDefault="00032CC8"/>
    <w:p w14:paraId="3C3472B2" w14:textId="77777777" w:rsidR="006E1AB1" w:rsidRDefault="00000000">
      <w:pPr>
        <w:jc w:val="center"/>
      </w:pPr>
      <w:r>
        <w:rPr>
          <w:sz w:val="40"/>
        </w:rPr>
        <w:t>RELAZIONE TECNICA DEL</w:t>
      </w:r>
    </w:p>
    <w:p w14:paraId="4320F5E6" w14:textId="77777777" w:rsidR="006E1AB1" w:rsidRDefault="00000000">
      <w:pPr>
        <w:jc w:val="center"/>
      </w:pPr>
      <w:r>
        <w:rPr>
          <w:sz w:val="40"/>
        </w:rPr>
        <w:t>RESPONSABILE DEL SERVIZIO</w:t>
      </w:r>
    </w:p>
    <w:p w14:paraId="62864D39" w14:textId="3D2873EA" w:rsidR="006E1AB1" w:rsidRDefault="00000000">
      <w:pPr>
        <w:jc w:val="center"/>
      </w:pPr>
      <w:r>
        <w:rPr>
          <w:sz w:val="40"/>
        </w:rPr>
        <w:t>ECONOMICO FINANZIARIO</w:t>
      </w:r>
    </w:p>
    <w:p w14:paraId="554D6749" w14:textId="77777777" w:rsidR="006E1AB1" w:rsidRDefault="006E1AB1"/>
    <w:p w14:paraId="452058D8" w14:textId="77777777" w:rsidR="00032CC8" w:rsidRDefault="00032CC8"/>
    <w:p w14:paraId="7E8C8B61" w14:textId="77777777" w:rsidR="00032CC8" w:rsidRDefault="00032CC8"/>
    <w:p w14:paraId="5D27D77C" w14:textId="77777777" w:rsidR="00032CC8" w:rsidRDefault="00032CC8"/>
    <w:p w14:paraId="19C4FA8D" w14:textId="77777777" w:rsidR="00032CC8" w:rsidRDefault="00032CC8"/>
    <w:p w14:paraId="158044B9" w14:textId="77777777" w:rsidR="006E1AB1" w:rsidRDefault="00000000">
      <w:pPr>
        <w:jc w:val="center"/>
      </w:pPr>
      <w:r>
        <w:rPr>
          <w:b/>
          <w:sz w:val="32"/>
        </w:rPr>
        <w:t>SALVAGUARDIA DEGLI EQUILIBRI DI BILANCIO 2026-2028</w:t>
      </w:r>
    </w:p>
    <w:p w14:paraId="74D92194" w14:textId="77777777" w:rsidR="006E1AB1" w:rsidRDefault="006E1AB1"/>
    <w:p w14:paraId="29AB3822" w14:textId="77777777" w:rsidR="00032CC8" w:rsidRDefault="00032CC8"/>
    <w:p w14:paraId="7F6C2C94" w14:textId="77777777" w:rsidR="00032CC8" w:rsidRDefault="00032CC8"/>
    <w:p w14:paraId="6920C2B9" w14:textId="77777777" w:rsidR="00032CC8" w:rsidRDefault="00032CC8"/>
    <w:p w14:paraId="78620214" w14:textId="77777777" w:rsidR="00032CC8" w:rsidRDefault="00032CC8"/>
    <w:p w14:paraId="2BD49DC2" w14:textId="77777777" w:rsidR="00032CC8" w:rsidRDefault="00032CC8"/>
    <w:p w14:paraId="48EA29B2" w14:textId="77777777" w:rsidR="006E1AB1" w:rsidRDefault="00000000">
      <w:pPr>
        <w:spacing w:after="60"/>
        <w:ind w:firstLine="851"/>
        <w:jc w:val="both"/>
      </w:pPr>
      <w:r>
        <w:lastRenderedPageBreak/>
        <w:t>L'anno 2026, addì 1 del mese di luglio, il sottoscritto Responsabile del Servizio Finanziario procede con la verifica degli equilibri di bilancio ai fini di quanto disposto dall'art. 193 del D.Lgs. 267/2000 e ss.mm.ii con riferimento alla situazione alla data odierna. A tal fine,</w:t>
      </w:r>
    </w:p>
    <w:p w14:paraId="5A4E601D" w14:textId="77777777" w:rsidR="006E1AB1" w:rsidRDefault="00000000">
      <w:pPr>
        <w:spacing w:after="60"/>
        <w:ind w:firstLine="851"/>
        <w:jc w:val="both"/>
      </w:pPr>
      <w:r w:rsidRPr="00032CC8">
        <w:rPr>
          <w:bCs/>
        </w:rPr>
        <w:t>Visto</w:t>
      </w:r>
      <w:r>
        <w:t xml:space="preserve"> l'art. 147 quinquies – Controllo sugli equilibri finanziari - D.Lgs. 267/2000;</w:t>
      </w:r>
    </w:p>
    <w:p w14:paraId="0BCA1932" w14:textId="77777777" w:rsidR="006E1AB1" w:rsidRDefault="00000000">
      <w:pPr>
        <w:spacing w:after="60"/>
        <w:ind w:firstLine="851"/>
        <w:jc w:val="both"/>
      </w:pPr>
      <w:r>
        <w:t xml:space="preserve">Visto l'art. 175, comma 8, del d.Lgs. n. 167/2000, come modificato dal d.Lgs. n. 126/2014, il quale prevede che </w:t>
      </w:r>
      <w:r>
        <w:rPr>
          <w:i/>
        </w:rPr>
        <w:t>"Mediante la variazione di assestamento generale, deliberata dall'organo consiliare dell'ente entro il 31 luglio di ciascun anno, si attua la verifica generale di tutte le voci di entrata e di uscita, compreso il fondo di riserva e il fondo di riserva cassa, al fine di assicurare il mantenimento del pareggio di bilancio";</w:t>
      </w:r>
    </w:p>
    <w:p w14:paraId="633552C7" w14:textId="77777777" w:rsidR="006E1AB1" w:rsidRDefault="00000000">
      <w:pPr>
        <w:spacing w:after="60"/>
        <w:ind w:firstLine="851"/>
        <w:jc w:val="both"/>
      </w:pPr>
      <w:r>
        <w:t>Visto l'art. 193, comma 2, del d.Lgs. n. 267/2000 e ss.mm.ii, il quale testualmente prevede che:</w:t>
      </w:r>
    </w:p>
    <w:p w14:paraId="0FB57E4D" w14:textId="77777777" w:rsidR="006E1AB1" w:rsidRDefault="00000000">
      <w:pPr>
        <w:spacing w:after="60"/>
        <w:ind w:firstLine="851"/>
        <w:jc w:val="both"/>
      </w:pPr>
      <w:r>
        <w:rPr>
          <w:i/>
        </w:rPr>
        <w:t>2. Con periodicità stabilita dal regolamento di contabilità dell'ente locale, e comunque almeno una volta entro il 31 luglio di ciascun anno, l'organo consiliare provvede con delibera a dare atto del permanere degli equilibri generali di bilancio o, in caso di accertamento negativo, ad adottare, contestualmente:</w:t>
      </w:r>
    </w:p>
    <w:p w14:paraId="40BB19ED" w14:textId="77777777" w:rsidR="006E1AB1" w:rsidRDefault="00000000">
      <w:pPr>
        <w:spacing w:after="60"/>
        <w:ind w:firstLine="851"/>
        <w:jc w:val="both"/>
      </w:pPr>
      <w:r>
        <w:rPr>
          <w:i/>
        </w:rPr>
        <w:t>a) le misure necessarie a ripristinare il pareggio qualora i dati della gestione finanziaria facciano prevedere un disavanzo, di gestione o di amministrazione, per squilibrio della gestione di competenza, di cassa ovvero della gestione dei residui;</w:t>
      </w:r>
    </w:p>
    <w:p w14:paraId="64DE7DA6" w14:textId="77777777" w:rsidR="006E1AB1" w:rsidRDefault="00000000">
      <w:pPr>
        <w:spacing w:after="60"/>
        <w:ind w:firstLine="851"/>
        <w:jc w:val="both"/>
      </w:pPr>
      <w:r>
        <w:rPr>
          <w:i/>
        </w:rPr>
        <w:t>b) i provvedimenti per il ripiano degli eventuali debiti di cui all'art. 194;</w:t>
      </w:r>
    </w:p>
    <w:p w14:paraId="4687405E" w14:textId="77777777" w:rsidR="006E1AB1" w:rsidRDefault="00000000">
      <w:pPr>
        <w:spacing w:after="60"/>
        <w:ind w:firstLine="851"/>
        <w:jc w:val="both"/>
      </w:pPr>
      <w:r>
        <w:rPr>
          <w:i/>
        </w:rPr>
        <w:t>c) le iniziative necessarie ad adeguare il fondo crediti di dubbia esigibilità accantonato nel risultato di amministrazione in caso di gravi squilibri riguardanti la gestione dei residui.</w:t>
      </w:r>
    </w:p>
    <w:p w14:paraId="4DBD21AD" w14:textId="77777777" w:rsidR="006E1AB1" w:rsidRDefault="00000000">
      <w:pPr>
        <w:spacing w:after="60"/>
        <w:ind w:firstLine="851"/>
        <w:jc w:val="both"/>
      </w:pPr>
      <w:r>
        <w:t xml:space="preserve">Richiamato il punto 4.2 del principio applicato della programmazione, all. 4/1 al d.Lgs. n. 118/2011, il quale prevede tra gli atti di programmazione </w:t>
      </w:r>
      <w:r>
        <w:rPr>
          <w:b/>
          <w:i/>
        </w:rPr>
        <w:t>"lo schema di delibera di assestamento del bilancio, il controllo della salvaguardia degli equilibri di bilancio, deliberarsi da parte del Consiglio entro il 31 luglio di ogni anno"</w:t>
      </w:r>
      <w:r>
        <w:t>, prevedendo quindi la coincidenza dell'assestamento generale di bilancio e della salvaguardia degli equilibri;</w:t>
      </w:r>
    </w:p>
    <w:p w14:paraId="6BC1C748" w14:textId="77777777" w:rsidR="006E1AB1" w:rsidRDefault="00000000">
      <w:pPr>
        <w:spacing w:after="60"/>
        <w:ind w:firstLine="851"/>
        <w:jc w:val="both"/>
      </w:pPr>
      <w:r>
        <w:t>Richiamato il vigente Regolamento sui Controlli Interni;</w:t>
      </w:r>
    </w:p>
    <w:p w14:paraId="04070268" w14:textId="77777777" w:rsidR="006E1AB1" w:rsidRDefault="00000000">
      <w:pPr>
        <w:spacing w:after="60"/>
        <w:ind w:firstLine="851"/>
        <w:jc w:val="both"/>
      </w:pPr>
      <w:r>
        <w:t>Richiamato il vigente Regolamento di Contabilità;</w:t>
      </w:r>
    </w:p>
    <w:p w14:paraId="1BF3FCF7" w14:textId="77777777" w:rsidR="006E1AB1" w:rsidRPr="00032CC8" w:rsidRDefault="00000000">
      <w:pPr>
        <w:spacing w:after="60"/>
        <w:ind w:firstLine="851"/>
        <w:jc w:val="both"/>
        <w:rPr>
          <w:bCs/>
        </w:rPr>
      </w:pPr>
      <w:r w:rsidRPr="00032CC8">
        <w:rPr>
          <w:bCs/>
        </w:rPr>
        <w:t>Dato atto che il Bilancio di previsione 2026-2028 è stato approvato il 18/12/2025 dal Consiglio Comunale con delibera n. 28 e che il Rendiconto 2025 è stato approvato il 30/04/2026 con deliberazione del Consiglio Comunale n. 6;</w:t>
      </w:r>
    </w:p>
    <w:p w14:paraId="7A3C5782" w14:textId="77777777" w:rsidR="006E1AB1" w:rsidRDefault="00000000">
      <w:pPr>
        <w:spacing w:after="60"/>
        <w:ind w:firstLine="851"/>
        <w:jc w:val="both"/>
      </w:pPr>
      <w:r w:rsidRPr="00032CC8">
        <w:rPr>
          <w:bCs/>
        </w:rPr>
        <w:t>Espone a se</w:t>
      </w:r>
      <w:r>
        <w:t>guire i dati riassuntivi relativi a:</w:t>
      </w:r>
    </w:p>
    <w:p w14:paraId="77F616E0" w14:textId="77777777" w:rsidR="006E1AB1" w:rsidRPr="00032CC8" w:rsidRDefault="00000000">
      <w:pPr>
        <w:pStyle w:val="Puntoelenco"/>
        <w:spacing w:after="20"/>
        <w:rPr>
          <w:sz w:val="28"/>
          <w:szCs w:val="24"/>
        </w:rPr>
      </w:pPr>
      <w:r w:rsidRPr="00032CC8">
        <w:rPr>
          <w:sz w:val="22"/>
          <w:szCs w:val="24"/>
        </w:rPr>
        <w:t>Equilibrio tra entrate e spese complessive e gestione di competenza (accertato/impegnato)</w:t>
      </w:r>
    </w:p>
    <w:p w14:paraId="36D88AEF" w14:textId="77777777" w:rsidR="006E1AB1" w:rsidRPr="00032CC8" w:rsidRDefault="00000000">
      <w:pPr>
        <w:pStyle w:val="Puntoelenco"/>
        <w:spacing w:after="20"/>
        <w:rPr>
          <w:sz w:val="28"/>
          <w:szCs w:val="24"/>
        </w:rPr>
      </w:pPr>
      <w:r w:rsidRPr="00032CC8">
        <w:rPr>
          <w:sz w:val="22"/>
          <w:szCs w:val="24"/>
        </w:rPr>
        <w:t>Equilibrio tra entrate e spese – gestione residui</w:t>
      </w:r>
    </w:p>
    <w:p w14:paraId="2C56BA88" w14:textId="77777777" w:rsidR="006E1AB1" w:rsidRPr="00032CC8" w:rsidRDefault="00000000">
      <w:pPr>
        <w:pStyle w:val="Puntoelenco"/>
        <w:spacing w:after="20"/>
        <w:rPr>
          <w:sz w:val="28"/>
          <w:szCs w:val="24"/>
        </w:rPr>
      </w:pPr>
      <w:r w:rsidRPr="00032CC8">
        <w:rPr>
          <w:sz w:val="22"/>
          <w:szCs w:val="24"/>
        </w:rPr>
        <w:t>Equilibrio tra entrate e spese correnti ed in conto capitale (previsioni assestate)</w:t>
      </w:r>
    </w:p>
    <w:p w14:paraId="163EC6BB" w14:textId="77777777" w:rsidR="006E1AB1" w:rsidRPr="00032CC8" w:rsidRDefault="00000000">
      <w:pPr>
        <w:pStyle w:val="Puntoelenco"/>
        <w:spacing w:after="20"/>
        <w:rPr>
          <w:sz w:val="28"/>
          <w:szCs w:val="24"/>
        </w:rPr>
      </w:pPr>
      <w:r w:rsidRPr="00032CC8">
        <w:rPr>
          <w:sz w:val="22"/>
          <w:szCs w:val="24"/>
        </w:rPr>
        <w:t>Equilibrio tra entrate e spese correnti ed in conto capitale (accertato/impegnato)</w:t>
      </w:r>
    </w:p>
    <w:p w14:paraId="015AA6D0" w14:textId="77777777" w:rsidR="006E1AB1" w:rsidRPr="00032CC8" w:rsidRDefault="00000000">
      <w:pPr>
        <w:pStyle w:val="Puntoelenco"/>
        <w:spacing w:after="20"/>
        <w:rPr>
          <w:sz w:val="28"/>
          <w:szCs w:val="24"/>
        </w:rPr>
      </w:pPr>
      <w:r w:rsidRPr="00032CC8">
        <w:rPr>
          <w:sz w:val="22"/>
          <w:szCs w:val="24"/>
        </w:rPr>
        <w:t>Equilibrio tra entrate e spese per servizi per conto di terzi</w:t>
      </w:r>
    </w:p>
    <w:p w14:paraId="0DBE39DB" w14:textId="77777777" w:rsidR="006E1AB1" w:rsidRPr="00032CC8" w:rsidRDefault="00000000">
      <w:pPr>
        <w:pStyle w:val="Puntoelenco"/>
        <w:spacing w:after="20"/>
        <w:rPr>
          <w:sz w:val="28"/>
          <w:szCs w:val="24"/>
        </w:rPr>
      </w:pPr>
      <w:r w:rsidRPr="00032CC8">
        <w:rPr>
          <w:sz w:val="22"/>
          <w:szCs w:val="24"/>
        </w:rPr>
        <w:t>Ricognizione sulla consistenza del Fondo Crediti Dubbia Esigibilità</w:t>
      </w:r>
    </w:p>
    <w:p w14:paraId="55BE3431" w14:textId="77777777" w:rsidR="006E1AB1" w:rsidRPr="00032CC8" w:rsidRDefault="00000000">
      <w:pPr>
        <w:pStyle w:val="Puntoelenco"/>
        <w:spacing w:after="20"/>
        <w:rPr>
          <w:sz w:val="28"/>
          <w:szCs w:val="24"/>
        </w:rPr>
      </w:pPr>
      <w:r w:rsidRPr="00032CC8">
        <w:rPr>
          <w:sz w:val="22"/>
          <w:szCs w:val="24"/>
        </w:rPr>
        <w:lastRenderedPageBreak/>
        <w:t>Equilibrio nella gestione di cassa</w:t>
      </w:r>
    </w:p>
    <w:p w14:paraId="7CE51287" w14:textId="77777777" w:rsidR="006E1AB1" w:rsidRPr="00032CC8" w:rsidRDefault="00000000">
      <w:pPr>
        <w:pStyle w:val="Puntoelenco"/>
        <w:spacing w:after="20"/>
        <w:rPr>
          <w:sz w:val="28"/>
          <w:szCs w:val="24"/>
        </w:rPr>
      </w:pPr>
      <w:r w:rsidRPr="00032CC8">
        <w:rPr>
          <w:sz w:val="22"/>
          <w:szCs w:val="24"/>
        </w:rPr>
        <w:t>Debiti fuori bilancio</w:t>
      </w:r>
    </w:p>
    <w:p w14:paraId="7B04BB94" w14:textId="77777777" w:rsidR="006E1AB1" w:rsidRDefault="00000000">
      <w:r>
        <w:br w:type="page"/>
      </w:r>
    </w:p>
    <w:p w14:paraId="7F9D0463" w14:textId="77777777" w:rsidR="006E1AB1" w:rsidRDefault="00000000">
      <w:pPr>
        <w:spacing w:before="120" w:after="60"/>
        <w:jc w:val="center"/>
      </w:pPr>
      <w:r>
        <w:rPr>
          <w:b/>
        </w:rPr>
        <w:lastRenderedPageBreak/>
        <w:t>EQUILIBRIO TRA ENTRATE E SPESE COMPLESSIVE</w:t>
      </w:r>
    </w:p>
    <w:p w14:paraId="45BE5242" w14:textId="77777777" w:rsidR="006E1AB1" w:rsidRDefault="00000000">
      <w:pPr>
        <w:spacing w:before="120" w:after="60"/>
        <w:jc w:val="center"/>
      </w:pPr>
      <w:r>
        <w:rPr>
          <w:b/>
          <w:sz w:val="22"/>
        </w:rPr>
        <w:t>GESTIONE DI COMPETENZA</w:t>
      </w:r>
    </w:p>
    <w:p w14:paraId="31669767" w14:textId="77777777" w:rsidR="006E1AB1" w:rsidRDefault="00000000">
      <w:pPr>
        <w:spacing w:after="60"/>
        <w:ind w:firstLine="851"/>
        <w:jc w:val="both"/>
      </w:pPr>
      <w:r>
        <w:t>Il dettato del punto 15 – Principi e postulati di bilancio – allegato n° 1 Dlgs 118/2011 – identifica gli equilibri di bilancio quale combinazione dell'equilibrio finanziario, espresso in termini di competenza e di cassa, e l'equilibrio economico patrimoniale manifestabili sia in ambito di bilancio di previsione che di gestione.</w:t>
      </w:r>
    </w:p>
    <w:p w14:paraId="47CB13B3" w14:textId="77777777" w:rsidR="006E1AB1" w:rsidRDefault="00000000">
      <w:pPr>
        <w:spacing w:after="60"/>
        <w:ind w:firstLine="851"/>
        <w:jc w:val="both"/>
      </w:pPr>
      <w:r>
        <w:t>I prospetti sotto riportati espongono l'analisi dei dati contabili della previsione complessiva di competenza e di gestione relativi agli esercizi 2026, 2027 e 2028, in relazione al rispetto:</w:t>
      </w:r>
    </w:p>
    <w:p w14:paraId="54BF863A" w14:textId="77777777" w:rsidR="006E1AB1" w:rsidRDefault="00000000">
      <w:pPr>
        <w:pStyle w:val="Puntoelenco"/>
        <w:spacing w:after="20"/>
      </w:pPr>
      <w:r>
        <w:rPr>
          <w:sz w:val="20"/>
        </w:rPr>
        <w:t>degli equilibri previsionali alla data del presente documento</w:t>
      </w:r>
    </w:p>
    <w:p w14:paraId="528D54DB" w14:textId="77777777" w:rsidR="006E1AB1" w:rsidRDefault="00000000">
      <w:pPr>
        <w:pStyle w:val="Puntoelenco"/>
        <w:spacing w:after="20"/>
      </w:pPr>
      <w:r>
        <w:rPr>
          <w:sz w:val="20"/>
        </w:rPr>
        <w:t>degli equilibri di gestione alla medesima data.</w:t>
      </w:r>
    </w:p>
    <w:p w14:paraId="12FD4415" w14:textId="77777777" w:rsidR="006E1AB1" w:rsidRDefault="00000000">
      <w:pPr>
        <w:spacing w:after="60"/>
        <w:ind w:firstLine="851"/>
        <w:jc w:val="both"/>
      </w:pPr>
      <w:r>
        <w:t>Nel prospetto sono altresì riportate sinteticamente le maggiori e/o minori previsioni di entrata e di spesa rispetto alle attuali previsioni di bilancio: si evidenzia che non risulta necessario adottare provvedimenti di riequilibrio</w:t>
      </w:r>
    </w:p>
    <w:p w14:paraId="19298A09" w14:textId="77777777" w:rsidR="006E1AB1" w:rsidRDefault="00000000">
      <w:pPr>
        <w:spacing w:before="160" w:after="40"/>
      </w:pPr>
      <w:r>
        <w:rPr>
          <w:b/>
          <w:sz w:val="20"/>
        </w:rPr>
        <w:t>2026</w:t>
      </w:r>
    </w:p>
    <w:p w14:paraId="69A13BC8" w14:textId="77777777" w:rsidR="006E1AB1" w:rsidRDefault="00000000">
      <w:pPr>
        <w:spacing w:after="20"/>
      </w:pPr>
      <w:r>
        <w:rPr>
          <w:b/>
          <w:sz w:val="18"/>
        </w:rPr>
        <w:t>ENTRATA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979"/>
        <w:gridCol w:w="1673"/>
        <w:gridCol w:w="1673"/>
        <w:gridCol w:w="2190"/>
        <w:gridCol w:w="1673"/>
      </w:tblGrid>
      <w:tr w:rsidR="006E1AB1" w14:paraId="17E163C7" w14:textId="77777777">
        <w:trPr>
          <w:jc w:val="center"/>
        </w:trPr>
        <w:tc>
          <w:tcPr>
            <w:tcW w:w="3118" w:type="dxa"/>
            <w:shd w:val="clear" w:color="auto" w:fill="DEEAF1"/>
          </w:tcPr>
          <w:p w14:paraId="697F508E" w14:textId="77777777" w:rsidR="006E1AB1" w:rsidRDefault="00000000">
            <w:r>
              <w:rPr>
                <w:b/>
                <w:sz w:val="16"/>
              </w:rPr>
              <w:t xml:space="preserve"> Descrizione</w:t>
            </w:r>
          </w:p>
        </w:tc>
        <w:tc>
          <w:tcPr>
            <w:tcW w:w="1701" w:type="dxa"/>
            <w:shd w:val="clear" w:color="auto" w:fill="DEEAF1"/>
          </w:tcPr>
          <w:p w14:paraId="54423CD0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Stanz.Assestato COMPETENZA ante variazione</w:t>
            </w:r>
          </w:p>
        </w:tc>
        <w:tc>
          <w:tcPr>
            <w:tcW w:w="1701" w:type="dxa"/>
            <w:shd w:val="clear" w:color="auto" w:fill="DEEAF1"/>
          </w:tcPr>
          <w:p w14:paraId="0C23E09E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Accertato COMPETENZA</w:t>
            </w:r>
          </w:p>
        </w:tc>
        <w:tc>
          <w:tcPr>
            <w:tcW w:w="2268" w:type="dxa"/>
            <w:shd w:val="clear" w:color="auto" w:fill="DEEAF1"/>
          </w:tcPr>
          <w:p w14:paraId="576CB3D6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maggiori/minori previsioni di entrata al 31/12 (variazione di assestamento)</w:t>
            </w:r>
          </w:p>
        </w:tc>
        <w:tc>
          <w:tcPr>
            <w:tcW w:w="1701" w:type="dxa"/>
            <w:shd w:val="clear" w:color="auto" w:fill="DEEAF1"/>
          </w:tcPr>
          <w:p w14:paraId="003BF98E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Stanz.Assestato COMPETENZA post variazione</w:t>
            </w:r>
          </w:p>
        </w:tc>
      </w:tr>
      <w:tr w:rsidR="006E1AB1" w14:paraId="22B54589" w14:textId="77777777">
        <w:trPr>
          <w:jc w:val="center"/>
        </w:trPr>
        <w:tc>
          <w:tcPr>
            <w:tcW w:w="3118" w:type="dxa"/>
          </w:tcPr>
          <w:p w14:paraId="3CBD7CB2" w14:textId="77777777" w:rsidR="006E1AB1" w:rsidRDefault="00000000">
            <w:r>
              <w:rPr>
                <w:sz w:val="18"/>
              </w:rPr>
              <w:t xml:space="preserve"> Avanzo di Amministrazione</w:t>
            </w:r>
          </w:p>
        </w:tc>
        <w:tc>
          <w:tcPr>
            <w:tcW w:w="1701" w:type="dxa"/>
          </w:tcPr>
          <w:p w14:paraId="4C6591BC" w14:textId="77777777" w:rsidR="006E1AB1" w:rsidRDefault="00000000">
            <w:pPr>
              <w:jc w:val="right"/>
            </w:pPr>
            <w:r>
              <w:rPr>
                <w:sz w:val="18"/>
              </w:rPr>
              <w:t>320.360,71</w:t>
            </w:r>
          </w:p>
        </w:tc>
        <w:tc>
          <w:tcPr>
            <w:tcW w:w="1701" w:type="dxa"/>
          </w:tcPr>
          <w:p w14:paraId="6F94B9E0" w14:textId="77777777" w:rsidR="006E1AB1" w:rsidRDefault="00000000">
            <w:pPr>
              <w:jc w:val="right"/>
            </w:pPr>
            <w:r>
              <w:rPr>
                <w:sz w:val="18"/>
              </w:rPr>
              <w:t>320.360,71</w:t>
            </w:r>
          </w:p>
        </w:tc>
        <w:tc>
          <w:tcPr>
            <w:tcW w:w="2268" w:type="dxa"/>
          </w:tcPr>
          <w:p w14:paraId="37ABCBC0" w14:textId="77777777" w:rsidR="006E1AB1" w:rsidRDefault="00000000">
            <w:pPr>
              <w:jc w:val="right"/>
            </w:pPr>
            <w:r>
              <w:rPr>
                <w:sz w:val="18"/>
              </w:rPr>
              <w:t>28.994,00</w:t>
            </w:r>
          </w:p>
        </w:tc>
        <w:tc>
          <w:tcPr>
            <w:tcW w:w="1701" w:type="dxa"/>
          </w:tcPr>
          <w:p w14:paraId="54B44483" w14:textId="77777777" w:rsidR="006E1AB1" w:rsidRDefault="00000000">
            <w:pPr>
              <w:jc w:val="right"/>
            </w:pPr>
            <w:r>
              <w:rPr>
                <w:sz w:val="18"/>
              </w:rPr>
              <w:t>349.354,71</w:t>
            </w:r>
          </w:p>
        </w:tc>
      </w:tr>
      <w:tr w:rsidR="006E1AB1" w14:paraId="5563E198" w14:textId="77777777">
        <w:trPr>
          <w:jc w:val="center"/>
        </w:trPr>
        <w:tc>
          <w:tcPr>
            <w:tcW w:w="3118" w:type="dxa"/>
          </w:tcPr>
          <w:p w14:paraId="1F395A7C" w14:textId="77777777" w:rsidR="006E1AB1" w:rsidRDefault="00000000">
            <w:r>
              <w:rPr>
                <w:sz w:val="18"/>
              </w:rPr>
              <w:t xml:space="preserve"> FPV corrente</w:t>
            </w:r>
          </w:p>
        </w:tc>
        <w:tc>
          <w:tcPr>
            <w:tcW w:w="1701" w:type="dxa"/>
          </w:tcPr>
          <w:p w14:paraId="765105FC" w14:textId="77777777" w:rsidR="006E1AB1" w:rsidRDefault="00000000">
            <w:pPr>
              <w:jc w:val="right"/>
            </w:pPr>
            <w:r>
              <w:rPr>
                <w:sz w:val="18"/>
              </w:rPr>
              <w:t>19.226,29</w:t>
            </w:r>
          </w:p>
        </w:tc>
        <w:tc>
          <w:tcPr>
            <w:tcW w:w="1701" w:type="dxa"/>
          </w:tcPr>
          <w:p w14:paraId="1D5F8491" w14:textId="77777777" w:rsidR="006E1AB1" w:rsidRDefault="00000000">
            <w:pPr>
              <w:jc w:val="right"/>
            </w:pPr>
            <w:r>
              <w:rPr>
                <w:sz w:val="18"/>
              </w:rPr>
              <w:t>19.226,29</w:t>
            </w:r>
          </w:p>
        </w:tc>
        <w:tc>
          <w:tcPr>
            <w:tcW w:w="2268" w:type="dxa"/>
          </w:tcPr>
          <w:p w14:paraId="746D776E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68B9F1D" w14:textId="77777777" w:rsidR="006E1AB1" w:rsidRDefault="00000000">
            <w:pPr>
              <w:jc w:val="right"/>
            </w:pPr>
            <w:r>
              <w:rPr>
                <w:sz w:val="18"/>
              </w:rPr>
              <w:t>19.226,29</w:t>
            </w:r>
          </w:p>
        </w:tc>
      </w:tr>
      <w:tr w:rsidR="006E1AB1" w14:paraId="4ABA260C" w14:textId="77777777">
        <w:trPr>
          <w:jc w:val="center"/>
        </w:trPr>
        <w:tc>
          <w:tcPr>
            <w:tcW w:w="3118" w:type="dxa"/>
          </w:tcPr>
          <w:p w14:paraId="73D257B0" w14:textId="77777777" w:rsidR="006E1AB1" w:rsidRDefault="00000000">
            <w:r>
              <w:rPr>
                <w:sz w:val="18"/>
              </w:rPr>
              <w:t xml:space="preserve"> FPV capitale</w:t>
            </w:r>
          </w:p>
        </w:tc>
        <w:tc>
          <w:tcPr>
            <w:tcW w:w="1701" w:type="dxa"/>
          </w:tcPr>
          <w:p w14:paraId="677AE21D" w14:textId="77777777" w:rsidR="006E1AB1" w:rsidRDefault="00000000">
            <w:pPr>
              <w:jc w:val="right"/>
            </w:pPr>
            <w:r>
              <w:rPr>
                <w:sz w:val="18"/>
              </w:rPr>
              <w:t>90.105,13</w:t>
            </w:r>
          </w:p>
        </w:tc>
        <w:tc>
          <w:tcPr>
            <w:tcW w:w="1701" w:type="dxa"/>
          </w:tcPr>
          <w:p w14:paraId="70415104" w14:textId="77777777" w:rsidR="006E1AB1" w:rsidRDefault="00000000">
            <w:pPr>
              <w:jc w:val="right"/>
            </w:pPr>
            <w:r>
              <w:rPr>
                <w:sz w:val="18"/>
              </w:rPr>
              <w:t>90.105,13</w:t>
            </w:r>
          </w:p>
        </w:tc>
        <w:tc>
          <w:tcPr>
            <w:tcW w:w="2268" w:type="dxa"/>
          </w:tcPr>
          <w:p w14:paraId="14CE0888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F2A0978" w14:textId="77777777" w:rsidR="006E1AB1" w:rsidRDefault="00000000">
            <w:pPr>
              <w:jc w:val="right"/>
            </w:pPr>
            <w:r>
              <w:rPr>
                <w:sz w:val="18"/>
              </w:rPr>
              <w:t>90.105,13</w:t>
            </w:r>
          </w:p>
        </w:tc>
      </w:tr>
      <w:tr w:rsidR="006E1AB1" w14:paraId="62B52519" w14:textId="77777777">
        <w:trPr>
          <w:jc w:val="center"/>
        </w:trPr>
        <w:tc>
          <w:tcPr>
            <w:tcW w:w="3118" w:type="dxa"/>
          </w:tcPr>
          <w:p w14:paraId="625271F3" w14:textId="77777777" w:rsidR="006E1AB1" w:rsidRDefault="00000000">
            <w:r>
              <w:rPr>
                <w:sz w:val="18"/>
              </w:rPr>
              <w:t xml:space="preserve"> FPV attività finanziarie</w:t>
            </w:r>
          </w:p>
        </w:tc>
        <w:tc>
          <w:tcPr>
            <w:tcW w:w="1701" w:type="dxa"/>
          </w:tcPr>
          <w:p w14:paraId="0FEA5E15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D280733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3A8F283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36C7444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6355F05B" w14:textId="77777777">
        <w:trPr>
          <w:jc w:val="center"/>
        </w:trPr>
        <w:tc>
          <w:tcPr>
            <w:tcW w:w="3118" w:type="dxa"/>
          </w:tcPr>
          <w:p w14:paraId="5A5D2C76" w14:textId="77777777" w:rsidR="006E1AB1" w:rsidRDefault="00000000">
            <w:r>
              <w:rPr>
                <w:sz w:val="18"/>
              </w:rPr>
              <w:t xml:space="preserve"> TITOLO 1 - Entrate tributarie</w:t>
            </w:r>
          </w:p>
        </w:tc>
        <w:tc>
          <w:tcPr>
            <w:tcW w:w="1701" w:type="dxa"/>
          </w:tcPr>
          <w:p w14:paraId="437F98C9" w14:textId="77777777" w:rsidR="006E1AB1" w:rsidRDefault="00000000">
            <w:pPr>
              <w:jc w:val="right"/>
            </w:pPr>
            <w:r>
              <w:rPr>
                <w:sz w:val="18"/>
              </w:rPr>
              <w:t>601.668,12</w:t>
            </w:r>
          </w:p>
        </w:tc>
        <w:tc>
          <w:tcPr>
            <w:tcW w:w="1701" w:type="dxa"/>
          </w:tcPr>
          <w:p w14:paraId="111542C5" w14:textId="77777777" w:rsidR="006E1AB1" w:rsidRDefault="00000000">
            <w:pPr>
              <w:jc w:val="right"/>
            </w:pPr>
            <w:r>
              <w:rPr>
                <w:sz w:val="18"/>
              </w:rPr>
              <w:t>581.019,62</w:t>
            </w:r>
          </w:p>
        </w:tc>
        <w:tc>
          <w:tcPr>
            <w:tcW w:w="2268" w:type="dxa"/>
          </w:tcPr>
          <w:p w14:paraId="77AF3AAF" w14:textId="77777777" w:rsidR="006E1AB1" w:rsidRDefault="00000000">
            <w:pPr>
              <w:jc w:val="right"/>
            </w:pPr>
            <w:r>
              <w:rPr>
                <w:sz w:val="18"/>
              </w:rPr>
              <w:t>12.649,90</w:t>
            </w:r>
          </w:p>
        </w:tc>
        <w:tc>
          <w:tcPr>
            <w:tcW w:w="1701" w:type="dxa"/>
          </w:tcPr>
          <w:p w14:paraId="186B317B" w14:textId="77777777" w:rsidR="006E1AB1" w:rsidRDefault="00000000">
            <w:pPr>
              <w:jc w:val="right"/>
            </w:pPr>
            <w:r>
              <w:rPr>
                <w:sz w:val="18"/>
              </w:rPr>
              <w:t>614.318,02</w:t>
            </w:r>
          </w:p>
        </w:tc>
      </w:tr>
      <w:tr w:rsidR="006E1AB1" w14:paraId="526E05EC" w14:textId="77777777">
        <w:trPr>
          <w:jc w:val="center"/>
        </w:trPr>
        <w:tc>
          <w:tcPr>
            <w:tcW w:w="3118" w:type="dxa"/>
          </w:tcPr>
          <w:p w14:paraId="72F2C77F" w14:textId="77777777" w:rsidR="006E1AB1" w:rsidRDefault="00000000">
            <w:r>
              <w:rPr>
                <w:sz w:val="18"/>
              </w:rPr>
              <w:t xml:space="preserve"> TITOLO 2 - Trasferimenti correnti</w:t>
            </w:r>
          </w:p>
        </w:tc>
        <w:tc>
          <w:tcPr>
            <w:tcW w:w="1701" w:type="dxa"/>
          </w:tcPr>
          <w:p w14:paraId="66DC3750" w14:textId="77777777" w:rsidR="006E1AB1" w:rsidRDefault="00000000">
            <w:pPr>
              <w:jc w:val="right"/>
            </w:pPr>
            <w:r>
              <w:rPr>
                <w:sz w:val="18"/>
              </w:rPr>
              <w:t>80.544,10</w:t>
            </w:r>
          </w:p>
        </w:tc>
        <w:tc>
          <w:tcPr>
            <w:tcW w:w="1701" w:type="dxa"/>
          </w:tcPr>
          <w:p w14:paraId="2942F2B9" w14:textId="77777777" w:rsidR="006E1AB1" w:rsidRDefault="00000000">
            <w:pPr>
              <w:jc w:val="right"/>
            </w:pPr>
            <w:r>
              <w:rPr>
                <w:sz w:val="18"/>
              </w:rPr>
              <w:t>35.429,84</w:t>
            </w:r>
          </w:p>
        </w:tc>
        <w:tc>
          <w:tcPr>
            <w:tcW w:w="2268" w:type="dxa"/>
          </w:tcPr>
          <w:p w14:paraId="086663F3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B15125B" w14:textId="77777777" w:rsidR="006E1AB1" w:rsidRDefault="00000000">
            <w:pPr>
              <w:jc w:val="right"/>
            </w:pPr>
            <w:r>
              <w:rPr>
                <w:sz w:val="18"/>
              </w:rPr>
              <w:t>80.544,10</w:t>
            </w:r>
          </w:p>
        </w:tc>
      </w:tr>
      <w:tr w:rsidR="006E1AB1" w14:paraId="3B9CD2B3" w14:textId="77777777">
        <w:trPr>
          <w:jc w:val="center"/>
        </w:trPr>
        <w:tc>
          <w:tcPr>
            <w:tcW w:w="3118" w:type="dxa"/>
          </w:tcPr>
          <w:p w14:paraId="61E618E8" w14:textId="77777777" w:rsidR="006E1AB1" w:rsidRDefault="00000000">
            <w:r>
              <w:rPr>
                <w:sz w:val="18"/>
              </w:rPr>
              <w:t xml:space="preserve"> TITOLO 3 - Entrate extratributarie</w:t>
            </w:r>
          </w:p>
        </w:tc>
        <w:tc>
          <w:tcPr>
            <w:tcW w:w="1701" w:type="dxa"/>
          </w:tcPr>
          <w:p w14:paraId="535664E1" w14:textId="77777777" w:rsidR="006E1AB1" w:rsidRDefault="00000000">
            <w:pPr>
              <w:jc w:val="right"/>
            </w:pPr>
            <w:r>
              <w:rPr>
                <w:sz w:val="18"/>
              </w:rPr>
              <w:t>221.525,50</w:t>
            </w:r>
          </w:p>
        </w:tc>
        <w:tc>
          <w:tcPr>
            <w:tcW w:w="1701" w:type="dxa"/>
          </w:tcPr>
          <w:p w14:paraId="3468FB75" w14:textId="77777777" w:rsidR="006E1AB1" w:rsidRDefault="00000000">
            <w:pPr>
              <w:jc w:val="right"/>
            </w:pPr>
            <w:r>
              <w:rPr>
                <w:sz w:val="18"/>
              </w:rPr>
              <w:t>153.715,50</w:t>
            </w:r>
          </w:p>
        </w:tc>
        <w:tc>
          <w:tcPr>
            <w:tcW w:w="2268" w:type="dxa"/>
          </w:tcPr>
          <w:p w14:paraId="3A838AAD" w14:textId="77777777" w:rsidR="006E1AB1" w:rsidRDefault="00000000">
            <w:pPr>
              <w:jc w:val="right"/>
            </w:pPr>
            <w:r>
              <w:rPr>
                <w:sz w:val="18"/>
              </w:rPr>
              <w:t>-1.669,90</w:t>
            </w:r>
          </w:p>
        </w:tc>
        <w:tc>
          <w:tcPr>
            <w:tcW w:w="1701" w:type="dxa"/>
          </w:tcPr>
          <w:p w14:paraId="636BDA26" w14:textId="77777777" w:rsidR="006E1AB1" w:rsidRDefault="00000000">
            <w:pPr>
              <w:jc w:val="right"/>
            </w:pPr>
            <w:r>
              <w:rPr>
                <w:sz w:val="18"/>
              </w:rPr>
              <w:t>219.855,60</w:t>
            </w:r>
          </w:p>
        </w:tc>
      </w:tr>
      <w:tr w:rsidR="006E1AB1" w14:paraId="74B788C2" w14:textId="77777777">
        <w:trPr>
          <w:jc w:val="center"/>
        </w:trPr>
        <w:tc>
          <w:tcPr>
            <w:tcW w:w="3118" w:type="dxa"/>
          </w:tcPr>
          <w:p w14:paraId="0A4BF047" w14:textId="77777777" w:rsidR="006E1AB1" w:rsidRDefault="00000000">
            <w:r>
              <w:rPr>
                <w:sz w:val="18"/>
              </w:rPr>
              <w:t xml:space="preserve"> TITOLO 4 - Entrate in conto capitale</w:t>
            </w:r>
          </w:p>
        </w:tc>
        <w:tc>
          <w:tcPr>
            <w:tcW w:w="1701" w:type="dxa"/>
          </w:tcPr>
          <w:p w14:paraId="1E4D7FB4" w14:textId="77777777" w:rsidR="006E1AB1" w:rsidRDefault="00000000">
            <w:pPr>
              <w:jc w:val="right"/>
            </w:pPr>
            <w:r>
              <w:rPr>
                <w:sz w:val="18"/>
              </w:rPr>
              <w:t>175.995,00</w:t>
            </w:r>
          </w:p>
        </w:tc>
        <w:tc>
          <w:tcPr>
            <w:tcW w:w="1701" w:type="dxa"/>
          </w:tcPr>
          <w:p w14:paraId="1E28E0CD" w14:textId="77777777" w:rsidR="006E1AB1" w:rsidRDefault="00000000">
            <w:pPr>
              <w:jc w:val="right"/>
            </w:pPr>
            <w:r>
              <w:rPr>
                <w:sz w:val="18"/>
              </w:rPr>
              <w:t>155.594,72</w:t>
            </w:r>
          </w:p>
        </w:tc>
        <w:tc>
          <w:tcPr>
            <w:tcW w:w="2268" w:type="dxa"/>
          </w:tcPr>
          <w:p w14:paraId="2144EC18" w14:textId="77777777" w:rsidR="006E1AB1" w:rsidRDefault="00000000">
            <w:pPr>
              <w:jc w:val="right"/>
            </w:pPr>
            <w:r>
              <w:rPr>
                <w:sz w:val="18"/>
              </w:rPr>
              <w:t>2.000,00</w:t>
            </w:r>
          </w:p>
        </w:tc>
        <w:tc>
          <w:tcPr>
            <w:tcW w:w="1701" w:type="dxa"/>
          </w:tcPr>
          <w:p w14:paraId="6C222377" w14:textId="77777777" w:rsidR="006E1AB1" w:rsidRDefault="00000000">
            <w:pPr>
              <w:jc w:val="right"/>
            </w:pPr>
            <w:r>
              <w:rPr>
                <w:sz w:val="18"/>
              </w:rPr>
              <w:t>177.995,00</w:t>
            </w:r>
          </w:p>
        </w:tc>
      </w:tr>
      <w:tr w:rsidR="006E1AB1" w14:paraId="25F984B3" w14:textId="77777777">
        <w:trPr>
          <w:jc w:val="center"/>
        </w:trPr>
        <w:tc>
          <w:tcPr>
            <w:tcW w:w="3118" w:type="dxa"/>
          </w:tcPr>
          <w:p w14:paraId="4006767C" w14:textId="77777777" w:rsidR="006E1AB1" w:rsidRDefault="00000000">
            <w:r>
              <w:rPr>
                <w:sz w:val="18"/>
              </w:rPr>
              <w:t xml:space="preserve"> TITOLO 5 - Entrate da riduzione di attività finanziarie</w:t>
            </w:r>
          </w:p>
        </w:tc>
        <w:tc>
          <w:tcPr>
            <w:tcW w:w="1701" w:type="dxa"/>
          </w:tcPr>
          <w:p w14:paraId="52FC3E33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1EB0B7C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1246F89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DD7AC4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4EDE77F1" w14:textId="77777777">
        <w:trPr>
          <w:jc w:val="center"/>
        </w:trPr>
        <w:tc>
          <w:tcPr>
            <w:tcW w:w="3118" w:type="dxa"/>
            <w:shd w:val="clear" w:color="auto" w:fill="F2F2F2"/>
          </w:tcPr>
          <w:p w14:paraId="70649D7E" w14:textId="77777777" w:rsidR="006E1AB1" w:rsidRDefault="00000000">
            <w:r>
              <w:rPr>
                <w:b/>
                <w:i/>
                <w:sz w:val="18"/>
              </w:rPr>
              <w:t xml:space="preserve"> ENTRATE FINALI</w:t>
            </w:r>
          </w:p>
        </w:tc>
        <w:tc>
          <w:tcPr>
            <w:tcW w:w="1701" w:type="dxa"/>
            <w:shd w:val="clear" w:color="auto" w:fill="F2F2F2"/>
          </w:tcPr>
          <w:p w14:paraId="5EFADC23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1.079.732,72</w:t>
            </w:r>
          </w:p>
        </w:tc>
        <w:tc>
          <w:tcPr>
            <w:tcW w:w="1701" w:type="dxa"/>
            <w:shd w:val="clear" w:color="auto" w:fill="F2F2F2"/>
          </w:tcPr>
          <w:p w14:paraId="58DC242C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925.759,68</w:t>
            </w:r>
          </w:p>
        </w:tc>
        <w:tc>
          <w:tcPr>
            <w:tcW w:w="2268" w:type="dxa"/>
            <w:shd w:val="clear" w:color="auto" w:fill="F2F2F2"/>
          </w:tcPr>
          <w:p w14:paraId="106496AF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12.980,00</w:t>
            </w:r>
          </w:p>
        </w:tc>
        <w:tc>
          <w:tcPr>
            <w:tcW w:w="1701" w:type="dxa"/>
            <w:shd w:val="clear" w:color="auto" w:fill="F2F2F2"/>
          </w:tcPr>
          <w:p w14:paraId="7DF58439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1.092.712,72</w:t>
            </w:r>
          </w:p>
        </w:tc>
      </w:tr>
      <w:tr w:rsidR="006E1AB1" w14:paraId="1BFA7473" w14:textId="77777777">
        <w:trPr>
          <w:jc w:val="center"/>
        </w:trPr>
        <w:tc>
          <w:tcPr>
            <w:tcW w:w="3118" w:type="dxa"/>
          </w:tcPr>
          <w:p w14:paraId="47AC2E7E" w14:textId="77777777" w:rsidR="006E1AB1" w:rsidRDefault="00000000">
            <w:r>
              <w:rPr>
                <w:sz w:val="18"/>
              </w:rPr>
              <w:t xml:space="preserve"> TITOLO 6 - Accensione di prestiti</w:t>
            </w:r>
          </w:p>
        </w:tc>
        <w:tc>
          <w:tcPr>
            <w:tcW w:w="1701" w:type="dxa"/>
          </w:tcPr>
          <w:p w14:paraId="33807EBA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38A6F13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50D40D0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7203EF26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7BE0E985" w14:textId="77777777">
        <w:trPr>
          <w:jc w:val="center"/>
        </w:trPr>
        <w:tc>
          <w:tcPr>
            <w:tcW w:w="3118" w:type="dxa"/>
          </w:tcPr>
          <w:p w14:paraId="72522C20" w14:textId="77777777" w:rsidR="006E1AB1" w:rsidRDefault="00000000">
            <w:r>
              <w:rPr>
                <w:sz w:val="18"/>
              </w:rPr>
              <w:t xml:space="preserve"> TITOLO 7 - Anticipazioni da istituto tesoriere/cassiere</w:t>
            </w:r>
          </w:p>
        </w:tc>
        <w:tc>
          <w:tcPr>
            <w:tcW w:w="1701" w:type="dxa"/>
          </w:tcPr>
          <w:p w14:paraId="5573CB59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64CFBC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626326ED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0D9500E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0779D0DE" w14:textId="77777777">
        <w:trPr>
          <w:jc w:val="center"/>
        </w:trPr>
        <w:tc>
          <w:tcPr>
            <w:tcW w:w="3118" w:type="dxa"/>
          </w:tcPr>
          <w:p w14:paraId="7E6B9B9C" w14:textId="77777777" w:rsidR="006E1AB1" w:rsidRDefault="00000000">
            <w:r>
              <w:rPr>
                <w:sz w:val="18"/>
              </w:rPr>
              <w:t xml:space="preserve"> TITOLO 9 - Entrate per conto di terzi e partite di giro</w:t>
            </w:r>
          </w:p>
        </w:tc>
        <w:tc>
          <w:tcPr>
            <w:tcW w:w="1701" w:type="dxa"/>
          </w:tcPr>
          <w:p w14:paraId="013D991A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  <w:tc>
          <w:tcPr>
            <w:tcW w:w="1701" w:type="dxa"/>
          </w:tcPr>
          <w:p w14:paraId="33271D70" w14:textId="77777777" w:rsidR="006E1AB1" w:rsidRDefault="00000000">
            <w:pPr>
              <w:jc w:val="right"/>
            </w:pPr>
            <w:r>
              <w:rPr>
                <w:sz w:val="18"/>
              </w:rPr>
              <w:t>112.731,49</w:t>
            </w:r>
          </w:p>
        </w:tc>
        <w:tc>
          <w:tcPr>
            <w:tcW w:w="2268" w:type="dxa"/>
          </w:tcPr>
          <w:p w14:paraId="7EA124D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70FE2BB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</w:tr>
      <w:tr w:rsidR="006E1AB1" w14:paraId="0B497840" w14:textId="77777777">
        <w:trPr>
          <w:jc w:val="center"/>
        </w:trPr>
        <w:tc>
          <w:tcPr>
            <w:tcW w:w="3118" w:type="dxa"/>
            <w:shd w:val="clear" w:color="auto" w:fill="BDD7EE"/>
          </w:tcPr>
          <w:p w14:paraId="674E7936" w14:textId="77777777" w:rsidR="006E1AB1" w:rsidRDefault="00000000">
            <w:r>
              <w:rPr>
                <w:b/>
                <w:sz w:val="18"/>
              </w:rPr>
              <w:t xml:space="preserve"> TOTALE ENTRATE</w:t>
            </w:r>
          </w:p>
        </w:tc>
        <w:tc>
          <w:tcPr>
            <w:tcW w:w="1701" w:type="dxa"/>
            <w:shd w:val="clear" w:color="auto" w:fill="BDD7EE"/>
          </w:tcPr>
          <w:p w14:paraId="488CFF08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1.811.424,85</w:t>
            </w:r>
          </w:p>
        </w:tc>
        <w:tc>
          <w:tcPr>
            <w:tcW w:w="1701" w:type="dxa"/>
            <w:shd w:val="clear" w:color="auto" w:fill="BDD7EE"/>
          </w:tcPr>
          <w:p w14:paraId="6420BDC1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1.468.183,30</w:t>
            </w:r>
          </w:p>
        </w:tc>
        <w:tc>
          <w:tcPr>
            <w:tcW w:w="2268" w:type="dxa"/>
            <w:shd w:val="clear" w:color="auto" w:fill="BDD7EE"/>
          </w:tcPr>
          <w:p w14:paraId="571C8BE0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41.974,00</w:t>
            </w:r>
          </w:p>
        </w:tc>
        <w:tc>
          <w:tcPr>
            <w:tcW w:w="1701" w:type="dxa"/>
            <w:shd w:val="clear" w:color="auto" w:fill="BDD7EE"/>
          </w:tcPr>
          <w:p w14:paraId="7D2EE664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1.853.398,85</w:t>
            </w:r>
          </w:p>
        </w:tc>
      </w:tr>
    </w:tbl>
    <w:p w14:paraId="1C96F4B6" w14:textId="77777777" w:rsidR="006E1AB1" w:rsidRDefault="006E1AB1">
      <w:pPr>
        <w:spacing w:after="40"/>
      </w:pPr>
    </w:p>
    <w:p w14:paraId="6636AC34" w14:textId="77777777" w:rsidR="006E1AB1" w:rsidRDefault="00000000">
      <w:pPr>
        <w:spacing w:after="20"/>
      </w:pPr>
      <w:r>
        <w:rPr>
          <w:b/>
          <w:sz w:val="18"/>
        </w:rPr>
        <w:t>SPESA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984"/>
        <w:gridCol w:w="1672"/>
        <w:gridCol w:w="1672"/>
        <w:gridCol w:w="2188"/>
        <w:gridCol w:w="1672"/>
      </w:tblGrid>
      <w:tr w:rsidR="006E1AB1" w14:paraId="3640B41A" w14:textId="77777777">
        <w:trPr>
          <w:jc w:val="center"/>
        </w:trPr>
        <w:tc>
          <w:tcPr>
            <w:tcW w:w="3118" w:type="dxa"/>
            <w:shd w:val="clear" w:color="auto" w:fill="DEEAF1"/>
          </w:tcPr>
          <w:p w14:paraId="5A7928AC" w14:textId="77777777" w:rsidR="006E1AB1" w:rsidRDefault="00000000">
            <w:r>
              <w:rPr>
                <w:b/>
                <w:sz w:val="16"/>
              </w:rPr>
              <w:t xml:space="preserve"> Descrizione</w:t>
            </w:r>
          </w:p>
        </w:tc>
        <w:tc>
          <w:tcPr>
            <w:tcW w:w="1701" w:type="dxa"/>
            <w:shd w:val="clear" w:color="auto" w:fill="DEEAF1"/>
          </w:tcPr>
          <w:p w14:paraId="751A29E5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Stanz.Assestato COMPETENZA ante variazione</w:t>
            </w:r>
          </w:p>
        </w:tc>
        <w:tc>
          <w:tcPr>
            <w:tcW w:w="1701" w:type="dxa"/>
            <w:shd w:val="clear" w:color="auto" w:fill="DEEAF1"/>
          </w:tcPr>
          <w:p w14:paraId="07C6271D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Impegnato COMPETENZA</w:t>
            </w:r>
          </w:p>
        </w:tc>
        <w:tc>
          <w:tcPr>
            <w:tcW w:w="2268" w:type="dxa"/>
            <w:shd w:val="clear" w:color="auto" w:fill="DEEAF1"/>
          </w:tcPr>
          <w:p w14:paraId="57D72CD2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maggiori/minori esigenze di spesa al 31/12 (variazione di assestamento)</w:t>
            </w:r>
          </w:p>
        </w:tc>
        <w:tc>
          <w:tcPr>
            <w:tcW w:w="1701" w:type="dxa"/>
            <w:shd w:val="clear" w:color="auto" w:fill="DEEAF1"/>
          </w:tcPr>
          <w:p w14:paraId="74DF5159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Stanz.Assestato COMPETENZA post variazione</w:t>
            </w:r>
          </w:p>
        </w:tc>
      </w:tr>
      <w:tr w:rsidR="006E1AB1" w14:paraId="16E613B7" w14:textId="77777777">
        <w:trPr>
          <w:jc w:val="center"/>
        </w:trPr>
        <w:tc>
          <w:tcPr>
            <w:tcW w:w="3118" w:type="dxa"/>
          </w:tcPr>
          <w:p w14:paraId="6B4A0B28" w14:textId="77777777" w:rsidR="006E1AB1" w:rsidRDefault="00000000">
            <w:r>
              <w:rPr>
                <w:sz w:val="18"/>
              </w:rPr>
              <w:t xml:space="preserve"> Disavanzo di Amministrazione</w:t>
            </w:r>
          </w:p>
        </w:tc>
        <w:tc>
          <w:tcPr>
            <w:tcW w:w="1701" w:type="dxa"/>
          </w:tcPr>
          <w:p w14:paraId="129AE2D6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AFCF565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355F12BC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B5E977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1DF64981" w14:textId="77777777">
        <w:trPr>
          <w:jc w:val="center"/>
        </w:trPr>
        <w:tc>
          <w:tcPr>
            <w:tcW w:w="3118" w:type="dxa"/>
          </w:tcPr>
          <w:p w14:paraId="138F18A4" w14:textId="77777777" w:rsidR="006E1AB1" w:rsidRDefault="00000000">
            <w:r>
              <w:rPr>
                <w:sz w:val="18"/>
              </w:rPr>
              <w:t xml:space="preserve"> TITOLO 1 - Spese correnti</w:t>
            </w:r>
          </w:p>
        </w:tc>
        <w:tc>
          <w:tcPr>
            <w:tcW w:w="1701" w:type="dxa"/>
          </w:tcPr>
          <w:p w14:paraId="73B11827" w14:textId="77777777" w:rsidR="006E1AB1" w:rsidRDefault="00000000">
            <w:pPr>
              <w:jc w:val="right"/>
            </w:pPr>
            <w:r>
              <w:rPr>
                <w:sz w:val="18"/>
              </w:rPr>
              <w:t>921.819,13</w:t>
            </w:r>
          </w:p>
        </w:tc>
        <w:tc>
          <w:tcPr>
            <w:tcW w:w="1701" w:type="dxa"/>
          </w:tcPr>
          <w:p w14:paraId="6BF8826E" w14:textId="77777777" w:rsidR="006E1AB1" w:rsidRDefault="00000000">
            <w:pPr>
              <w:jc w:val="right"/>
            </w:pPr>
            <w:r>
              <w:rPr>
                <w:sz w:val="18"/>
              </w:rPr>
              <w:t>654.960,35</w:t>
            </w:r>
          </w:p>
        </w:tc>
        <w:tc>
          <w:tcPr>
            <w:tcW w:w="2268" w:type="dxa"/>
          </w:tcPr>
          <w:p w14:paraId="37B0B650" w14:textId="77777777" w:rsidR="006E1AB1" w:rsidRDefault="00000000">
            <w:pPr>
              <w:jc w:val="right"/>
            </w:pPr>
            <w:r>
              <w:rPr>
                <w:sz w:val="18"/>
              </w:rPr>
              <w:t>13.434,00</w:t>
            </w:r>
          </w:p>
        </w:tc>
        <w:tc>
          <w:tcPr>
            <w:tcW w:w="1701" w:type="dxa"/>
          </w:tcPr>
          <w:p w14:paraId="114EFAC0" w14:textId="77777777" w:rsidR="006E1AB1" w:rsidRDefault="00000000">
            <w:pPr>
              <w:jc w:val="right"/>
            </w:pPr>
            <w:r>
              <w:rPr>
                <w:sz w:val="18"/>
              </w:rPr>
              <w:t>935.253,13</w:t>
            </w:r>
          </w:p>
        </w:tc>
      </w:tr>
      <w:tr w:rsidR="006E1AB1" w14:paraId="74443D5B" w14:textId="77777777">
        <w:trPr>
          <w:jc w:val="center"/>
        </w:trPr>
        <w:tc>
          <w:tcPr>
            <w:tcW w:w="3118" w:type="dxa"/>
          </w:tcPr>
          <w:p w14:paraId="0C6EA4B8" w14:textId="77777777" w:rsidR="006E1AB1" w:rsidRDefault="00000000">
            <w:r>
              <w:rPr>
                <w:sz w:val="18"/>
              </w:rPr>
              <w:t xml:space="preserve"> TITOLO 2 - Spese in conto capitale</w:t>
            </w:r>
          </w:p>
        </w:tc>
        <w:tc>
          <w:tcPr>
            <w:tcW w:w="1701" w:type="dxa"/>
          </w:tcPr>
          <w:p w14:paraId="0BB1EBEE" w14:textId="77777777" w:rsidR="006E1AB1" w:rsidRDefault="00000000">
            <w:pPr>
              <w:jc w:val="right"/>
            </w:pPr>
            <w:r>
              <w:rPr>
                <w:sz w:val="18"/>
              </w:rPr>
              <w:t>552.498,72</w:t>
            </w:r>
          </w:p>
        </w:tc>
        <w:tc>
          <w:tcPr>
            <w:tcW w:w="1701" w:type="dxa"/>
          </w:tcPr>
          <w:p w14:paraId="43B4CF12" w14:textId="77777777" w:rsidR="006E1AB1" w:rsidRDefault="00000000">
            <w:pPr>
              <w:jc w:val="right"/>
            </w:pPr>
            <w:r>
              <w:rPr>
                <w:sz w:val="18"/>
              </w:rPr>
              <w:t>252.361,78</w:t>
            </w:r>
          </w:p>
        </w:tc>
        <w:tc>
          <w:tcPr>
            <w:tcW w:w="2268" w:type="dxa"/>
          </w:tcPr>
          <w:p w14:paraId="0A78B591" w14:textId="77777777" w:rsidR="006E1AB1" w:rsidRDefault="00000000">
            <w:pPr>
              <w:jc w:val="right"/>
            </w:pPr>
            <w:r>
              <w:rPr>
                <w:sz w:val="18"/>
              </w:rPr>
              <w:t>28.540,00</w:t>
            </w:r>
          </w:p>
        </w:tc>
        <w:tc>
          <w:tcPr>
            <w:tcW w:w="1701" w:type="dxa"/>
          </w:tcPr>
          <w:p w14:paraId="53DA2EDA" w14:textId="77777777" w:rsidR="006E1AB1" w:rsidRDefault="00000000">
            <w:pPr>
              <w:jc w:val="right"/>
            </w:pPr>
            <w:r>
              <w:rPr>
                <w:sz w:val="18"/>
              </w:rPr>
              <w:t>581.038,72</w:t>
            </w:r>
          </w:p>
        </w:tc>
      </w:tr>
      <w:tr w:rsidR="006E1AB1" w14:paraId="3F91888F" w14:textId="77777777">
        <w:trPr>
          <w:jc w:val="center"/>
        </w:trPr>
        <w:tc>
          <w:tcPr>
            <w:tcW w:w="3118" w:type="dxa"/>
          </w:tcPr>
          <w:p w14:paraId="78F2B5EE" w14:textId="77777777" w:rsidR="006E1AB1" w:rsidRDefault="00000000">
            <w:r>
              <w:rPr>
                <w:sz w:val="18"/>
              </w:rPr>
              <w:t xml:space="preserve"> TITOLO 3 - Spese per incremento di attività finanziarie</w:t>
            </w:r>
          </w:p>
        </w:tc>
        <w:tc>
          <w:tcPr>
            <w:tcW w:w="1701" w:type="dxa"/>
          </w:tcPr>
          <w:p w14:paraId="123A5EA1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44D0101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92C7E3E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AF40C88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37C5DF46" w14:textId="77777777">
        <w:trPr>
          <w:jc w:val="center"/>
        </w:trPr>
        <w:tc>
          <w:tcPr>
            <w:tcW w:w="3118" w:type="dxa"/>
            <w:shd w:val="clear" w:color="auto" w:fill="F2F2F2"/>
          </w:tcPr>
          <w:p w14:paraId="4D30B6E8" w14:textId="77777777" w:rsidR="006E1AB1" w:rsidRDefault="00000000">
            <w:r>
              <w:rPr>
                <w:b/>
                <w:i/>
                <w:sz w:val="18"/>
              </w:rPr>
              <w:t xml:space="preserve"> SPESE FINALI</w:t>
            </w:r>
          </w:p>
        </w:tc>
        <w:tc>
          <w:tcPr>
            <w:tcW w:w="1701" w:type="dxa"/>
            <w:shd w:val="clear" w:color="auto" w:fill="F2F2F2"/>
          </w:tcPr>
          <w:p w14:paraId="60E5BDC4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1.474.317,85</w:t>
            </w:r>
          </w:p>
        </w:tc>
        <w:tc>
          <w:tcPr>
            <w:tcW w:w="1701" w:type="dxa"/>
            <w:shd w:val="clear" w:color="auto" w:fill="F2F2F2"/>
          </w:tcPr>
          <w:p w14:paraId="68AE0016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907.322,13</w:t>
            </w:r>
          </w:p>
        </w:tc>
        <w:tc>
          <w:tcPr>
            <w:tcW w:w="2268" w:type="dxa"/>
            <w:shd w:val="clear" w:color="auto" w:fill="F2F2F2"/>
          </w:tcPr>
          <w:p w14:paraId="76463DCE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41.974,00</w:t>
            </w:r>
          </w:p>
        </w:tc>
        <w:tc>
          <w:tcPr>
            <w:tcW w:w="1701" w:type="dxa"/>
            <w:shd w:val="clear" w:color="auto" w:fill="F2F2F2"/>
          </w:tcPr>
          <w:p w14:paraId="7FBE04AA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0,00</w:t>
            </w:r>
          </w:p>
        </w:tc>
      </w:tr>
      <w:tr w:rsidR="006E1AB1" w14:paraId="24D049E7" w14:textId="77777777">
        <w:trPr>
          <w:jc w:val="center"/>
        </w:trPr>
        <w:tc>
          <w:tcPr>
            <w:tcW w:w="3118" w:type="dxa"/>
          </w:tcPr>
          <w:p w14:paraId="3D136176" w14:textId="77777777" w:rsidR="006E1AB1" w:rsidRDefault="00000000">
            <w:r>
              <w:rPr>
                <w:sz w:val="18"/>
              </w:rPr>
              <w:t xml:space="preserve"> TITOLO 4 - Rimborso di prestiti</w:t>
            </w:r>
          </w:p>
        </w:tc>
        <w:tc>
          <w:tcPr>
            <w:tcW w:w="1701" w:type="dxa"/>
          </w:tcPr>
          <w:p w14:paraId="2B8ECE53" w14:textId="77777777" w:rsidR="006E1AB1" w:rsidRDefault="00000000">
            <w:pPr>
              <w:jc w:val="right"/>
            </w:pPr>
            <w:r>
              <w:rPr>
                <w:sz w:val="18"/>
              </w:rPr>
              <w:t>35.107,00</w:t>
            </w:r>
          </w:p>
        </w:tc>
        <w:tc>
          <w:tcPr>
            <w:tcW w:w="1701" w:type="dxa"/>
          </w:tcPr>
          <w:p w14:paraId="208E138E" w14:textId="77777777" w:rsidR="006E1AB1" w:rsidRDefault="00000000">
            <w:pPr>
              <w:jc w:val="right"/>
            </w:pPr>
            <w:r>
              <w:rPr>
                <w:sz w:val="18"/>
              </w:rPr>
              <w:t>35.107,00</w:t>
            </w:r>
          </w:p>
        </w:tc>
        <w:tc>
          <w:tcPr>
            <w:tcW w:w="2268" w:type="dxa"/>
          </w:tcPr>
          <w:p w14:paraId="0590FA6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5E38775" w14:textId="77777777" w:rsidR="006E1AB1" w:rsidRDefault="00000000">
            <w:pPr>
              <w:jc w:val="right"/>
            </w:pPr>
            <w:r>
              <w:rPr>
                <w:sz w:val="18"/>
              </w:rPr>
              <w:t>35.107,00</w:t>
            </w:r>
          </w:p>
        </w:tc>
      </w:tr>
      <w:tr w:rsidR="006E1AB1" w14:paraId="22662CC9" w14:textId="77777777">
        <w:trPr>
          <w:jc w:val="center"/>
        </w:trPr>
        <w:tc>
          <w:tcPr>
            <w:tcW w:w="3118" w:type="dxa"/>
          </w:tcPr>
          <w:p w14:paraId="65AFF7CF" w14:textId="77777777" w:rsidR="006E1AB1" w:rsidRDefault="00000000">
            <w:r>
              <w:rPr>
                <w:sz w:val="18"/>
              </w:rPr>
              <w:t xml:space="preserve"> TITOLO 5 - Chiusura Anticipazioni da istituto tesoriere/cassiere</w:t>
            </w:r>
          </w:p>
        </w:tc>
        <w:tc>
          <w:tcPr>
            <w:tcW w:w="1701" w:type="dxa"/>
          </w:tcPr>
          <w:p w14:paraId="2AC2B8AF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B33EE6A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624E0E01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77C30BA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5BA52A73" w14:textId="77777777">
        <w:trPr>
          <w:jc w:val="center"/>
        </w:trPr>
        <w:tc>
          <w:tcPr>
            <w:tcW w:w="3118" w:type="dxa"/>
          </w:tcPr>
          <w:p w14:paraId="44D0CCFF" w14:textId="77777777" w:rsidR="006E1AB1" w:rsidRDefault="00000000">
            <w:r>
              <w:rPr>
                <w:sz w:val="18"/>
              </w:rPr>
              <w:t xml:space="preserve"> TITOLO 7 - Spese per conto terzi e partite di giro</w:t>
            </w:r>
          </w:p>
        </w:tc>
        <w:tc>
          <w:tcPr>
            <w:tcW w:w="1701" w:type="dxa"/>
          </w:tcPr>
          <w:p w14:paraId="19553266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  <w:tc>
          <w:tcPr>
            <w:tcW w:w="1701" w:type="dxa"/>
          </w:tcPr>
          <w:p w14:paraId="747B2BC6" w14:textId="77777777" w:rsidR="006E1AB1" w:rsidRDefault="00000000">
            <w:pPr>
              <w:jc w:val="right"/>
            </w:pPr>
            <w:r>
              <w:rPr>
                <w:sz w:val="18"/>
              </w:rPr>
              <w:t>112.731,49</w:t>
            </w:r>
          </w:p>
        </w:tc>
        <w:tc>
          <w:tcPr>
            <w:tcW w:w="2268" w:type="dxa"/>
          </w:tcPr>
          <w:p w14:paraId="344B3807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4B12A00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</w:tr>
      <w:tr w:rsidR="006E1AB1" w14:paraId="5112CE6F" w14:textId="77777777">
        <w:trPr>
          <w:jc w:val="center"/>
        </w:trPr>
        <w:tc>
          <w:tcPr>
            <w:tcW w:w="3118" w:type="dxa"/>
            <w:shd w:val="clear" w:color="auto" w:fill="BDD7EE"/>
          </w:tcPr>
          <w:p w14:paraId="6A5A5F8E" w14:textId="77777777" w:rsidR="006E1AB1" w:rsidRDefault="00000000">
            <w:r>
              <w:rPr>
                <w:b/>
                <w:sz w:val="18"/>
              </w:rPr>
              <w:t xml:space="preserve"> TOTALE SPESE</w:t>
            </w:r>
          </w:p>
        </w:tc>
        <w:tc>
          <w:tcPr>
            <w:tcW w:w="1701" w:type="dxa"/>
            <w:shd w:val="clear" w:color="auto" w:fill="BDD7EE"/>
          </w:tcPr>
          <w:p w14:paraId="2810CC5D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1.811.424,85</w:t>
            </w:r>
          </w:p>
        </w:tc>
        <w:tc>
          <w:tcPr>
            <w:tcW w:w="1701" w:type="dxa"/>
            <w:shd w:val="clear" w:color="auto" w:fill="BDD7EE"/>
          </w:tcPr>
          <w:p w14:paraId="277CD657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1.055.160,62</w:t>
            </w:r>
          </w:p>
        </w:tc>
        <w:tc>
          <w:tcPr>
            <w:tcW w:w="2268" w:type="dxa"/>
            <w:shd w:val="clear" w:color="auto" w:fill="BDD7EE"/>
          </w:tcPr>
          <w:p w14:paraId="7B37972D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41.974,00</w:t>
            </w:r>
          </w:p>
        </w:tc>
        <w:tc>
          <w:tcPr>
            <w:tcW w:w="1701" w:type="dxa"/>
            <w:shd w:val="clear" w:color="auto" w:fill="BDD7EE"/>
          </w:tcPr>
          <w:p w14:paraId="1EAF95CE" w14:textId="617AF7A4" w:rsidR="006E1AB1" w:rsidRDefault="00032CC8">
            <w:pPr>
              <w:jc w:val="right"/>
            </w:pPr>
            <w:r>
              <w:rPr>
                <w:b/>
                <w:sz w:val="18"/>
              </w:rPr>
              <w:t>1.853.398,85</w:t>
            </w:r>
          </w:p>
        </w:tc>
      </w:tr>
      <w:tr w:rsidR="006E1AB1" w14:paraId="3C3F42F9" w14:textId="77777777">
        <w:trPr>
          <w:jc w:val="center"/>
        </w:trPr>
        <w:tc>
          <w:tcPr>
            <w:tcW w:w="3118" w:type="dxa"/>
            <w:shd w:val="clear" w:color="auto" w:fill="FFF2CC"/>
          </w:tcPr>
          <w:p w14:paraId="598666EB" w14:textId="77777777" w:rsidR="006E1AB1" w:rsidRDefault="00000000">
            <w:r>
              <w:rPr>
                <w:b/>
                <w:sz w:val="18"/>
              </w:rPr>
              <w:lastRenderedPageBreak/>
              <w:t xml:space="preserve"> SALDO COMPLESSIVO</w:t>
            </w:r>
          </w:p>
        </w:tc>
        <w:tc>
          <w:tcPr>
            <w:tcW w:w="1701" w:type="dxa"/>
            <w:shd w:val="clear" w:color="auto" w:fill="FFF2CC"/>
          </w:tcPr>
          <w:p w14:paraId="1427231C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FFF2CC"/>
          </w:tcPr>
          <w:p w14:paraId="3C7AA591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413.022,68</w:t>
            </w:r>
          </w:p>
        </w:tc>
        <w:tc>
          <w:tcPr>
            <w:tcW w:w="2268" w:type="dxa"/>
            <w:shd w:val="clear" w:color="auto" w:fill="FFF2CC"/>
          </w:tcPr>
          <w:p w14:paraId="482E6E96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FFF2CC"/>
          </w:tcPr>
          <w:p w14:paraId="38555233" w14:textId="2F35B548" w:rsidR="006E1AB1" w:rsidRDefault="00032CC8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</w:tbl>
    <w:p w14:paraId="61F91921" w14:textId="77777777" w:rsidR="006E1AB1" w:rsidRDefault="006E1AB1"/>
    <w:p w14:paraId="2C45FC8D" w14:textId="77777777" w:rsidR="006E1AB1" w:rsidRDefault="00000000">
      <w:pPr>
        <w:spacing w:before="160" w:after="40"/>
      </w:pPr>
      <w:r>
        <w:rPr>
          <w:b/>
          <w:sz w:val="20"/>
        </w:rPr>
        <w:t>2027</w:t>
      </w:r>
    </w:p>
    <w:p w14:paraId="13F686D7" w14:textId="77777777" w:rsidR="006E1AB1" w:rsidRDefault="00000000">
      <w:pPr>
        <w:spacing w:after="20"/>
      </w:pPr>
      <w:r>
        <w:rPr>
          <w:b/>
          <w:sz w:val="18"/>
        </w:rPr>
        <w:t>ENTRATA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979"/>
        <w:gridCol w:w="1673"/>
        <w:gridCol w:w="1673"/>
        <w:gridCol w:w="2190"/>
        <w:gridCol w:w="1673"/>
      </w:tblGrid>
      <w:tr w:rsidR="006E1AB1" w14:paraId="6D4D98D3" w14:textId="77777777">
        <w:trPr>
          <w:jc w:val="center"/>
        </w:trPr>
        <w:tc>
          <w:tcPr>
            <w:tcW w:w="3118" w:type="dxa"/>
            <w:shd w:val="clear" w:color="auto" w:fill="DEEAF1"/>
          </w:tcPr>
          <w:p w14:paraId="739FA2DF" w14:textId="77777777" w:rsidR="006E1AB1" w:rsidRDefault="00000000">
            <w:r>
              <w:rPr>
                <w:b/>
                <w:sz w:val="16"/>
              </w:rPr>
              <w:t xml:space="preserve"> Descrizione</w:t>
            </w:r>
          </w:p>
        </w:tc>
        <w:tc>
          <w:tcPr>
            <w:tcW w:w="1701" w:type="dxa"/>
            <w:shd w:val="clear" w:color="auto" w:fill="DEEAF1"/>
          </w:tcPr>
          <w:p w14:paraId="4E382AC4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Stanz.Assestato COMPETENZA</w:t>
            </w:r>
          </w:p>
        </w:tc>
        <w:tc>
          <w:tcPr>
            <w:tcW w:w="1701" w:type="dxa"/>
            <w:shd w:val="clear" w:color="auto" w:fill="DEEAF1"/>
          </w:tcPr>
          <w:p w14:paraId="5BCD6E74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Accertato COMPETENZA</w:t>
            </w:r>
          </w:p>
        </w:tc>
        <w:tc>
          <w:tcPr>
            <w:tcW w:w="2268" w:type="dxa"/>
            <w:shd w:val="clear" w:color="auto" w:fill="DEEAF1"/>
          </w:tcPr>
          <w:p w14:paraId="73133C64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maggiori/minori previsioni di entrata al 31/12 (variazione di assestamento)</w:t>
            </w:r>
          </w:p>
        </w:tc>
        <w:tc>
          <w:tcPr>
            <w:tcW w:w="1701" w:type="dxa"/>
            <w:shd w:val="clear" w:color="auto" w:fill="DEEAF1"/>
          </w:tcPr>
          <w:p w14:paraId="4400C9E1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Stanz.Assestato COMPETENZA post variazione</w:t>
            </w:r>
          </w:p>
        </w:tc>
      </w:tr>
      <w:tr w:rsidR="006E1AB1" w14:paraId="7A118154" w14:textId="77777777">
        <w:trPr>
          <w:jc w:val="center"/>
        </w:trPr>
        <w:tc>
          <w:tcPr>
            <w:tcW w:w="3118" w:type="dxa"/>
          </w:tcPr>
          <w:p w14:paraId="54ECB98F" w14:textId="77777777" w:rsidR="006E1AB1" w:rsidRDefault="00000000">
            <w:r>
              <w:rPr>
                <w:sz w:val="18"/>
              </w:rPr>
              <w:t xml:space="preserve"> Avanzo di Amministrazione</w:t>
            </w:r>
          </w:p>
        </w:tc>
        <w:tc>
          <w:tcPr>
            <w:tcW w:w="1701" w:type="dxa"/>
          </w:tcPr>
          <w:p w14:paraId="189773CD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5423294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579B0698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7158E336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2B1E993A" w14:textId="77777777">
        <w:trPr>
          <w:jc w:val="center"/>
        </w:trPr>
        <w:tc>
          <w:tcPr>
            <w:tcW w:w="3118" w:type="dxa"/>
          </w:tcPr>
          <w:p w14:paraId="0C9B7751" w14:textId="77777777" w:rsidR="006E1AB1" w:rsidRDefault="00000000">
            <w:r>
              <w:rPr>
                <w:sz w:val="18"/>
              </w:rPr>
              <w:t xml:space="preserve"> FPV corrente</w:t>
            </w:r>
          </w:p>
        </w:tc>
        <w:tc>
          <w:tcPr>
            <w:tcW w:w="1701" w:type="dxa"/>
          </w:tcPr>
          <w:p w14:paraId="433D256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BCFFAF8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4DBB1D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B4181D5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7AFC4D2D" w14:textId="77777777">
        <w:trPr>
          <w:jc w:val="center"/>
        </w:trPr>
        <w:tc>
          <w:tcPr>
            <w:tcW w:w="3118" w:type="dxa"/>
          </w:tcPr>
          <w:p w14:paraId="4FE91F89" w14:textId="77777777" w:rsidR="006E1AB1" w:rsidRDefault="00000000">
            <w:r>
              <w:rPr>
                <w:sz w:val="18"/>
              </w:rPr>
              <w:t xml:space="preserve"> FPV capitale</w:t>
            </w:r>
          </w:p>
        </w:tc>
        <w:tc>
          <w:tcPr>
            <w:tcW w:w="1701" w:type="dxa"/>
          </w:tcPr>
          <w:p w14:paraId="3D6B9FF7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4E48E5C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F365223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1F9E613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7D3A5470" w14:textId="77777777">
        <w:trPr>
          <w:jc w:val="center"/>
        </w:trPr>
        <w:tc>
          <w:tcPr>
            <w:tcW w:w="3118" w:type="dxa"/>
          </w:tcPr>
          <w:p w14:paraId="3C29B53A" w14:textId="77777777" w:rsidR="006E1AB1" w:rsidRDefault="00000000">
            <w:r>
              <w:rPr>
                <w:sz w:val="18"/>
              </w:rPr>
              <w:t xml:space="preserve"> FPV attività finanziarie</w:t>
            </w:r>
          </w:p>
        </w:tc>
        <w:tc>
          <w:tcPr>
            <w:tcW w:w="1701" w:type="dxa"/>
          </w:tcPr>
          <w:p w14:paraId="271A51E8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7C4F0F9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95D431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9E2CF60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27ACEB6A" w14:textId="77777777">
        <w:trPr>
          <w:jc w:val="center"/>
        </w:trPr>
        <w:tc>
          <w:tcPr>
            <w:tcW w:w="3118" w:type="dxa"/>
          </w:tcPr>
          <w:p w14:paraId="41C6403A" w14:textId="77777777" w:rsidR="006E1AB1" w:rsidRDefault="00000000">
            <w:r>
              <w:rPr>
                <w:sz w:val="18"/>
              </w:rPr>
              <w:t xml:space="preserve"> TITOLO 1 - Entrate tributarie</w:t>
            </w:r>
          </w:p>
        </w:tc>
        <w:tc>
          <w:tcPr>
            <w:tcW w:w="1701" w:type="dxa"/>
          </w:tcPr>
          <w:p w14:paraId="6D9ACE81" w14:textId="77777777" w:rsidR="006E1AB1" w:rsidRDefault="00000000">
            <w:pPr>
              <w:jc w:val="right"/>
            </w:pPr>
            <w:r>
              <w:rPr>
                <w:sz w:val="18"/>
              </w:rPr>
              <w:t>572.000,00</w:t>
            </w:r>
          </w:p>
        </w:tc>
        <w:tc>
          <w:tcPr>
            <w:tcW w:w="1701" w:type="dxa"/>
          </w:tcPr>
          <w:p w14:paraId="66F1181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4A36BDB7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11903A0" w14:textId="77777777" w:rsidR="006E1AB1" w:rsidRDefault="00000000">
            <w:pPr>
              <w:jc w:val="right"/>
            </w:pPr>
            <w:r>
              <w:rPr>
                <w:sz w:val="18"/>
              </w:rPr>
              <w:t>572.000,00</w:t>
            </w:r>
          </w:p>
        </w:tc>
      </w:tr>
      <w:tr w:rsidR="006E1AB1" w14:paraId="536E2B4B" w14:textId="77777777">
        <w:trPr>
          <w:jc w:val="center"/>
        </w:trPr>
        <w:tc>
          <w:tcPr>
            <w:tcW w:w="3118" w:type="dxa"/>
          </w:tcPr>
          <w:p w14:paraId="2FD016A1" w14:textId="77777777" w:rsidR="006E1AB1" w:rsidRDefault="00000000">
            <w:r>
              <w:rPr>
                <w:sz w:val="18"/>
              </w:rPr>
              <w:t xml:space="preserve"> TITOLO 2 - Trasferimenti correnti</w:t>
            </w:r>
          </w:p>
        </w:tc>
        <w:tc>
          <w:tcPr>
            <w:tcW w:w="1701" w:type="dxa"/>
          </w:tcPr>
          <w:p w14:paraId="5D00DF26" w14:textId="77777777" w:rsidR="006E1AB1" w:rsidRDefault="00000000">
            <w:pPr>
              <w:jc w:val="right"/>
            </w:pPr>
            <w:r>
              <w:rPr>
                <w:sz w:val="18"/>
              </w:rPr>
              <w:t>72.549,88</w:t>
            </w:r>
          </w:p>
        </w:tc>
        <w:tc>
          <w:tcPr>
            <w:tcW w:w="1701" w:type="dxa"/>
          </w:tcPr>
          <w:p w14:paraId="057DABA5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412E8F90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246711D" w14:textId="77777777" w:rsidR="006E1AB1" w:rsidRDefault="00000000">
            <w:pPr>
              <w:jc w:val="right"/>
            </w:pPr>
            <w:r>
              <w:rPr>
                <w:sz w:val="18"/>
              </w:rPr>
              <w:t>72.549,88</w:t>
            </w:r>
          </w:p>
        </w:tc>
      </w:tr>
      <w:tr w:rsidR="006E1AB1" w14:paraId="783C0F39" w14:textId="77777777">
        <w:trPr>
          <w:jc w:val="center"/>
        </w:trPr>
        <w:tc>
          <w:tcPr>
            <w:tcW w:w="3118" w:type="dxa"/>
          </w:tcPr>
          <w:p w14:paraId="447FBA35" w14:textId="77777777" w:rsidR="006E1AB1" w:rsidRDefault="00000000">
            <w:r>
              <w:rPr>
                <w:sz w:val="18"/>
              </w:rPr>
              <w:t xml:space="preserve"> TITOLO 3 - Entrate extratributarie</w:t>
            </w:r>
          </w:p>
        </w:tc>
        <w:tc>
          <w:tcPr>
            <w:tcW w:w="1701" w:type="dxa"/>
          </w:tcPr>
          <w:p w14:paraId="7317548C" w14:textId="77777777" w:rsidR="006E1AB1" w:rsidRDefault="00000000">
            <w:pPr>
              <w:jc w:val="right"/>
            </w:pPr>
            <w:r>
              <w:rPr>
                <w:sz w:val="18"/>
              </w:rPr>
              <w:t>203.476,50</w:t>
            </w:r>
          </w:p>
        </w:tc>
        <w:tc>
          <w:tcPr>
            <w:tcW w:w="1701" w:type="dxa"/>
          </w:tcPr>
          <w:p w14:paraId="6113822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4474352F" w14:textId="77777777" w:rsidR="006E1AB1" w:rsidRDefault="00000000">
            <w:pPr>
              <w:jc w:val="right"/>
            </w:pPr>
            <w:r>
              <w:rPr>
                <w:sz w:val="18"/>
              </w:rPr>
              <w:t>1.200,00</w:t>
            </w:r>
          </w:p>
        </w:tc>
        <w:tc>
          <w:tcPr>
            <w:tcW w:w="1701" w:type="dxa"/>
          </w:tcPr>
          <w:p w14:paraId="392915F4" w14:textId="77777777" w:rsidR="006E1AB1" w:rsidRDefault="00000000">
            <w:pPr>
              <w:jc w:val="right"/>
            </w:pPr>
            <w:r>
              <w:rPr>
                <w:sz w:val="18"/>
              </w:rPr>
              <w:t>204.676,50</w:t>
            </w:r>
          </w:p>
        </w:tc>
      </w:tr>
      <w:tr w:rsidR="006E1AB1" w14:paraId="37FB7EED" w14:textId="77777777">
        <w:trPr>
          <w:jc w:val="center"/>
        </w:trPr>
        <w:tc>
          <w:tcPr>
            <w:tcW w:w="3118" w:type="dxa"/>
          </w:tcPr>
          <w:p w14:paraId="3320F8E4" w14:textId="77777777" w:rsidR="006E1AB1" w:rsidRDefault="00000000">
            <w:r>
              <w:rPr>
                <w:sz w:val="18"/>
              </w:rPr>
              <w:t xml:space="preserve"> TITOLO 4 - Entrate in conto capitale</w:t>
            </w:r>
          </w:p>
        </w:tc>
        <w:tc>
          <w:tcPr>
            <w:tcW w:w="1701" w:type="dxa"/>
          </w:tcPr>
          <w:p w14:paraId="12F90DFC" w14:textId="77777777" w:rsidR="006E1AB1" w:rsidRDefault="00000000">
            <w:pPr>
              <w:jc w:val="right"/>
            </w:pPr>
            <w:r>
              <w:rPr>
                <w:sz w:val="18"/>
              </w:rPr>
              <w:t>11.000,00</w:t>
            </w:r>
          </w:p>
        </w:tc>
        <w:tc>
          <w:tcPr>
            <w:tcW w:w="1701" w:type="dxa"/>
          </w:tcPr>
          <w:p w14:paraId="779A3723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2423B90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71F3FB45" w14:textId="77777777" w:rsidR="006E1AB1" w:rsidRDefault="00000000">
            <w:pPr>
              <w:jc w:val="right"/>
            </w:pPr>
            <w:r>
              <w:rPr>
                <w:sz w:val="18"/>
              </w:rPr>
              <w:t>11.000,00</w:t>
            </w:r>
          </w:p>
        </w:tc>
      </w:tr>
      <w:tr w:rsidR="006E1AB1" w14:paraId="68C8F437" w14:textId="77777777">
        <w:trPr>
          <w:jc w:val="center"/>
        </w:trPr>
        <w:tc>
          <w:tcPr>
            <w:tcW w:w="3118" w:type="dxa"/>
          </w:tcPr>
          <w:p w14:paraId="4641237D" w14:textId="77777777" w:rsidR="006E1AB1" w:rsidRDefault="00000000">
            <w:r>
              <w:rPr>
                <w:sz w:val="18"/>
              </w:rPr>
              <w:t xml:space="preserve"> TITOLO 5 - Entrate da riduzione di attività finanziarie</w:t>
            </w:r>
          </w:p>
        </w:tc>
        <w:tc>
          <w:tcPr>
            <w:tcW w:w="1701" w:type="dxa"/>
          </w:tcPr>
          <w:p w14:paraId="4BFB40A3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0EB78F9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648C8E1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7F33296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66A1B26B" w14:textId="77777777">
        <w:trPr>
          <w:jc w:val="center"/>
        </w:trPr>
        <w:tc>
          <w:tcPr>
            <w:tcW w:w="3118" w:type="dxa"/>
            <w:shd w:val="clear" w:color="auto" w:fill="F2F2F2"/>
          </w:tcPr>
          <w:p w14:paraId="004DD60C" w14:textId="77777777" w:rsidR="006E1AB1" w:rsidRDefault="00000000">
            <w:r>
              <w:rPr>
                <w:b/>
                <w:i/>
                <w:sz w:val="18"/>
              </w:rPr>
              <w:t xml:space="preserve"> ENTRATE FINALI</w:t>
            </w:r>
          </w:p>
        </w:tc>
        <w:tc>
          <w:tcPr>
            <w:tcW w:w="1701" w:type="dxa"/>
            <w:shd w:val="clear" w:color="auto" w:fill="F2F2F2"/>
          </w:tcPr>
          <w:p w14:paraId="45194BB2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859.026,38</w:t>
            </w:r>
          </w:p>
        </w:tc>
        <w:tc>
          <w:tcPr>
            <w:tcW w:w="1701" w:type="dxa"/>
            <w:shd w:val="clear" w:color="auto" w:fill="F2F2F2"/>
          </w:tcPr>
          <w:p w14:paraId="7679D47D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0,00</w:t>
            </w:r>
          </w:p>
        </w:tc>
        <w:tc>
          <w:tcPr>
            <w:tcW w:w="2268" w:type="dxa"/>
            <w:shd w:val="clear" w:color="auto" w:fill="F2F2F2"/>
          </w:tcPr>
          <w:p w14:paraId="3AD9AC0F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1.200,00</w:t>
            </w:r>
          </w:p>
        </w:tc>
        <w:tc>
          <w:tcPr>
            <w:tcW w:w="1701" w:type="dxa"/>
            <w:shd w:val="clear" w:color="auto" w:fill="F2F2F2"/>
          </w:tcPr>
          <w:p w14:paraId="4BAA7D9C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860.226,38</w:t>
            </w:r>
          </w:p>
        </w:tc>
      </w:tr>
      <w:tr w:rsidR="006E1AB1" w14:paraId="0AA6CEC7" w14:textId="77777777">
        <w:trPr>
          <w:jc w:val="center"/>
        </w:trPr>
        <w:tc>
          <w:tcPr>
            <w:tcW w:w="3118" w:type="dxa"/>
          </w:tcPr>
          <w:p w14:paraId="6446B086" w14:textId="77777777" w:rsidR="006E1AB1" w:rsidRDefault="00000000">
            <w:r>
              <w:rPr>
                <w:sz w:val="18"/>
              </w:rPr>
              <w:t xml:space="preserve"> TITOLO 6 - Accensione di prestiti</w:t>
            </w:r>
          </w:p>
        </w:tc>
        <w:tc>
          <w:tcPr>
            <w:tcW w:w="1701" w:type="dxa"/>
          </w:tcPr>
          <w:p w14:paraId="06EEF5FA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85F1D83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3FBEC15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29C8BAA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134F4D66" w14:textId="77777777">
        <w:trPr>
          <w:jc w:val="center"/>
        </w:trPr>
        <w:tc>
          <w:tcPr>
            <w:tcW w:w="3118" w:type="dxa"/>
          </w:tcPr>
          <w:p w14:paraId="3C576FDA" w14:textId="77777777" w:rsidR="006E1AB1" w:rsidRDefault="00000000">
            <w:r>
              <w:rPr>
                <w:sz w:val="18"/>
              </w:rPr>
              <w:t xml:space="preserve"> TITOLO 7 - Anticipazioni da istituto tesoriere/cassiere</w:t>
            </w:r>
          </w:p>
        </w:tc>
        <w:tc>
          <w:tcPr>
            <w:tcW w:w="1701" w:type="dxa"/>
          </w:tcPr>
          <w:p w14:paraId="016AC395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77DDE63F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6D6E4C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D13FFF6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6A8A8D02" w14:textId="77777777">
        <w:trPr>
          <w:jc w:val="center"/>
        </w:trPr>
        <w:tc>
          <w:tcPr>
            <w:tcW w:w="3118" w:type="dxa"/>
          </w:tcPr>
          <w:p w14:paraId="6458EB0A" w14:textId="77777777" w:rsidR="006E1AB1" w:rsidRDefault="00000000">
            <w:r>
              <w:rPr>
                <w:sz w:val="18"/>
              </w:rPr>
              <w:t xml:space="preserve"> TITOLO 9 - Entrate per conto di terzi e partite di giro</w:t>
            </w:r>
          </w:p>
        </w:tc>
        <w:tc>
          <w:tcPr>
            <w:tcW w:w="1701" w:type="dxa"/>
          </w:tcPr>
          <w:p w14:paraId="423DC62F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  <w:tc>
          <w:tcPr>
            <w:tcW w:w="1701" w:type="dxa"/>
          </w:tcPr>
          <w:p w14:paraId="56E8D3F6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3D186ADF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CC8B311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</w:tr>
      <w:tr w:rsidR="006E1AB1" w14:paraId="3B67F567" w14:textId="77777777">
        <w:trPr>
          <w:jc w:val="center"/>
        </w:trPr>
        <w:tc>
          <w:tcPr>
            <w:tcW w:w="3118" w:type="dxa"/>
            <w:shd w:val="clear" w:color="auto" w:fill="BDD7EE"/>
          </w:tcPr>
          <w:p w14:paraId="60506D0D" w14:textId="77777777" w:rsidR="006E1AB1" w:rsidRDefault="00000000">
            <w:r>
              <w:rPr>
                <w:b/>
                <w:sz w:val="18"/>
              </w:rPr>
              <w:t xml:space="preserve"> TOTALE ENTRATE</w:t>
            </w:r>
          </w:p>
        </w:tc>
        <w:tc>
          <w:tcPr>
            <w:tcW w:w="1701" w:type="dxa"/>
            <w:shd w:val="clear" w:color="auto" w:fill="BDD7EE"/>
          </w:tcPr>
          <w:p w14:paraId="08747813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1.161.026,38</w:t>
            </w:r>
          </w:p>
        </w:tc>
        <w:tc>
          <w:tcPr>
            <w:tcW w:w="1701" w:type="dxa"/>
            <w:shd w:val="clear" w:color="auto" w:fill="BDD7EE"/>
          </w:tcPr>
          <w:p w14:paraId="772F170A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2268" w:type="dxa"/>
            <w:shd w:val="clear" w:color="auto" w:fill="BDD7EE"/>
          </w:tcPr>
          <w:p w14:paraId="6493C5EE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1.200,00</w:t>
            </w:r>
          </w:p>
        </w:tc>
        <w:tc>
          <w:tcPr>
            <w:tcW w:w="1701" w:type="dxa"/>
            <w:shd w:val="clear" w:color="auto" w:fill="BDD7EE"/>
          </w:tcPr>
          <w:p w14:paraId="141D1980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1.162.226,38</w:t>
            </w:r>
          </w:p>
        </w:tc>
      </w:tr>
    </w:tbl>
    <w:p w14:paraId="1E3E4936" w14:textId="77777777" w:rsidR="006E1AB1" w:rsidRDefault="006E1AB1">
      <w:pPr>
        <w:spacing w:after="40"/>
      </w:pPr>
    </w:p>
    <w:p w14:paraId="568B5975" w14:textId="77777777" w:rsidR="006E1AB1" w:rsidRDefault="00000000">
      <w:pPr>
        <w:spacing w:after="20"/>
      </w:pPr>
      <w:r>
        <w:rPr>
          <w:b/>
          <w:sz w:val="18"/>
        </w:rPr>
        <w:t>SPESA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984"/>
        <w:gridCol w:w="1672"/>
        <w:gridCol w:w="1672"/>
        <w:gridCol w:w="2188"/>
        <w:gridCol w:w="1672"/>
      </w:tblGrid>
      <w:tr w:rsidR="006E1AB1" w14:paraId="261B2DE6" w14:textId="77777777">
        <w:trPr>
          <w:jc w:val="center"/>
        </w:trPr>
        <w:tc>
          <w:tcPr>
            <w:tcW w:w="3118" w:type="dxa"/>
            <w:shd w:val="clear" w:color="auto" w:fill="DEEAF1"/>
          </w:tcPr>
          <w:p w14:paraId="3AF3CA3A" w14:textId="77777777" w:rsidR="006E1AB1" w:rsidRDefault="00000000">
            <w:r>
              <w:rPr>
                <w:b/>
                <w:sz w:val="16"/>
              </w:rPr>
              <w:t xml:space="preserve"> Descrizione</w:t>
            </w:r>
          </w:p>
        </w:tc>
        <w:tc>
          <w:tcPr>
            <w:tcW w:w="1701" w:type="dxa"/>
            <w:shd w:val="clear" w:color="auto" w:fill="DEEAF1"/>
          </w:tcPr>
          <w:p w14:paraId="35A1DC0D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Stanz.Assestato COMPETENZA</w:t>
            </w:r>
          </w:p>
        </w:tc>
        <w:tc>
          <w:tcPr>
            <w:tcW w:w="1701" w:type="dxa"/>
            <w:shd w:val="clear" w:color="auto" w:fill="DEEAF1"/>
          </w:tcPr>
          <w:p w14:paraId="1D83B56B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Impegnato COMPETENZA</w:t>
            </w:r>
          </w:p>
        </w:tc>
        <w:tc>
          <w:tcPr>
            <w:tcW w:w="2268" w:type="dxa"/>
            <w:shd w:val="clear" w:color="auto" w:fill="DEEAF1"/>
          </w:tcPr>
          <w:p w14:paraId="60D3836A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maggiori/minori esigenze di spesa al 31/12 (variazione di assestamento)</w:t>
            </w:r>
          </w:p>
        </w:tc>
        <w:tc>
          <w:tcPr>
            <w:tcW w:w="1701" w:type="dxa"/>
            <w:shd w:val="clear" w:color="auto" w:fill="DEEAF1"/>
          </w:tcPr>
          <w:p w14:paraId="2D656688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Stanz.Assestato COMPETENZA post variazione</w:t>
            </w:r>
          </w:p>
        </w:tc>
      </w:tr>
      <w:tr w:rsidR="006E1AB1" w14:paraId="55256718" w14:textId="77777777">
        <w:trPr>
          <w:jc w:val="center"/>
        </w:trPr>
        <w:tc>
          <w:tcPr>
            <w:tcW w:w="3118" w:type="dxa"/>
          </w:tcPr>
          <w:p w14:paraId="7BBC96C2" w14:textId="77777777" w:rsidR="006E1AB1" w:rsidRDefault="00000000">
            <w:r>
              <w:rPr>
                <w:sz w:val="18"/>
              </w:rPr>
              <w:t xml:space="preserve"> Disavanzo di Amministrazione</w:t>
            </w:r>
          </w:p>
        </w:tc>
        <w:tc>
          <w:tcPr>
            <w:tcW w:w="1701" w:type="dxa"/>
          </w:tcPr>
          <w:p w14:paraId="0CF09840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50D87D3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320627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C6DA37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404D89D9" w14:textId="77777777">
        <w:trPr>
          <w:jc w:val="center"/>
        </w:trPr>
        <w:tc>
          <w:tcPr>
            <w:tcW w:w="3118" w:type="dxa"/>
          </w:tcPr>
          <w:p w14:paraId="16F0F384" w14:textId="77777777" w:rsidR="006E1AB1" w:rsidRDefault="00000000">
            <w:r>
              <w:rPr>
                <w:sz w:val="18"/>
              </w:rPr>
              <w:t xml:space="preserve"> TITOLO 1 - Spese correnti</w:t>
            </w:r>
          </w:p>
        </w:tc>
        <w:tc>
          <w:tcPr>
            <w:tcW w:w="1701" w:type="dxa"/>
          </w:tcPr>
          <w:p w14:paraId="34BAC2BB" w14:textId="77777777" w:rsidR="006E1AB1" w:rsidRDefault="00000000">
            <w:pPr>
              <w:jc w:val="right"/>
            </w:pPr>
            <w:r>
              <w:rPr>
                <w:sz w:val="18"/>
              </w:rPr>
              <w:t>819.900,38</w:t>
            </w:r>
          </w:p>
        </w:tc>
        <w:tc>
          <w:tcPr>
            <w:tcW w:w="1701" w:type="dxa"/>
          </w:tcPr>
          <w:p w14:paraId="7BCD471D" w14:textId="77777777" w:rsidR="006E1AB1" w:rsidRDefault="00000000">
            <w:pPr>
              <w:jc w:val="right"/>
            </w:pPr>
            <w:r>
              <w:rPr>
                <w:sz w:val="18"/>
              </w:rPr>
              <w:t>86.264,19</w:t>
            </w:r>
          </w:p>
        </w:tc>
        <w:tc>
          <w:tcPr>
            <w:tcW w:w="2268" w:type="dxa"/>
          </w:tcPr>
          <w:p w14:paraId="0D2E12CF" w14:textId="77777777" w:rsidR="006E1AB1" w:rsidRDefault="00000000">
            <w:pPr>
              <w:jc w:val="right"/>
            </w:pPr>
            <w:r>
              <w:rPr>
                <w:sz w:val="18"/>
              </w:rPr>
              <w:t>1.200,00</w:t>
            </w:r>
          </w:p>
        </w:tc>
        <w:tc>
          <w:tcPr>
            <w:tcW w:w="1701" w:type="dxa"/>
          </w:tcPr>
          <w:p w14:paraId="3B9438A3" w14:textId="77777777" w:rsidR="006E1AB1" w:rsidRDefault="00000000">
            <w:pPr>
              <w:jc w:val="right"/>
            </w:pPr>
            <w:r>
              <w:rPr>
                <w:sz w:val="18"/>
              </w:rPr>
              <w:t>821.100,38</w:t>
            </w:r>
          </w:p>
        </w:tc>
      </w:tr>
      <w:tr w:rsidR="006E1AB1" w14:paraId="4591254F" w14:textId="77777777">
        <w:trPr>
          <w:jc w:val="center"/>
        </w:trPr>
        <w:tc>
          <w:tcPr>
            <w:tcW w:w="3118" w:type="dxa"/>
          </w:tcPr>
          <w:p w14:paraId="79AE325B" w14:textId="77777777" w:rsidR="006E1AB1" w:rsidRDefault="00000000">
            <w:r>
              <w:rPr>
                <w:sz w:val="18"/>
              </w:rPr>
              <w:t xml:space="preserve"> TITOLO 2 - Spese in conto capitale</w:t>
            </w:r>
          </w:p>
        </w:tc>
        <w:tc>
          <w:tcPr>
            <w:tcW w:w="1701" w:type="dxa"/>
          </w:tcPr>
          <w:p w14:paraId="2ACEB5CF" w14:textId="77777777" w:rsidR="006E1AB1" w:rsidRDefault="00000000">
            <w:pPr>
              <w:jc w:val="right"/>
            </w:pPr>
            <w:r>
              <w:rPr>
                <w:sz w:val="18"/>
              </w:rPr>
              <w:t>11.000,00</w:t>
            </w:r>
          </w:p>
        </w:tc>
        <w:tc>
          <w:tcPr>
            <w:tcW w:w="1701" w:type="dxa"/>
          </w:tcPr>
          <w:p w14:paraId="57219DA4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3FA9757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30B5A39" w14:textId="77777777" w:rsidR="006E1AB1" w:rsidRDefault="00000000">
            <w:pPr>
              <w:jc w:val="right"/>
            </w:pPr>
            <w:r>
              <w:rPr>
                <w:sz w:val="18"/>
              </w:rPr>
              <w:t>11.000,00</w:t>
            </w:r>
          </w:p>
        </w:tc>
      </w:tr>
      <w:tr w:rsidR="006E1AB1" w14:paraId="4BE2E4A4" w14:textId="77777777">
        <w:trPr>
          <w:jc w:val="center"/>
        </w:trPr>
        <w:tc>
          <w:tcPr>
            <w:tcW w:w="3118" w:type="dxa"/>
          </w:tcPr>
          <w:p w14:paraId="6C51110D" w14:textId="77777777" w:rsidR="006E1AB1" w:rsidRDefault="00000000">
            <w:r>
              <w:rPr>
                <w:sz w:val="18"/>
              </w:rPr>
              <w:t xml:space="preserve"> TITOLO 3 - Spese per incremento di attività finanziarie</w:t>
            </w:r>
          </w:p>
        </w:tc>
        <w:tc>
          <w:tcPr>
            <w:tcW w:w="1701" w:type="dxa"/>
          </w:tcPr>
          <w:p w14:paraId="7D081941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ABDC46E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D258681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3A5D4D6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7A38E73E" w14:textId="77777777">
        <w:trPr>
          <w:jc w:val="center"/>
        </w:trPr>
        <w:tc>
          <w:tcPr>
            <w:tcW w:w="3118" w:type="dxa"/>
            <w:shd w:val="clear" w:color="auto" w:fill="F2F2F2"/>
          </w:tcPr>
          <w:p w14:paraId="5A6A4BAE" w14:textId="77777777" w:rsidR="006E1AB1" w:rsidRDefault="00000000">
            <w:r>
              <w:rPr>
                <w:b/>
                <w:i/>
                <w:sz w:val="18"/>
              </w:rPr>
              <w:t xml:space="preserve"> SPESE FINALI</w:t>
            </w:r>
          </w:p>
        </w:tc>
        <w:tc>
          <w:tcPr>
            <w:tcW w:w="1701" w:type="dxa"/>
            <w:shd w:val="clear" w:color="auto" w:fill="F2F2F2"/>
          </w:tcPr>
          <w:p w14:paraId="3AE645D3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830.900,38</w:t>
            </w:r>
          </w:p>
        </w:tc>
        <w:tc>
          <w:tcPr>
            <w:tcW w:w="1701" w:type="dxa"/>
            <w:shd w:val="clear" w:color="auto" w:fill="F2F2F2"/>
          </w:tcPr>
          <w:p w14:paraId="2F1193E8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86.264,19</w:t>
            </w:r>
          </w:p>
        </w:tc>
        <w:tc>
          <w:tcPr>
            <w:tcW w:w="2268" w:type="dxa"/>
            <w:shd w:val="clear" w:color="auto" w:fill="F2F2F2"/>
          </w:tcPr>
          <w:p w14:paraId="50640678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1.200,00</w:t>
            </w:r>
          </w:p>
        </w:tc>
        <w:tc>
          <w:tcPr>
            <w:tcW w:w="1701" w:type="dxa"/>
            <w:shd w:val="clear" w:color="auto" w:fill="F2F2F2"/>
          </w:tcPr>
          <w:p w14:paraId="2859059C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832.100,38</w:t>
            </w:r>
          </w:p>
        </w:tc>
      </w:tr>
      <w:tr w:rsidR="006E1AB1" w14:paraId="31214C39" w14:textId="77777777">
        <w:trPr>
          <w:jc w:val="center"/>
        </w:trPr>
        <w:tc>
          <w:tcPr>
            <w:tcW w:w="3118" w:type="dxa"/>
          </w:tcPr>
          <w:p w14:paraId="740C30DA" w14:textId="77777777" w:rsidR="006E1AB1" w:rsidRDefault="00000000">
            <w:r>
              <w:rPr>
                <w:sz w:val="18"/>
              </w:rPr>
              <w:t xml:space="preserve"> TITOLO 4 - Rimborso di prestiti</w:t>
            </w:r>
          </w:p>
        </w:tc>
        <w:tc>
          <w:tcPr>
            <w:tcW w:w="1701" w:type="dxa"/>
          </w:tcPr>
          <w:p w14:paraId="12BB1ACD" w14:textId="77777777" w:rsidR="006E1AB1" w:rsidRDefault="00000000">
            <w:pPr>
              <w:jc w:val="right"/>
            </w:pPr>
            <w:r>
              <w:rPr>
                <w:sz w:val="18"/>
              </w:rPr>
              <w:t>28.126,00</w:t>
            </w:r>
          </w:p>
        </w:tc>
        <w:tc>
          <w:tcPr>
            <w:tcW w:w="1701" w:type="dxa"/>
          </w:tcPr>
          <w:p w14:paraId="2EFFEAD6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AE0EEB5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2325CDD" w14:textId="77777777" w:rsidR="006E1AB1" w:rsidRDefault="00000000">
            <w:pPr>
              <w:jc w:val="right"/>
            </w:pPr>
            <w:r>
              <w:rPr>
                <w:sz w:val="18"/>
              </w:rPr>
              <w:t>28.126,00</w:t>
            </w:r>
          </w:p>
        </w:tc>
      </w:tr>
      <w:tr w:rsidR="006E1AB1" w14:paraId="2D7AC7FE" w14:textId="77777777">
        <w:trPr>
          <w:jc w:val="center"/>
        </w:trPr>
        <w:tc>
          <w:tcPr>
            <w:tcW w:w="3118" w:type="dxa"/>
          </w:tcPr>
          <w:p w14:paraId="6575FA8D" w14:textId="77777777" w:rsidR="006E1AB1" w:rsidRDefault="00000000">
            <w:r>
              <w:rPr>
                <w:sz w:val="18"/>
              </w:rPr>
              <w:t xml:space="preserve"> TITOLO 5 - Chiusura Anticipazioni da istituto tesoriere/cassiere</w:t>
            </w:r>
          </w:p>
        </w:tc>
        <w:tc>
          <w:tcPr>
            <w:tcW w:w="1701" w:type="dxa"/>
          </w:tcPr>
          <w:p w14:paraId="7A19D6E0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C553F8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D738E2F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522A758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48020800" w14:textId="77777777">
        <w:trPr>
          <w:jc w:val="center"/>
        </w:trPr>
        <w:tc>
          <w:tcPr>
            <w:tcW w:w="3118" w:type="dxa"/>
          </w:tcPr>
          <w:p w14:paraId="5A5719C3" w14:textId="77777777" w:rsidR="006E1AB1" w:rsidRDefault="00000000">
            <w:r>
              <w:rPr>
                <w:sz w:val="18"/>
              </w:rPr>
              <w:t xml:space="preserve"> TITOLO 7 - Spese per conto terzi e partite di giro</w:t>
            </w:r>
          </w:p>
        </w:tc>
        <w:tc>
          <w:tcPr>
            <w:tcW w:w="1701" w:type="dxa"/>
          </w:tcPr>
          <w:p w14:paraId="5A843A69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  <w:tc>
          <w:tcPr>
            <w:tcW w:w="1701" w:type="dxa"/>
          </w:tcPr>
          <w:p w14:paraId="1DC1AF8E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A789329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EB244B0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</w:tr>
      <w:tr w:rsidR="006E1AB1" w14:paraId="7062A962" w14:textId="77777777">
        <w:trPr>
          <w:jc w:val="center"/>
        </w:trPr>
        <w:tc>
          <w:tcPr>
            <w:tcW w:w="3118" w:type="dxa"/>
            <w:shd w:val="clear" w:color="auto" w:fill="BDD7EE"/>
          </w:tcPr>
          <w:p w14:paraId="10F9CFC7" w14:textId="77777777" w:rsidR="006E1AB1" w:rsidRDefault="00000000">
            <w:r>
              <w:rPr>
                <w:b/>
                <w:sz w:val="18"/>
              </w:rPr>
              <w:t xml:space="preserve"> TOTALE SPESE</w:t>
            </w:r>
          </w:p>
        </w:tc>
        <w:tc>
          <w:tcPr>
            <w:tcW w:w="1701" w:type="dxa"/>
            <w:shd w:val="clear" w:color="auto" w:fill="BDD7EE"/>
          </w:tcPr>
          <w:p w14:paraId="5AA4CEB9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1.161.026,38</w:t>
            </w:r>
          </w:p>
        </w:tc>
        <w:tc>
          <w:tcPr>
            <w:tcW w:w="1701" w:type="dxa"/>
            <w:shd w:val="clear" w:color="auto" w:fill="BDD7EE"/>
          </w:tcPr>
          <w:p w14:paraId="7F9B6958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86.264,19</w:t>
            </w:r>
          </w:p>
        </w:tc>
        <w:tc>
          <w:tcPr>
            <w:tcW w:w="2268" w:type="dxa"/>
            <w:shd w:val="clear" w:color="auto" w:fill="BDD7EE"/>
          </w:tcPr>
          <w:p w14:paraId="08254285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1.200,00</w:t>
            </w:r>
          </w:p>
        </w:tc>
        <w:tc>
          <w:tcPr>
            <w:tcW w:w="1701" w:type="dxa"/>
            <w:shd w:val="clear" w:color="auto" w:fill="BDD7EE"/>
          </w:tcPr>
          <w:p w14:paraId="18758B03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1.162.226,38</w:t>
            </w:r>
          </w:p>
        </w:tc>
      </w:tr>
      <w:tr w:rsidR="006E1AB1" w14:paraId="681322A6" w14:textId="77777777">
        <w:trPr>
          <w:jc w:val="center"/>
        </w:trPr>
        <w:tc>
          <w:tcPr>
            <w:tcW w:w="3118" w:type="dxa"/>
            <w:shd w:val="clear" w:color="auto" w:fill="FFF2CC"/>
          </w:tcPr>
          <w:p w14:paraId="140916C1" w14:textId="77777777" w:rsidR="006E1AB1" w:rsidRDefault="00000000">
            <w:r>
              <w:rPr>
                <w:b/>
                <w:sz w:val="18"/>
              </w:rPr>
              <w:t xml:space="preserve"> SALDO COMPLESSIVO</w:t>
            </w:r>
          </w:p>
        </w:tc>
        <w:tc>
          <w:tcPr>
            <w:tcW w:w="1701" w:type="dxa"/>
            <w:shd w:val="clear" w:color="auto" w:fill="FFF2CC"/>
          </w:tcPr>
          <w:p w14:paraId="3BBAB139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FFF2CC"/>
          </w:tcPr>
          <w:p w14:paraId="042D99A6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-86.264,19</w:t>
            </w:r>
          </w:p>
        </w:tc>
        <w:tc>
          <w:tcPr>
            <w:tcW w:w="2268" w:type="dxa"/>
            <w:shd w:val="clear" w:color="auto" w:fill="FFF2CC"/>
          </w:tcPr>
          <w:p w14:paraId="646C22C9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FFF2CC"/>
          </w:tcPr>
          <w:p w14:paraId="237F5CAD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</w:tbl>
    <w:p w14:paraId="41253749" w14:textId="77777777" w:rsidR="006E1AB1" w:rsidRDefault="006E1AB1"/>
    <w:p w14:paraId="4BC6C476" w14:textId="77777777" w:rsidR="006E1AB1" w:rsidRDefault="00000000">
      <w:pPr>
        <w:spacing w:before="160" w:after="40"/>
      </w:pPr>
      <w:r>
        <w:rPr>
          <w:b/>
          <w:sz w:val="20"/>
        </w:rPr>
        <w:t>2028</w:t>
      </w:r>
    </w:p>
    <w:p w14:paraId="236BADA6" w14:textId="77777777" w:rsidR="006E1AB1" w:rsidRDefault="00000000">
      <w:pPr>
        <w:spacing w:after="20"/>
      </w:pPr>
      <w:r>
        <w:rPr>
          <w:b/>
          <w:sz w:val="18"/>
        </w:rPr>
        <w:t>ENTRATA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979"/>
        <w:gridCol w:w="1673"/>
        <w:gridCol w:w="1673"/>
        <w:gridCol w:w="2190"/>
        <w:gridCol w:w="1673"/>
      </w:tblGrid>
      <w:tr w:rsidR="006E1AB1" w14:paraId="3BB010C4" w14:textId="77777777">
        <w:trPr>
          <w:jc w:val="center"/>
        </w:trPr>
        <w:tc>
          <w:tcPr>
            <w:tcW w:w="3118" w:type="dxa"/>
            <w:shd w:val="clear" w:color="auto" w:fill="DEEAF1"/>
          </w:tcPr>
          <w:p w14:paraId="74F1776B" w14:textId="77777777" w:rsidR="006E1AB1" w:rsidRDefault="00000000">
            <w:r>
              <w:rPr>
                <w:b/>
                <w:sz w:val="16"/>
              </w:rPr>
              <w:t xml:space="preserve"> Descrizione</w:t>
            </w:r>
          </w:p>
        </w:tc>
        <w:tc>
          <w:tcPr>
            <w:tcW w:w="1701" w:type="dxa"/>
            <w:shd w:val="clear" w:color="auto" w:fill="DEEAF1"/>
          </w:tcPr>
          <w:p w14:paraId="6E7F33F6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Stanz.Assestato COMPETENZA</w:t>
            </w:r>
          </w:p>
        </w:tc>
        <w:tc>
          <w:tcPr>
            <w:tcW w:w="1701" w:type="dxa"/>
            <w:shd w:val="clear" w:color="auto" w:fill="DEEAF1"/>
          </w:tcPr>
          <w:p w14:paraId="20F95A62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Accertato COMPETENZA</w:t>
            </w:r>
          </w:p>
        </w:tc>
        <w:tc>
          <w:tcPr>
            <w:tcW w:w="2268" w:type="dxa"/>
            <w:shd w:val="clear" w:color="auto" w:fill="DEEAF1"/>
          </w:tcPr>
          <w:p w14:paraId="190D1860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maggiori/minori previsioni di entrata al 31/12 (variazione di assestamento)</w:t>
            </w:r>
          </w:p>
        </w:tc>
        <w:tc>
          <w:tcPr>
            <w:tcW w:w="1701" w:type="dxa"/>
            <w:shd w:val="clear" w:color="auto" w:fill="DEEAF1"/>
          </w:tcPr>
          <w:p w14:paraId="266CEC40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Stanz.Assestato COMPETENZA post variazione</w:t>
            </w:r>
          </w:p>
        </w:tc>
      </w:tr>
      <w:tr w:rsidR="006E1AB1" w14:paraId="2C45CC50" w14:textId="77777777">
        <w:trPr>
          <w:jc w:val="center"/>
        </w:trPr>
        <w:tc>
          <w:tcPr>
            <w:tcW w:w="3118" w:type="dxa"/>
          </w:tcPr>
          <w:p w14:paraId="6C800DE9" w14:textId="77777777" w:rsidR="006E1AB1" w:rsidRDefault="00000000">
            <w:r>
              <w:rPr>
                <w:sz w:val="18"/>
              </w:rPr>
              <w:t xml:space="preserve"> Avanzo di Amministrazione</w:t>
            </w:r>
          </w:p>
        </w:tc>
        <w:tc>
          <w:tcPr>
            <w:tcW w:w="1701" w:type="dxa"/>
          </w:tcPr>
          <w:p w14:paraId="07A29444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31EA87C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4A323DDD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47C368F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2BBD6475" w14:textId="77777777">
        <w:trPr>
          <w:jc w:val="center"/>
        </w:trPr>
        <w:tc>
          <w:tcPr>
            <w:tcW w:w="3118" w:type="dxa"/>
          </w:tcPr>
          <w:p w14:paraId="0CBBF407" w14:textId="77777777" w:rsidR="006E1AB1" w:rsidRDefault="00000000">
            <w:r>
              <w:rPr>
                <w:sz w:val="18"/>
              </w:rPr>
              <w:t xml:space="preserve"> FPV corrente</w:t>
            </w:r>
          </w:p>
        </w:tc>
        <w:tc>
          <w:tcPr>
            <w:tcW w:w="1701" w:type="dxa"/>
          </w:tcPr>
          <w:p w14:paraId="218D77A7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B34039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57B2528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04D2CD4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62B8AE58" w14:textId="77777777">
        <w:trPr>
          <w:jc w:val="center"/>
        </w:trPr>
        <w:tc>
          <w:tcPr>
            <w:tcW w:w="3118" w:type="dxa"/>
          </w:tcPr>
          <w:p w14:paraId="1BC3B320" w14:textId="77777777" w:rsidR="006E1AB1" w:rsidRDefault="00000000">
            <w:r>
              <w:rPr>
                <w:sz w:val="18"/>
              </w:rPr>
              <w:t xml:space="preserve"> FPV capitale</w:t>
            </w:r>
          </w:p>
        </w:tc>
        <w:tc>
          <w:tcPr>
            <w:tcW w:w="1701" w:type="dxa"/>
          </w:tcPr>
          <w:p w14:paraId="3DBB9397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019CDD6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58FA7D9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CB18E9C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74628E9A" w14:textId="77777777">
        <w:trPr>
          <w:jc w:val="center"/>
        </w:trPr>
        <w:tc>
          <w:tcPr>
            <w:tcW w:w="3118" w:type="dxa"/>
          </w:tcPr>
          <w:p w14:paraId="62053E3C" w14:textId="77777777" w:rsidR="006E1AB1" w:rsidRDefault="00000000">
            <w:r>
              <w:rPr>
                <w:sz w:val="18"/>
              </w:rPr>
              <w:t xml:space="preserve"> FPV attività finanziarie</w:t>
            </w:r>
          </w:p>
        </w:tc>
        <w:tc>
          <w:tcPr>
            <w:tcW w:w="1701" w:type="dxa"/>
          </w:tcPr>
          <w:p w14:paraId="7E315C95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6B9C9B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607B9E6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17804F3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707F1C6E" w14:textId="77777777">
        <w:trPr>
          <w:jc w:val="center"/>
        </w:trPr>
        <w:tc>
          <w:tcPr>
            <w:tcW w:w="3118" w:type="dxa"/>
          </w:tcPr>
          <w:p w14:paraId="0405B039" w14:textId="77777777" w:rsidR="006E1AB1" w:rsidRDefault="00000000">
            <w:r>
              <w:rPr>
                <w:sz w:val="18"/>
              </w:rPr>
              <w:t xml:space="preserve"> TITOLO 1 - Entrate tributarie</w:t>
            </w:r>
          </w:p>
        </w:tc>
        <w:tc>
          <w:tcPr>
            <w:tcW w:w="1701" w:type="dxa"/>
          </w:tcPr>
          <w:p w14:paraId="6946268A" w14:textId="77777777" w:rsidR="006E1AB1" w:rsidRDefault="00000000">
            <w:pPr>
              <w:jc w:val="right"/>
            </w:pPr>
            <w:r>
              <w:rPr>
                <w:sz w:val="18"/>
              </w:rPr>
              <w:t>572.000,00</w:t>
            </w:r>
          </w:p>
        </w:tc>
        <w:tc>
          <w:tcPr>
            <w:tcW w:w="1701" w:type="dxa"/>
          </w:tcPr>
          <w:p w14:paraId="43415FF0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3E0A51EE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CF5E5D6" w14:textId="77777777" w:rsidR="006E1AB1" w:rsidRDefault="00000000">
            <w:pPr>
              <w:jc w:val="right"/>
            </w:pPr>
            <w:r>
              <w:rPr>
                <w:sz w:val="18"/>
              </w:rPr>
              <w:t>572.000,00</w:t>
            </w:r>
          </w:p>
        </w:tc>
      </w:tr>
      <w:tr w:rsidR="006E1AB1" w14:paraId="0EB5627E" w14:textId="77777777">
        <w:trPr>
          <w:jc w:val="center"/>
        </w:trPr>
        <w:tc>
          <w:tcPr>
            <w:tcW w:w="3118" w:type="dxa"/>
          </w:tcPr>
          <w:p w14:paraId="5772920F" w14:textId="77777777" w:rsidR="006E1AB1" w:rsidRDefault="00000000">
            <w:r>
              <w:rPr>
                <w:sz w:val="18"/>
              </w:rPr>
              <w:t xml:space="preserve"> TITOLO 2 - Trasferimenti correnti</w:t>
            </w:r>
          </w:p>
        </w:tc>
        <w:tc>
          <w:tcPr>
            <w:tcW w:w="1701" w:type="dxa"/>
          </w:tcPr>
          <w:p w14:paraId="615A2B14" w14:textId="77777777" w:rsidR="006E1AB1" w:rsidRDefault="00000000">
            <w:pPr>
              <w:jc w:val="right"/>
            </w:pPr>
            <w:r>
              <w:rPr>
                <w:sz w:val="18"/>
              </w:rPr>
              <w:t>69.543,88</w:t>
            </w:r>
          </w:p>
        </w:tc>
        <w:tc>
          <w:tcPr>
            <w:tcW w:w="1701" w:type="dxa"/>
          </w:tcPr>
          <w:p w14:paraId="5B33921A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6478E89A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D805123" w14:textId="77777777" w:rsidR="006E1AB1" w:rsidRDefault="00000000">
            <w:pPr>
              <w:jc w:val="right"/>
            </w:pPr>
            <w:r>
              <w:rPr>
                <w:sz w:val="18"/>
              </w:rPr>
              <w:t>69.543,88</w:t>
            </w:r>
          </w:p>
        </w:tc>
      </w:tr>
      <w:tr w:rsidR="006E1AB1" w14:paraId="20E72AD4" w14:textId="77777777">
        <w:trPr>
          <w:jc w:val="center"/>
        </w:trPr>
        <w:tc>
          <w:tcPr>
            <w:tcW w:w="3118" w:type="dxa"/>
          </w:tcPr>
          <w:p w14:paraId="5F9026C8" w14:textId="77777777" w:rsidR="006E1AB1" w:rsidRDefault="00000000">
            <w:r>
              <w:rPr>
                <w:sz w:val="18"/>
              </w:rPr>
              <w:t xml:space="preserve"> TITOLO 3 - Entrate extratributarie</w:t>
            </w:r>
          </w:p>
        </w:tc>
        <w:tc>
          <w:tcPr>
            <w:tcW w:w="1701" w:type="dxa"/>
          </w:tcPr>
          <w:p w14:paraId="382CAA89" w14:textId="77777777" w:rsidR="006E1AB1" w:rsidRDefault="00000000">
            <w:pPr>
              <w:jc w:val="right"/>
            </w:pPr>
            <w:r>
              <w:rPr>
                <w:sz w:val="18"/>
              </w:rPr>
              <w:t>203.476,50</w:t>
            </w:r>
          </w:p>
        </w:tc>
        <w:tc>
          <w:tcPr>
            <w:tcW w:w="1701" w:type="dxa"/>
          </w:tcPr>
          <w:p w14:paraId="2497287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55F8C0F0" w14:textId="77777777" w:rsidR="006E1AB1" w:rsidRDefault="00000000">
            <w:pPr>
              <w:jc w:val="right"/>
            </w:pPr>
            <w:r>
              <w:rPr>
                <w:sz w:val="18"/>
              </w:rPr>
              <w:t>1.000,00</w:t>
            </w:r>
          </w:p>
        </w:tc>
        <w:tc>
          <w:tcPr>
            <w:tcW w:w="1701" w:type="dxa"/>
          </w:tcPr>
          <w:p w14:paraId="430E9140" w14:textId="77777777" w:rsidR="006E1AB1" w:rsidRDefault="00000000">
            <w:pPr>
              <w:jc w:val="right"/>
            </w:pPr>
            <w:r>
              <w:rPr>
                <w:sz w:val="18"/>
              </w:rPr>
              <w:t>204.476,50</w:t>
            </w:r>
          </w:p>
        </w:tc>
      </w:tr>
      <w:tr w:rsidR="006E1AB1" w14:paraId="391F1688" w14:textId="77777777">
        <w:trPr>
          <w:jc w:val="center"/>
        </w:trPr>
        <w:tc>
          <w:tcPr>
            <w:tcW w:w="3118" w:type="dxa"/>
          </w:tcPr>
          <w:p w14:paraId="5F62D40A" w14:textId="77777777" w:rsidR="006E1AB1" w:rsidRDefault="00000000">
            <w:r>
              <w:rPr>
                <w:sz w:val="18"/>
              </w:rPr>
              <w:t xml:space="preserve"> TITOLO 4 - Entrate in conto capitale</w:t>
            </w:r>
          </w:p>
        </w:tc>
        <w:tc>
          <w:tcPr>
            <w:tcW w:w="1701" w:type="dxa"/>
          </w:tcPr>
          <w:p w14:paraId="6D6D7958" w14:textId="77777777" w:rsidR="006E1AB1" w:rsidRDefault="00000000">
            <w:pPr>
              <w:jc w:val="right"/>
            </w:pPr>
            <w:r>
              <w:rPr>
                <w:sz w:val="18"/>
              </w:rPr>
              <w:t>11.000,00</w:t>
            </w:r>
          </w:p>
        </w:tc>
        <w:tc>
          <w:tcPr>
            <w:tcW w:w="1701" w:type="dxa"/>
          </w:tcPr>
          <w:p w14:paraId="1BD50C86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574E255A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BFBE222" w14:textId="77777777" w:rsidR="006E1AB1" w:rsidRDefault="00000000">
            <w:pPr>
              <w:jc w:val="right"/>
            </w:pPr>
            <w:r>
              <w:rPr>
                <w:sz w:val="18"/>
              </w:rPr>
              <w:t>11.000,00</w:t>
            </w:r>
          </w:p>
        </w:tc>
      </w:tr>
      <w:tr w:rsidR="006E1AB1" w14:paraId="7CCDE140" w14:textId="77777777">
        <w:trPr>
          <w:jc w:val="center"/>
        </w:trPr>
        <w:tc>
          <w:tcPr>
            <w:tcW w:w="3118" w:type="dxa"/>
          </w:tcPr>
          <w:p w14:paraId="78B033B3" w14:textId="77777777" w:rsidR="006E1AB1" w:rsidRDefault="00000000">
            <w:r>
              <w:rPr>
                <w:sz w:val="18"/>
              </w:rPr>
              <w:t xml:space="preserve"> TITOLO 5 - Entrate da riduzione di </w:t>
            </w:r>
            <w:r>
              <w:rPr>
                <w:sz w:val="18"/>
              </w:rPr>
              <w:lastRenderedPageBreak/>
              <w:t>attività finanziarie</w:t>
            </w:r>
          </w:p>
        </w:tc>
        <w:tc>
          <w:tcPr>
            <w:tcW w:w="1701" w:type="dxa"/>
          </w:tcPr>
          <w:p w14:paraId="1ABC4122" w14:textId="77777777" w:rsidR="006E1AB1" w:rsidRDefault="00000000">
            <w:pPr>
              <w:jc w:val="right"/>
            </w:pPr>
            <w:r>
              <w:rPr>
                <w:sz w:val="18"/>
              </w:rPr>
              <w:lastRenderedPageBreak/>
              <w:t>0,00</w:t>
            </w:r>
          </w:p>
        </w:tc>
        <w:tc>
          <w:tcPr>
            <w:tcW w:w="1701" w:type="dxa"/>
          </w:tcPr>
          <w:p w14:paraId="431B666E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0D3562D4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41D22D3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373A4188" w14:textId="77777777">
        <w:trPr>
          <w:jc w:val="center"/>
        </w:trPr>
        <w:tc>
          <w:tcPr>
            <w:tcW w:w="3118" w:type="dxa"/>
            <w:shd w:val="clear" w:color="auto" w:fill="F2F2F2"/>
          </w:tcPr>
          <w:p w14:paraId="014743F9" w14:textId="77777777" w:rsidR="006E1AB1" w:rsidRDefault="00000000">
            <w:r>
              <w:rPr>
                <w:b/>
                <w:i/>
                <w:sz w:val="18"/>
              </w:rPr>
              <w:t xml:space="preserve"> ENTRATE FINALI</w:t>
            </w:r>
          </w:p>
        </w:tc>
        <w:tc>
          <w:tcPr>
            <w:tcW w:w="1701" w:type="dxa"/>
            <w:shd w:val="clear" w:color="auto" w:fill="F2F2F2"/>
          </w:tcPr>
          <w:p w14:paraId="26075457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856.020,38</w:t>
            </w:r>
          </w:p>
        </w:tc>
        <w:tc>
          <w:tcPr>
            <w:tcW w:w="1701" w:type="dxa"/>
            <w:shd w:val="clear" w:color="auto" w:fill="F2F2F2"/>
          </w:tcPr>
          <w:p w14:paraId="023B5FE2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0,00</w:t>
            </w:r>
          </w:p>
        </w:tc>
        <w:tc>
          <w:tcPr>
            <w:tcW w:w="2268" w:type="dxa"/>
            <w:shd w:val="clear" w:color="auto" w:fill="F2F2F2"/>
          </w:tcPr>
          <w:p w14:paraId="3ADA0AA6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1.000,00</w:t>
            </w:r>
          </w:p>
        </w:tc>
        <w:tc>
          <w:tcPr>
            <w:tcW w:w="1701" w:type="dxa"/>
            <w:shd w:val="clear" w:color="auto" w:fill="F2F2F2"/>
          </w:tcPr>
          <w:p w14:paraId="59D76493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857.020,38</w:t>
            </w:r>
          </w:p>
        </w:tc>
      </w:tr>
      <w:tr w:rsidR="006E1AB1" w14:paraId="4645B4C8" w14:textId="77777777">
        <w:trPr>
          <w:jc w:val="center"/>
        </w:trPr>
        <w:tc>
          <w:tcPr>
            <w:tcW w:w="3118" w:type="dxa"/>
          </w:tcPr>
          <w:p w14:paraId="50F0C7FC" w14:textId="77777777" w:rsidR="006E1AB1" w:rsidRDefault="00000000">
            <w:r>
              <w:rPr>
                <w:sz w:val="18"/>
              </w:rPr>
              <w:t xml:space="preserve"> TITOLO 6 - Accensione di prestiti</w:t>
            </w:r>
          </w:p>
        </w:tc>
        <w:tc>
          <w:tcPr>
            <w:tcW w:w="1701" w:type="dxa"/>
          </w:tcPr>
          <w:p w14:paraId="4034F69F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AE61710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80FB0D4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CFFA410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3C46741F" w14:textId="77777777">
        <w:trPr>
          <w:jc w:val="center"/>
        </w:trPr>
        <w:tc>
          <w:tcPr>
            <w:tcW w:w="3118" w:type="dxa"/>
          </w:tcPr>
          <w:p w14:paraId="7B35349E" w14:textId="77777777" w:rsidR="006E1AB1" w:rsidRDefault="00000000">
            <w:r>
              <w:rPr>
                <w:sz w:val="18"/>
              </w:rPr>
              <w:t xml:space="preserve"> TITOLO 7 - Anticipazioni da istituto tesoriere/cassiere</w:t>
            </w:r>
          </w:p>
        </w:tc>
        <w:tc>
          <w:tcPr>
            <w:tcW w:w="1701" w:type="dxa"/>
          </w:tcPr>
          <w:p w14:paraId="43309B0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AB8C266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5D068EE1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FA4470C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6C9C3623" w14:textId="77777777">
        <w:trPr>
          <w:jc w:val="center"/>
        </w:trPr>
        <w:tc>
          <w:tcPr>
            <w:tcW w:w="3118" w:type="dxa"/>
          </w:tcPr>
          <w:p w14:paraId="75E19E27" w14:textId="77777777" w:rsidR="006E1AB1" w:rsidRDefault="00000000">
            <w:r>
              <w:rPr>
                <w:sz w:val="18"/>
              </w:rPr>
              <w:t xml:space="preserve"> TITOLO 9 - Entrate per conto di terzi e partite di giro</w:t>
            </w:r>
          </w:p>
        </w:tc>
        <w:tc>
          <w:tcPr>
            <w:tcW w:w="1701" w:type="dxa"/>
          </w:tcPr>
          <w:p w14:paraId="6B7D36A6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  <w:tc>
          <w:tcPr>
            <w:tcW w:w="1701" w:type="dxa"/>
          </w:tcPr>
          <w:p w14:paraId="3DA68181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37C30DCD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0F54671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</w:tr>
      <w:tr w:rsidR="006E1AB1" w14:paraId="195222F8" w14:textId="77777777">
        <w:trPr>
          <w:jc w:val="center"/>
        </w:trPr>
        <w:tc>
          <w:tcPr>
            <w:tcW w:w="3118" w:type="dxa"/>
            <w:shd w:val="clear" w:color="auto" w:fill="BDD7EE"/>
          </w:tcPr>
          <w:p w14:paraId="3FD5DBCB" w14:textId="77777777" w:rsidR="006E1AB1" w:rsidRDefault="00000000">
            <w:r>
              <w:rPr>
                <w:b/>
                <w:sz w:val="18"/>
              </w:rPr>
              <w:t xml:space="preserve"> TOTALE ENTRATE</w:t>
            </w:r>
          </w:p>
        </w:tc>
        <w:tc>
          <w:tcPr>
            <w:tcW w:w="1701" w:type="dxa"/>
            <w:shd w:val="clear" w:color="auto" w:fill="BDD7EE"/>
          </w:tcPr>
          <w:p w14:paraId="0A5DD6FD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1.158.020,38</w:t>
            </w:r>
          </w:p>
        </w:tc>
        <w:tc>
          <w:tcPr>
            <w:tcW w:w="1701" w:type="dxa"/>
            <w:shd w:val="clear" w:color="auto" w:fill="BDD7EE"/>
          </w:tcPr>
          <w:p w14:paraId="4D0D4C06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2268" w:type="dxa"/>
            <w:shd w:val="clear" w:color="auto" w:fill="BDD7EE"/>
          </w:tcPr>
          <w:p w14:paraId="122A7127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1.000,00</w:t>
            </w:r>
          </w:p>
        </w:tc>
        <w:tc>
          <w:tcPr>
            <w:tcW w:w="1701" w:type="dxa"/>
            <w:shd w:val="clear" w:color="auto" w:fill="BDD7EE"/>
          </w:tcPr>
          <w:p w14:paraId="01439906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1.159.020,38</w:t>
            </w:r>
          </w:p>
        </w:tc>
      </w:tr>
    </w:tbl>
    <w:p w14:paraId="7F1448E0" w14:textId="77777777" w:rsidR="006E1AB1" w:rsidRDefault="006E1AB1">
      <w:pPr>
        <w:spacing w:after="40"/>
      </w:pPr>
    </w:p>
    <w:p w14:paraId="483CBB57" w14:textId="77777777" w:rsidR="006E1AB1" w:rsidRDefault="00000000">
      <w:pPr>
        <w:spacing w:after="20"/>
      </w:pPr>
      <w:r>
        <w:rPr>
          <w:b/>
          <w:sz w:val="18"/>
        </w:rPr>
        <w:t>SPESA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984"/>
        <w:gridCol w:w="1672"/>
        <w:gridCol w:w="1672"/>
        <w:gridCol w:w="2188"/>
        <w:gridCol w:w="1672"/>
      </w:tblGrid>
      <w:tr w:rsidR="006E1AB1" w14:paraId="236E6FB1" w14:textId="77777777">
        <w:trPr>
          <w:jc w:val="center"/>
        </w:trPr>
        <w:tc>
          <w:tcPr>
            <w:tcW w:w="3118" w:type="dxa"/>
            <w:shd w:val="clear" w:color="auto" w:fill="DEEAF1"/>
          </w:tcPr>
          <w:p w14:paraId="5CEBC182" w14:textId="77777777" w:rsidR="006E1AB1" w:rsidRDefault="00000000">
            <w:r>
              <w:rPr>
                <w:b/>
                <w:sz w:val="16"/>
              </w:rPr>
              <w:t xml:space="preserve"> Descrizione</w:t>
            </w:r>
          </w:p>
        </w:tc>
        <w:tc>
          <w:tcPr>
            <w:tcW w:w="1701" w:type="dxa"/>
            <w:shd w:val="clear" w:color="auto" w:fill="DEEAF1"/>
          </w:tcPr>
          <w:p w14:paraId="5B6B8E50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Stanz.Assestato COMPETENZA</w:t>
            </w:r>
          </w:p>
        </w:tc>
        <w:tc>
          <w:tcPr>
            <w:tcW w:w="1701" w:type="dxa"/>
            <w:shd w:val="clear" w:color="auto" w:fill="DEEAF1"/>
          </w:tcPr>
          <w:p w14:paraId="483F7717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Impegnato COMPETENZA</w:t>
            </w:r>
          </w:p>
        </w:tc>
        <w:tc>
          <w:tcPr>
            <w:tcW w:w="2268" w:type="dxa"/>
            <w:shd w:val="clear" w:color="auto" w:fill="DEEAF1"/>
          </w:tcPr>
          <w:p w14:paraId="45C89A00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maggiori/minori esigenze di spesa al 31/12 (variazione di assestamento)</w:t>
            </w:r>
          </w:p>
        </w:tc>
        <w:tc>
          <w:tcPr>
            <w:tcW w:w="1701" w:type="dxa"/>
            <w:shd w:val="clear" w:color="auto" w:fill="DEEAF1"/>
          </w:tcPr>
          <w:p w14:paraId="3BC8DA60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Stanz.Assestato COMPETENZA post variazione</w:t>
            </w:r>
          </w:p>
        </w:tc>
      </w:tr>
      <w:tr w:rsidR="006E1AB1" w14:paraId="62F7B403" w14:textId="77777777">
        <w:trPr>
          <w:jc w:val="center"/>
        </w:trPr>
        <w:tc>
          <w:tcPr>
            <w:tcW w:w="3118" w:type="dxa"/>
          </w:tcPr>
          <w:p w14:paraId="5EBF9278" w14:textId="77777777" w:rsidR="006E1AB1" w:rsidRDefault="00000000">
            <w:r>
              <w:rPr>
                <w:sz w:val="18"/>
              </w:rPr>
              <w:t xml:space="preserve"> Disavanzo di Amministrazione</w:t>
            </w:r>
          </w:p>
        </w:tc>
        <w:tc>
          <w:tcPr>
            <w:tcW w:w="1701" w:type="dxa"/>
          </w:tcPr>
          <w:p w14:paraId="7662F62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D896FCF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C9342F9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87D1E14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46528B06" w14:textId="77777777">
        <w:trPr>
          <w:jc w:val="center"/>
        </w:trPr>
        <w:tc>
          <w:tcPr>
            <w:tcW w:w="3118" w:type="dxa"/>
          </w:tcPr>
          <w:p w14:paraId="53C1D39F" w14:textId="77777777" w:rsidR="006E1AB1" w:rsidRDefault="00000000">
            <w:r>
              <w:rPr>
                <w:sz w:val="18"/>
              </w:rPr>
              <w:t xml:space="preserve"> TITOLO 1 - Spese correnti</w:t>
            </w:r>
          </w:p>
        </w:tc>
        <w:tc>
          <w:tcPr>
            <w:tcW w:w="1701" w:type="dxa"/>
          </w:tcPr>
          <w:p w14:paraId="4DE05041" w14:textId="77777777" w:rsidR="006E1AB1" w:rsidRDefault="00000000">
            <w:pPr>
              <w:jc w:val="right"/>
            </w:pPr>
            <w:r>
              <w:rPr>
                <w:sz w:val="18"/>
              </w:rPr>
              <w:t>817.384,38</w:t>
            </w:r>
          </w:p>
        </w:tc>
        <w:tc>
          <w:tcPr>
            <w:tcW w:w="1701" w:type="dxa"/>
          </w:tcPr>
          <w:p w14:paraId="3173B11F" w14:textId="77777777" w:rsidR="006E1AB1" w:rsidRDefault="00000000">
            <w:pPr>
              <w:jc w:val="right"/>
            </w:pPr>
            <w:r>
              <w:rPr>
                <w:sz w:val="18"/>
              </w:rPr>
              <w:t>24.133,80</w:t>
            </w:r>
          </w:p>
        </w:tc>
        <w:tc>
          <w:tcPr>
            <w:tcW w:w="2268" w:type="dxa"/>
          </w:tcPr>
          <w:p w14:paraId="3E5EAE21" w14:textId="77777777" w:rsidR="006E1AB1" w:rsidRDefault="00000000">
            <w:pPr>
              <w:jc w:val="right"/>
            </w:pPr>
            <w:r>
              <w:rPr>
                <w:sz w:val="18"/>
              </w:rPr>
              <w:t>1.000,00</w:t>
            </w:r>
          </w:p>
        </w:tc>
        <w:tc>
          <w:tcPr>
            <w:tcW w:w="1701" w:type="dxa"/>
          </w:tcPr>
          <w:p w14:paraId="514B06D9" w14:textId="77777777" w:rsidR="006E1AB1" w:rsidRDefault="00000000">
            <w:pPr>
              <w:jc w:val="right"/>
            </w:pPr>
            <w:r>
              <w:rPr>
                <w:sz w:val="18"/>
              </w:rPr>
              <w:t>818.384,38</w:t>
            </w:r>
          </w:p>
        </w:tc>
      </w:tr>
      <w:tr w:rsidR="006E1AB1" w14:paraId="2DC4E184" w14:textId="77777777">
        <w:trPr>
          <w:jc w:val="center"/>
        </w:trPr>
        <w:tc>
          <w:tcPr>
            <w:tcW w:w="3118" w:type="dxa"/>
          </w:tcPr>
          <w:p w14:paraId="67AC3700" w14:textId="77777777" w:rsidR="006E1AB1" w:rsidRDefault="00000000">
            <w:r>
              <w:rPr>
                <w:sz w:val="18"/>
              </w:rPr>
              <w:t xml:space="preserve"> TITOLO 2 - Spese in conto capitale</w:t>
            </w:r>
          </w:p>
        </w:tc>
        <w:tc>
          <w:tcPr>
            <w:tcW w:w="1701" w:type="dxa"/>
          </w:tcPr>
          <w:p w14:paraId="54C6E253" w14:textId="77777777" w:rsidR="006E1AB1" w:rsidRDefault="00000000">
            <w:pPr>
              <w:jc w:val="right"/>
            </w:pPr>
            <w:r>
              <w:rPr>
                <w:sz w:val="18"/>
              </w:rPr>
              <w:t>11.000,00</w:t>
            </w:r>
          </w:p>
        </w:tc>
        <w:tc>
          <w:tcPr>
            <w:tcW w:w="1701" w:type="dxa"/>
          </w:tcPr>
          <w:p w14:paraId="6CE5767F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39FFD901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734C060" w14:textId="77777777" w:rsidR="006E1AB1" w:rsidRDefault="00000000">
            <w:pPr>
              <w:jc w:val="right"/>
            </w:pPr>
            <w:r>
              <w:rPr>
                <w:sz w:val="18"/>
              </w:rPr>
              <w:t>11.000,00</w:t>
            </w:r>
          </w:p>
        </w:tc>
      </w:tr>
      <w:tr w:rsidR="006E1AB1" w14:paraId="3EE9F87F" w14:textId="77777777">
        <w:trPr>
          <w:jc w:val="center"/>
        </w:trPr>
        <w:tc>
          <w:tcPr>
            <w:tcW w:w="3118" w:type="dxa"/>
          </w:tcPr>
          <w:p w14:paraId="750C5918" w14:textId="77777777" w:rsidR="006E1AB1" w:rsidRDefault="00000000">
            <w:r>
              <w:rPr>
                <w:sz w:val="18"/>
              </w:rPr>
              <w:t xml:space="preserve"> TITOLO 3 - Spese per incremento di attività finanziarie</w:t>
            </w:r>
          </w:p>
        </w:tc>
        <w:tc>
          <w:tcPr>
            <w:tcW w:w="1701" w:type="dxa"/>
          </w:tcPr>
          <w:p w14:paraId="75C2ED3E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21469B8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4289DF8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5412309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1EFDC2A3" w14:textId="77777777">
        <w:trPr>
          <w:jc w:val="center"/>
        </w:trPr>
        <w:tc>
          <w:tcPr>
            <w:tcW w:w="3118" w:type="dxa"/>
            <w:shd w:val="clear" w:color="auto" w:fill="F2F2F2"/>
          </w:tcPr>
          <w:p w14:paraId="30EEED04" w14:textId="77777777" w:rsidR="006E1AB1" w:rsidRDefault="00000000">
            <w:r>
              <w:rPr>
                <w:b/>
                <w:i/>
                <w:sz w:val="18"/>
              </w:rPr>
              <w:t xml:space="preserve"> SPESE FINALI</w:t>
            </w:r>
          </w:p>
        </w:tc>
        <w:tc>
          <w:tcPr>
            <w:tcW w:w="1701" w:type="dxa"/>
            <w:shd w:val="clear" w:color="auto" w:fill="F2F2F2"/>
          </w:tcPr>
          <w:p w14:paraId="590773DD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828.384,38</w:t>
            </w:r>
          </w:p>
        </w:tc>
        <w:tc>
          <w:tcPr>
            <w:tcW w:w="1701" w:type="dxa"/>
            <w:shd w:val="clear" w:color="auto" w:fill="F2F2F2"/>
          </w:tcPr>
          <w:p w14:paraId="0DF4D515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24.133,80</w:t>
            </w:r>
          </w:p>
        </w:tc>
        <w:tc>
          <w:tcPr>
            <w:tcW w:w="2268" w:type="dxa"/>
            <w:shd w:val="clear" w:color="auto" w:fill="F2F2F2"/>
          </w:tcPr>
          <w:p w14:paraId="049F3A69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1.000,00</w:t>
            </w:r>
          </w:p>
        </w:tc>
        <w:tc>
          <w:tcPr>
            <w:tcW w:w="1701" w:type="dxa"/>
            <w:shd w:val="clear" w:color="auto" w:fill="F2F2F2"/>
          </w:tcPr>
          <w:p w14:paraId="6B906EF6" w14:textId="77777777" w:rsidR="006E1AB1" w:rsidRDefault="00000000">
            <w:pPr>
              <w:jc w:val="right"/>
            </w:pPr>
            <w:r>
              <w:rPr>
                <w:b/>
                <w:i/>
                <w:sz w:val="18"/>
              </w:rPr>
              <w:t>829.384,38</w:t>
            </w:r>
          </w:p>
        </w:tc>
      </w:tr>
      <w:tr w:rsidR="006E1AB1" w14:paraId="5177B13E" w14:textId="77777777">
        <w:trPr>
          <w:jc w:val="center"/>
        </w:trPr>
        <w:tc>
          <w:tcPr>
            <w:tcW w:w="3118" w:type="dxa"/>
          </w:tcPr>
          <w:p w14:paraId="0820B704" w14:textId="77777777" w:rsidR="006E1AB1" w:rsidRDefault="00000000">
            <w:r>
              <w:rPr>
                <w:sz w:val="18"/>
              </w:rPr>
              <w:t xml:space="preserve"> TITOLO 4 - Rimborso di prestiti</w:t>
            </w:r>
          </w:p>
        </w:tc>
        <w:tc>
          <w:tcPr>
            <w:tcW w:w="1701" w:type="dxa"/>
          </w:tcPr>
          <w:p w14:paraId="6A19D916" w14:textId="77777777" w:rsidR="006E1AB1" w:rsidRDefault="00000000">
            <w:pPr>
              <w:jc w:val="right"/>
            </w:pPr>
            <w:r>
              <w:rPr>
                <w:sz w:val="18"/>
              </w:rPr>
              <w:t>27.636,00</w:t>
            </w:r>
          </w:p>
        </w:tc>
        <w:tc>
          <w:tcPr>
            <w:tcW w:w="1701" w:type="dxa"/>
          </w:tcPr>
          <w:p w14:paraId="7CAA0984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23BF5B4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714DD1D4" w14:textId="77777777" w:rsidR="006E1AB1" w:rsidRDefault="00000000">
            <w:pPr>
              <w:jc w:val="right"/>
            </w:pPr>
            <w:r>
              <w:rPr>
                <w:sz w:val="18"/>
              </w:rPr>
              <w:t>27.636,00</w:t>
            </w:r>
          </w:p>
        </w:tc>
      </w:tr>
      <w:tr w:rsidR="006E1AB1" w14:paraId="6FC053EC" w14:textId="77777777">
        <w:trPr>
          <w:jc w:val="center"/>
        </w:trPr>
        <w:tc>
          <w:tcPr>
            <w:tcW w:w="3118" w:type="dxa"/>
          </w:tcPr>
          <w:p w14:paraId="77D781D8" w14:textId="77777777" w:rsidR="006E1AB1" w:rsidRDefault="00000000">
            <w:r>
              <w:rPr>
                <w:sz w:val="18"/>
              </w:rPr>
              <w:t xml:space="preserve"> TITOLO 5 - Chiusura Anticipazioni da istituto tesoriere/cassiere</w:t>
            </w:r>
          </w:p>
        </w:tc>
        <w:tc>
          <w:tcPr>
            <w:tcW w:w="1701" w:type="dxa"/>
          </w:tcPr>
          <w:p w14:paraId="219D320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69437FE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F34C6C5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6BA2F95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555D9EE9" w14:textId="77777777">
        <w:trPr>
          <w:jc w:val="center"/>
        </w:trPr>
        <w:tc>
          <w:tcPr>
            <w:tcW w:w="3118" w:type="dxa"/>
          </w:tcPr>
          <w:p w14:paraId="40607B0C" w14:textId="77777777" w:rsidR="006E1AB1" w:rsidRDefault="00000000">
            <w:r>
              <w:rPr>
                <w:sz w:val="18"/>
              </w:rPr>
              <w:t xml:space="preserve"> TITOLO 7 - Spese per conto terzi e partite di giro</w:t>
            </w:r>
          </w:p>
        </w:tc>
        <w:tc>
          <w:tcPr>
            <w:tcW w:w="1701" w:type="dxa"/>
          </w:tcPr>
          <w:p w14:paraId="505D4E01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  <w:tc>
          <w:tcPr>
            <w:tcW w:w="1701" w:type="dxa"/>
          </w:tcPr>
          <w:p w14:paraId="2686639E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0CA8636B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2FAAA22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</w:tr>
      <w:tr w:rsidR="006E1AB1" w14:paraId="42D1452A" w14:textId="77777777">
        <w:trPr>
          <w:jc w:val="center"/>
        </w:trPr>
        <w:tc>
          <w:tcPr>
            <w:tcW w:w="3118" w:type="dxa"/>
            <w:shd w:val="clear" w:color="auto" w:fill="BDD7EE"/>
          </w:tcPr>
          <w:p w14:paraId="03A63235" w14:textId="77777777" w:rsidR="006E1AB1" w:rsidRDefault="00000000">
            <w:r>
              <w:rPr>
                <w:b/>
                <w:sz w:val="18"/>
              </w:rPr>
              <w:t xml:space="preserve"> TOTALE SPESE</w:t>
            </w:r>
          </w:p>
        </w:tc>
        <w:tc>
          <w:tcPr>
            <w:tcW w:w="1701" w:type="dxa"/>
            <w:shd w:val="clear" w:color="auto" w:fill="BDD7EE"/>
          </w:tcPr>
          <w:p w14:paraId="19E0BB67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1.158.020,38</w:t>
            </w:r>
          </w:p>
        </w:tc>
        <w:tc>
          <w:tcPr>
            <w:tcW w:w="1701" w:type="dxa"/>
            <w:shd w:val="clear" w:color="auto" w:fill="BDD7EE"/>
          </w:tcPr>
          <w:p w14:paraId="5D820EF8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24.133,80</w:t>
            </w:r>
          </w:p>
        </w:tc>
        <w:tc>
          <w:tcPr>
            <w:tcW w:w="2268" w:type="dxa"/>
            <w:shd w:val="clear" w:color="auto" w:fill="BDD7EE"/>
          </w:tcPr>
          <w:p w14:paraId="618534E8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1.000,00</w:t>
            </w:r>
          </w:p>
        </w:tc>
        <w:tc>
          <w:tcPr>
            <w:tcW w:w="1701" w:type="dxa"/>
            <w:shd w:val="clear" w:color="auto" w:fill="BDD7EE"/>
          </w:tcPr>
          <w:p w14:paraId="4E4B88F0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1.159.020,38</w:t>
            </w:r>
          </w:p>
        </w:tc>
      </w:tr>
      <w:tr w:rsidR="006E1AB1" w14:paraId="4BA83327" w14:textId="77777777">
        <w:trPr>
          <w:jc w:val="center"/>
        </w:trPr>
        <w:tc>
          <w:tcPr>
            <w:tcW w:w="3118" w:type="dxa"/>
            <w:shd w:val="clear" w:color="auto" w:fill="FFF2CC"/>
          </w:tcPr>
          <w:p w14:paraId="71573E43" w14:textId="77777777" w:rsidR="006E1AB1" w:rsidRDefault="00000000">
            <w:r>
              <w:rPr>
                <w:b/>
                <w:sz w:val="18"/>
              </w:rPr>
              <w:t xml:space="preserve"> SALDO COMPLESSIVO</w:t>
            </w:r>
          </w:p>
        </w:tc>
        <w:tc>
          <w:tcPr>
            <w:tcW w:w="1701" w:type="dxa"/>
            <w:shd w:val="clear" w:color="auto" w:fill="FFF2CC"/>
          </w:tcPr>
          <w:p w14:paraId="3AFC80A8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FFF2CC"/>
          </w:tcPr>
          <w:p w14:paraId="03E091AA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-24.133,80</w:t>
            </w:r>
          </w:p>
        </w:tc>
        <w:tc>
          <w:tcPr>
            <w:tcW w:w="2268" w:type="dxa"/>
            <w:shd w:val="clear" w:color="auto" w:fill="FFF2CC"/>
          </w:tcPr>
          <w:p w14:paraId="5940D80F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FFF2CC"/>
          </w:tcPr>
          <w:p w14:paraId="27ADA539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</w:tbl>
    <w:p w14:paraId="0EBF48E5" w14:textId="77777777" w:rsidR="006E1AB1" w:rsidRDefault="006E1AB1"/>
    <w:p w14:paraId="5B5C37FB" w14:textId="77777777" w:rsidR="006E1AB1" w:rsidRDefault="00000000">
      <w:pPr>
        <w:spacing w:after="60"/>
        <w:ind w:firstLine="851"/>
        <w:jc w:val="both"/>
      </w:pPr>
      <w:r>
        <w:t>Per quanto concerne gli esercizi 2027 e 2028, l'apparente squilibrio di gestionale di parte corrente è dovuto unicamente all'assenza, alla data attuale, dei requisiti formali che consentirebbero l'accertamento in quanto i medesimi matureranno soltanto negli esercizi di riferimento. Si prevede tuttavia con ragionevole certezza di poter accertare entro il 31/12 di ciascun esercizio gli importi previsti in relazione alle singole annualità.</w:t>
      </w:r>
    </w:p>
    <w:p w14:paraId="7BDC7A43" w14:textId="77777777" w:rsidR="006E1AB1" w:rsidRDefault="00000000">
      <w:r>
        <w:br w:type="page"/>
      </w:r>
    </w:p>
    <w:p w14:paraId="544B53A0" w14:textId="77777777" w:rsidR="006E1AB1" w:rsidRDefault="00000000">
      <w:pPr>
        <w:spacing w:before="120" w:after="60"/>
        <w:jc w:val="center"/>
      </w:pPr>
      <w:r>
        <w:rPr>
          <w:b/>
        </w:rPr>
        <w:lastRenderedPageBreak/>
        <w:t>EQUILIBRIO TRA ENTRATE E SPESE</w:t>
      </w:r>
    </w:p>
    <w:p w14:paraId="68D4018E" w14:textId="77777777" w:rsidR="006E1AB1" w:rsidRDefault="00000000">
      <w:pPr>
        <w:spacing w:before="120" w:after="60"/>
        <w:jc w:val="center"/>
      </w:pPr>
      <w:r>
        <w:rPr>
          <w:b/>
          <w:sz w:val="22"/>
        </w:rPr>
        <w:t>GESTIONE RESIDUI</w:t>
      </w:r>
    </w:p>
    <w:p w14:paraId="284C9C06" w14:textId="77777777" w:rsidR="006E1AB1" w:rsidRDefault="00000000">
      <w:pPr>
        <w:spacing w:after="60"/>
        <w:ind w:firstLine="851"/>
        <w:jc w:val="both"/>
      </w:pPr>
      <w:r>
        <w:t>I residui come sotto determinati sono quelli risultanti dal rendiconto 2025.</w:t>
      </w:r>
    </w:p>
    <w:p w14:paraId="1E0A5A30" w14:textId="77777777" w:rsidR="006E1AB1" w:rsidRDefault="00000000">
      <w:pPr>
        <w:spacing w:after="60"/>
        <w:ind w:firstLine="851"/>
        <w:jc w:val="both"/>
      </w:pPr>
      <w:r>
        <w:t>Detti residui sono stati determinati ai sensi dell'art. 3 comma 4 del D.Lgs. 118/2011 mediante riaccertamento ordinario disposto il 08/04/2026 con deliberazione n. 31 dalla Giunta Comunale.</w:t>
      </w:r>
    </w:p>
    <w:p w14:paraId="0E32AC45" w14:textId="77777777" w:rsidR="006E1AB1" w:rsidRDefault="00000000">
      <w:pPr>
        <w:spacing w:after="60"/>
        <w:ind w:firstLine="851"/>
        <w:jc w:val="both"/>
      </w:pPr>
      <w:r>
        <w:t>Dall'analisi dell'andamento nella gestione dei residui, si evidenzia la realizzazione di circa il 31,00 % dei residui attivi, contro una realizzazione dei residui passivi pari al 69,50 % circa.</w:t>
      </w:r>
    </w:p>
    <w:p w14:paraId="49079BD2" w14:textId="77777777" w:rsidR="006E1AB1" w:rsidRDefault="00000000">
      <w:pPr>
        <w:spacing w:after="60"/>
        <w:ind w:firstLine="851"/>
        <w:jc w:val="both"/>
      </w:pPr>
      <w:r>
        <w:t>Rispetto alla situazione iniziale, quindi, si rileva una minore velocità di realizzazione delle poste attive rispetto a quelle passive, con effetti negativi sul fondo di cassa.</w:t>
      </w:r>
    </w:p>
    <w:p w14:paraId="43F1AF71" w14:textId="77777777" w:rsidR="006E1AB1" w:rsidRDefault="00000000">
      <w:pPr>
        <w:spacing w:before="120" w:after="60"/>
        <w:jc w:val="center"/>
      </w:pPr>
      <w:r>
        <w:rPr>
          <w:b/>
          <w:sz w:val="20"/>
        </w:rPr>
        <w:t>Residui Attivi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80"/>
        <w:gridCol w:w="1176"/>
        <w:gridCol w:w="1176"/>
        <w:gridCol w:w="1008"/>
        <w:gridCol w:w="997"/>
        <w:gridCol w:w="1176"/>
        <w:gridCol w:w="1176"/>
        <w:gridCol w:w="999"/>
      </w:tblGrid>
      <w:tr w:rsidR="006E1AB1" w14:paraId="31F10877" w14:textId="77777777">
        <w:tc>
          <w:tcPr>
            <w:tcW w:w="2551" w:type="dxa"/>
            <w:shd w:val="clear" w:color="auto" w:fill="DEEAF1"/>
          </w:tcPr>
          <w:p w14:paraId="29E447F6" w14:textId="77777777" w:rsidR="006E1AB1" w:rsidRDefault="00000000">
            <w:r>
              <w:rPr>
                <w:b/>
                <w:sz w:val="16"/>
              </w:rPr>
              <w:t>RESIDUI ATTIVI</w:t>
            </w:r>
          </w:p>
        </w:tc>
        <w:tc>
          <w:tcPr>
            <w:tcW w:w="1191" w:type="dxa"/>
            <w:shd w:val="clear" w:color="auto" w:fill="DEEAF1"/>
          </w:tcPr>
          <w:p w14:paraId="35A96DE7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Iniziali (a)</w:t>
            </w:r>
          </w:p>
        </w:tc>
        <w:tc>
          <w:tcPr>
            <w:tcW w:w="1191" w:type="dxa"/>
            <w:shd w:val="clear" w:color="auto" w:fill="DEEAF1"/>
          </w:tcPr>
          <w:p w14:paraId="3FE9FFF9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Riscossi (b)</w:t>
            </w:r>
          </w:p>
        </w:tc>
        <w:tc>
          <w:tcPr>
            <w:tcW w:w="1020" w:type="dxa"/>
            <w:shd w:val="clear" w:color="auto" w:fill="DEEAF1"/>
          </w:tcPr>
          <w:p w14:paraId="0F0DD11F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Maggiori (c)</w:t>
            </w:r>
          </w:p>
        </w:tc>
        <w:tc>
          <w:tcPr>
            <w:tcW w:w="1020" w:type="dxa"/>
            <w:shd w:val="clear" w:color="auto" w:fill="DEEAF1"/>
          </w:tcPr>
          <w:p w14:paraId="201C47B0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Minori (d)</w:t>
            </w:r>
          </w:p>
        </w:tc>
        <w:tc>
          <w:tcPr>
            <w:tcW w:w="1191" w:type="dxa"/>
            <w:shd w:val="clear" w:color="auto" w:fill="DEEAF1"/>
          </w:tcPr>
          <w:p w14:paraId="77F6F1F7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Riaccertati e=(a+c-d)</w:t>
            </w:r>
          </w:p>
        </w:tc>
        <w:tc>
          <w:tcPr>
            <w:tcW w:w="1191" w:type="dxa"/>
            <w:shd w:val="clear" w:color="auto" w:fill="DEEAF1"/>
          </w:tcPr>
          <w:p w14:paraId="57AD986D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Da riportare f=(e-b)</w:t>
            </w:r>
          </w:p>
        </w:tc>
        <w:tc>
          <w:tcPr>
            <w:tcW w:w="1020" w:type="dxa"/>
            <w:shd w:val="clear" w:color="auto" w:fill="DEEAF1"/>
          </w:tcPr>
          <w:p w14:paraId="39BD65A4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% Risc. su Res.ini.</w:t>
            </w:r>
          </w:p>
        </w:tc>
      </w:tr>
      <w:tr w:rsidR="006E1AB1" w14:paraId="2F735E5E" w14:textId="77777777">
        <w:tc>
          <w:tcPr>
            <w:tcW w:w="2551" w:type="dxa"/>
          </w:tcPr>
          <w:p w14:paraId="06DE8670" w14:textId="77777777" w:rsidR="006E1AB1" w:rsidRDefault="00000000">
            <w:r>
              <w:rPr>
                <w:sz w:val="17"/>
              </w:rPr>
              <w:t xml:space="preserve"> Titolo 1 - Tributarie</w:t>
            </w:r>
          </w:p>
        </w:tc>
        <w:tc>
          <w:tcPr>
            <w:tcW w:w="1191" w:type="dxa"/>
          </w:tcPr>
          <w:p w14:paraId="21D83BEC" w14:textId="77777777" w:rsidR="006E1AB1" w:rsidRDefault="00000000">
            <w:pPr>
              <w:jc w:val="right"/>
            </w:pPr>
            <w:r>
              <w:rPr>
                <w:sz w:val="17"/>
              </w:rPr>
              <w:t>57.562,48</w:t>
            </w:r>
          </w:p>
        </w:tc>
        <w:tc>
          <w:tcPr>
            <w:tcW w:w="1191" w:type="dxa"/>
          </w:tcPr>
          <w:p w14:paraId="7F7FA047" w14:textId="77777777" w:rsidR="006E1AB1" w:rsidRDefault="00000000">
            <w:pPr>
              <w:jc w:val="right"/>
            </w:pPr>
            <w:r>
              <w:rPr>
                <w:sz w:val="17"/>
              </w:rPr>
              <w:t>18.278,88</w:t>
            </w:r>
          </w:p>
        </w:tc>
        <w:tc>
          <w:tcPr>
            <w:tcW w:w="1020" w:type="dxa"/>
          </w:tcPr>
          <w:p w14:paraId="5E34B1F0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269B1EA1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27F2C32F" w14:textId="77777777" w:rsidR="006E1AB1" w:rsidRDefault="00000000">
            <w:pPr>
              <w:jc w:val="right"/>
            </w:pPr>
            <w:r>
              <w:rPr>
                <w:sz w:val="17"/>
              </w:rPr>
              <w:t>57.562,48</w:t>
            </w:r>
          </w:p>
        </w:tc>
        <w:tc>
          <w:tcPr>
            <w:tcW w:w="1191" w:type="dxa"/>
          </w:tcPr>
          <w:p w14:paraId="27369A7F" w14:textId="77777777" w:rsidR="006E1AB1" w:rsidRDefault="00000000">
            <w:pPr>
              <w:jc w:val="right"/>
            </w:pPr>
            <w:r>
              <w:rPr>
                <w:sz w:val="17"/>
              </w:rPr>
              <w:t>39.283,60</w:t>
            </w:r>
          </w:p>
        </w:tc>
        <w:tc>
          <w:tcPr>
            <w:tcW w:w="1020" w:type="dxa"/>
          </w:tcPr>
          <w:p w14:paraId="74D1CB5B" w14:textId="77777777" w:rsidR="006E1AB1" w:rsidRDefault="00000000">
            <w:pPr>
              <w:jc w:val="right"/>
            </w:pPr>
            <w:r>
              <w:rPr>
                <w:sz w:val="17"/>
              </w:rPr>
              <w:t>31,75</w:t>
            </w:r>
          </w:p>
        </w:tc>
      </w:tr>
      <w:tr w:rsidR="006E1AB1" w14:paraId="43A7AFFB" w14:textId="77777777">
        <w:tc>
          <w:tcPr>
            <w:tcW w:w="2551" w:type="dxa"/>
          </w:tcPr>
          <w:p w14:paraId="77F7FCCF" w14:textId="77777777" w:rsidR="006E1AB1" w:rsidRDefault="00000000">
            <w:r>
              <w:rPr>
                <w:sz w:val="17"/>
              </w:rPr>
              <w:t xml:space="preserve"> Titolo 2 - Trasferimenti correnti</w:t>
            </w:r>
          </w:p>
        </w:tc>
        <w:tc>
          <w:tcPr>
            <w:tcW w:w="1191" w:type="dxa"/>
          </w:tcPr>
          <w:p w14:paraId="7FAA8808" w14:textId="77777777" w:rsidR="006E1AB1" w:rsidRDefault="00000000">
            <w:pPr>
              <w:jc w:val="right"/>
            </w:pPr>
            <w:r>
              <w:rPr>
                <w:sz w:val="17"/>
              </w:rPr>
              <w:t>152.527,06</w:t>
            </w:r>
          </w:p>
        </w:tc>
        <w:tc>
          <w:tcPr>
            <w:tcW w:w="1191" w:type="dxa"/>
          </w:tcPr>
          <w:p w14:paraId="4C319E68" w14:textId="77777777" w:rsidR="006E1AB1" w:rsidRDefault="00000000">
            <w:pPr>
              <w:jc w:val="right"/>
            </w:pPr>
            <w:r>
              <w:rPr>
                <w:sz w:val="17"/>
              </w:rPr>
              <w:t>95.953,94</w:t>
            </w:r>
          </w:p>
        </w:tc>
        <w:tc>
          <w:tcPr>
            <w:tcW w:w="1020" w:type="dxa"/>
          </w:tcPr>
          <w:p w14:paraId="2696CD3B" w14:textId="77777777" w:rsidR="006E1AB1" w:rsidRDefault="00000000">
            <w:pPr>
              <w:jc w:val="right"/>
            </w:pPr>
            <w:r>
              <w:rPr>
                <w:sz w:val="17"/>
              </w:rPr>
              <w:t>2,91</w:t>
            </w:r>
          </w:p>
        </w:tc>
        <w:tc>
          <w:tcPr>
            <w:tcW w:w="1020" w:type="dxa"/>
          </w:tcPr>
          <w:p w14:paraId="024C14EC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3BCB55F6" w14:textId="77777777" w:rsidR="006E1AB1" w:rsidRDefault="00000000">
            <w:pPr>
              <w:jc w:val="right"/>
            </w:pPr>
            <w:r>
              <w:rPr>
                <w:sz w:val="17"/>
              </w:rPr>
              <w:t>152.529,97</w:t>
            </w:r>
          </w:p>
        </w:tc>
        <w:tc>
          <w:tcPr>
            <w:tcW w:w="1191" w:type="dxa"/>
          </w:tcPr>
          <w:p w14:paraId="02AD8901" w14:textId="77777777" w:rsidR="006E1AB1" w:rsidRDefault="00000000">
            <w:pPr>
              <w:jc w:val="right"/>
            </w:pPr>
            <w:r>
              <w:rPr>
                <w:sz w:val="17"/>
              </w:rPr>
              <w:t>56.576,03</w:t>
            </w:r>
          </w:p>
        </w:tc>
        <w:tc>
          <w:tcPr>
            <w:tcW w:w="1020" w:type="dxa"/>
          </w:tcPr>
          <w:p w14:paraId="566D8C2E" w14:textId="77777777" w:rsidR="006E1AB1" w:rsidRDefault="00000000">
            <w:pPr>
              <w:jc w:val="right"/>
            </w:pPr>
            <w:r>
              <w:rPr>
                <w:sz w:val="17"/>
              </w:rPr>
              <w:t>62,91</w:t>
            </w:r>
          </w:p>
        </w:tc>
      </w:tr>
      <w:tr w:rsidR="006E1AB1" w14:paraId="3CE3CA68" w14:textId="77777777">
        <w:tc>
          <w:tcPr>
            <w:tcW w:w="2551" w:type="dxa"/>
          </w:tcPr>
          <w:p w14:paraId="131716EA" w14:textId="77777777" w:rsidR="006E1AB1" w:rsidRDefault="00000000">
            <w:r>
              <w:rPr>
                <w:sz w:val="17"/>
              </w:rPr>
              <w:t xml:space="preserve"> Titolo 3 - Extratributarie</w:t>
            </w:r>
          </w:p>
        </w:tc>
        <w:tc>
          <w:tcPr>
            <w:tcW w:w="1191" w:type="dxa"/>
          </w:tcPr>
          <w:p w14:paraId="77D6C39B" w14:textId="77777777" w:rsidR="006E1AB1" w:rsidRDefault="00000000">
            <w:pPr>
              <w:jc w:val="right"/>
            </w:pPr>
            <w:r>
              <w:rPr>
                <w:sz w:val="17"/>
              </w:rPr>
              <w:t>13.808,52</w:t>
            </w:r>
          </w:p>
        </w:tc>
        <w:tc>
          <w:tcPr>
            <w:tcW w:w="1191" w:type="dxa"/>
          </w:tcPr>
          <w:p w14:paraId="051AFEC8" w14:textId="77777777" w:rsidR="006E1AB1" w:rsidRDefault="00000000">
            <w:pPr>
              <w:jc w:val="right"/>
            </w:pPr>
            <w:r>
              <w:rPr>
                <w:sz w:val="17"/>
              </w:rPr>
              <w:t>5.852,59</w:t>
            </w:r>
          </w:p>
        </w:tc>
        <w:tc>
          <w:tcPr>
            <w:tcW w:w="1020" w:type="dxa"/>
          </w:tcPr>
          <w:p w14:paraId="77AD00AA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42FF7AEF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5E1C025B" w14:textId="77777777" w:rsidR="006E1AB1" w:rsidRDefault="00000000">
            <w:pPr>
              <w:jc w:val="right"/>
            </w:pPr>
            <w:r>
              <w:rPr>
                <w:sz w:val="17"/>
              </w:rPr>
              <w:t>13.808,52</w:t>
            </w:r>
          </w:p>
        </w:tc>
        <w:tc>
          <w:tcPr>
            <w:tcW w:w="1191" w:type="dxa"/>
          </w:tcPr>
          <w:p w14:paraId="73934D99" w14:textId="77777777" w:rsidR="006E1AB1" w:rsidRDefault="00000000">
            <w:pPr>
              <w:jc w:val="right"/>
            </w:pPr>
            <w:r>
              <w:rPr>
                <w:sz w:val="17"/>
              </w:rPr>
              <w:t>7.955,93</w:t>
            </w:r>
          </w:p>
        </w:tc>
        <w:tc>
          <w:tcPr>
            <w:tcW w:w="1020" w:type="dxa"/>
          </w:tcPr>
          <w:p w14:paraId="7514E00A" w14:textId="77777777" w:rsidR="006E1AB1" w:rsidRDefault="00000000">
            <w:pPr>
              <w:jc w:val="right"/>
            </w:pPr>
            <w:r>
              <w:rPr>
                <w:sz w:val="17"/>
              </w:rPr>
              <w:t>42,38</w:t>
            </w:r>
          </w:p>
        </w:tc>
      </w:tr>
      <w:tr w:rsidR="006E1AB1" w14:paraId="63CA2625" w14:textId="77777777">
        <w:tc>
          <w:tcPr>
            <w:tcW w:w="2551" w:type="dxa"/>
            <w:shd w:val="clear" w:color="auto" w:fill="E2EFDA"/>
          </w:tcPr>
          <w:p w14:paraId="09D8CB7B" w14:textId="77777777" w:rsidR="006E1AB1" w:rsidRDefault="00000000">
            <w:r>
              <w:rPr>
                <w:b/>
                <w:sz w:val="17"/>
              </w:rPr>
              <w:t xml:space="preserve"> Parziale titoli 1+2+3</w:t>
            </w:r>
          </w:p>
        </w:tc>
        <w:tc>
          <w:tcPr>
            <w:tcW w:w="1191" w:type="dxa"/>
            <w:shd w:val="clear" w:color="auto" w:fill="E2EFDA"/>
          </w:tcPr>
          <w:p w14:paraId="5D02DD09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223.898,06</w:t>
            </w:r>
          </w:p>
        </w:tc>
        <w:tc>
          <w:tcPr>
            <w:tcW w:w="1191" w:type="dxa"/>
            <w:shd w:val="clear" w:color="auto" w:fill="E2EFDA"/>
          </w:tcPr>
          <w:p w14:paraId="51E69AAE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120.085,41</w:t>
            </w:r>
          </w:p>
        </w:tc>
        <w:tc>
          <w:tcPr>
            <w:tcW w:w="1020" w:type="dxa"/>
            <w:shd w:val="clear" w:color="auto" w:fill="E2EFDA"/>
          </w:tcPr>
          <w:p w14:paraId="16C8DB15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2,91</w:t>
            </w:r>
          </w:p>
        </w:tc>
        <w:tc>
          <w:tcPr>
            <w:tcW w:w="1020" w:type="dxa"/>
            <w:shd w:val="clear" w:color="auto" w:fill="E2EFDA"/>
          </w:tcPr>
          <w:p w14:paraId="32896E40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0,00</w:t>
            </w:r>
          </w:p>
        </w:tc>
        <w:tc>
          <w:tcPr>
            <w:tcW w:w="1191" w:type="dxa"/>
            <w:shd w:val="clear" w:color="auto" w:fill="E2EFDA"/>
          </w:tcPr>
          <w:p w14:paraId="5D575AE0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223.900,97</w:t>
            </w:r>
          </w:p>
        </w:tc>
        <w:tc>
          <w:tcPr>
            <w:tcW w:w="1191" w:type="dxa"/>
            <w:shd w:val="clear" w:color="auto" w:fill="E2EFDA"/>
          </w:tcPr>
          <w:p w14:paraId="7B46241B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103.815,56</w:t>
            </w:r>
          </w:p>
        </w:tc>
        <w:tc>
          <w:tcPr>
            <w:tcW w:w="1020" w:type="dxa"/>
            <w:shd w:val="clear" w:color="auto" w:fill="E2EFDA"/>
          </w:tcPr>
          <w:p w14:paraId="4CE40CC1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53,63</w:t>
            </w:r>
          </w:p>
        </w:tc>
      </w:tr>
      <w:tr w:rsidR="006E1AB1" w14:paraId="0B2323D9" w14:textId="77777777">
        <w:tc>
          <w:tcPr>
            <w:tcW w:w="2551" w:type="dxa"/>
          </w:tcPr>
          <w:p w14:paraId="5D265812" w14:textId="77777777" w:rsidR="006E1AB1" w:rsidRDefault="00000000">
            <w:r>
              <w:rPr>
                <w:sz w:val="17"/>
              </w:rPr>
              <w:t xml:space="preserve"> Titolo 4 - In conto capitale</w:t>
            </w:r>
          </w:p>
        </w:tc>
        <w:tc>
          <w:tcPr>
            <w:tcW w:w="1191" w:type="dxa"/>
          </w:tcPr>
          <w:p w14:paraId="230D8355" w14:textId="77777777" w:rsidR="006E1AB1" w:rsidRDefault="00000000">
            <w:pPr>
              <w:jc w:val="right"/>
            </w:pPr>
            <w:r>
              <w:rPr>
                <w:sz w:val="17"/>
              </w:rPr>
              <w:t>377.543,06</w:t>
            </w:r>
          </w:p>
        </w:tc>
        <w:tc>
          <w:tcPr>
            <w:tcW w:w="1191" w:type="dxa"/>
          </w:tcPr>
          <w:p w14:paraId="587410B8" w14:textId="77777777" w:rsidR="006E1AB1" w:rsidRDefault="00000000">
            <w:pPr>
              <w:jc w:val="right"/>
            </w:pPr>
            <w:r>
              <w:rPr>
                <w:sz w:val="17"/>
              </w:rPr>
              <w:t>65.721,54</w:t>
            </w:r>
          </w:p>
        </w:tc>
        <w:tc>
          <w:tcPr>
            <w:tcW w:w="1020" w:type="dxa"/>
          </w:tcPr>
          <w:p w14:paraId="77B24F90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0EA336A9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2674A1E0" w14:textId="77777777" w:rsidR="006E1AB1" w:rsidRDefault="00000000">
            <w:pPr>
              <w:jc w:val="right"/>
            </w:pPr>
            <w:r>
              <w:rPr>
                <w:sz w:val="17"/>
              </w:rPr>
              <w:t>377.543,06</w:t>
            </w:r>
          </w:p>
        </w:tc>
        <w:tc>
          <w:tcPr>
            <w:tcW w:w="1191" w:type="dxa"/>
          </w:tcPr>
          <w:p w14:paraId="6372D5DB" w14:textId="77777777" w:rsidR="006E1AB1" w:rsidRDefault="00000000">
            <w:pPr>
              <w:jc w:val="right"/>
            </w:pPr>
            <w:r>
              <w:rPr>
                <w:sz w:val="17"/>
              </w:rPr>
              <w:t>311.821,52</w:t>
            </w:r>
          </w:p>
        </w:tc>
        <w:tc>
          <w:tcPr>
            <w:tcW w:w="1020" w:type="dxa"/>
          </w:tcPr>
          <w:p w14:paraId="47831756" w14:textId="77777777" w:rsidR="006E1AB1" w:rsidRDefault="00000000">
            <w:pPr>
              <w:jc w:val="right"/>
            </w:pPr>
            <w:r>
              <w:rPr>
                <w:sz w:val="17"/>
              </w:rPr>
              <w:t>17,41</w:t>
            </w:r>
          </w:p>
        </w:tc>
      </w:tr>
      <w:tr w:rsidR="006E1AB1" w14:paraId="006CF839" w14:textId="77777777">
        <w:tc>
          <w:tcPr>
            <w:tcW w:w="2551" w:type="dxa"/>
          </w:tcPr>
          <w:p w14:paraId="5E22FAFF" w14:textId="77777777" w:rsidR="006E1AB1" w:rsidRDefault="00000000">
            <w:r>
              <w:rPr>
                <w:sz w:val="17"/>
              </w:rPr>
              <w:t xml:space="preserve"> Titolo 5 - Entrate da riduzione di attività finanziarie</w:t>
            </w:r>
          </w:p>
        </w:tc>
        <w:tc>
          <w:tcPr>
            <w:tcW w:w="1191" w:type="dxa"/>
          </w:tcPr>
          <w:p w14:paraId="7F03E731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53C94BD8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6C6F7FD9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0C8894A2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6EBAB46F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0BA8FF43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6D556768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6E1AB1" w14:paraId="64C40E38" w14:textId="77777777">
        <w:tc>
          <w:tcPr>
            <w:tcW w:w="2551" w:type="dxa"/>
          </w:tcPr>
          <w:p w14:paraId="6F7B447F" w14:textId="77777777" w:rsidR="006E1AB1" w:rsidRDefault="00000000">
            <w:r>
              <w:rPr>
                <w:sz w:val="17"/>
              </w:rPr>
              <w:t xml:space="preserve"> Titolo 6 - Accensione di prestiti</w:t>
            </w:r>
          </w:p>
        </w:tc>
        <w:tc>
          <w:tcPr>
            <w:tcW w:w="1191" w:type="dxa"/>
          </w:tcPr>
          <w:p w14:paraId="66FFB944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7B73581E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13085EC1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4327BC4C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666F9390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617CE0FD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0ED03669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6E1AB1" w14:paraId="1CE2C71E" w14:textId="77777777">
        <w:tc>
          <w:tcPr>
            <w:tcW w:w="2551" w:type="dxa"/>
          </w:tcPr>
          <w:p w14:paraId="50625D66" w14:textId="77777777" w:rsidR="006E1AB1" w:rsidRDefault="00000000">
            <w:r>
              <w:rPr>
                <w:sz w:val="17"/>
              </w:rPr>
              <w:t xml:space="preserve"> Titolo 7 - Anticipazioni da istituto tesoriere/cassiere</w:t>
            </w:r>
          </w:p>
        </w:tc>
        <w:tc>
          <w:tcPr>
            <w:tcW w:w="1191" w:type="dxa"/>
          </w:tcPr>
          <w:p w14:paraId="68A5F0D6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41153954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66452175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05216C76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6E4A8E02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3D36C3D6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7903ABCD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6E1AB1" w14:paraId="349DD101" w14:textId="77777777">
        <w:tc>
          <w:tcPr>
            <w:tcW w:w="2551" w:type="dxa"/>
          </w:tcPr>
          <w:p w14:paraId="42FD9640" w14:textId="77777777" w:rsidR="006E1AB1" w:rsidRDefault="00000000">
            <w:r>
              <w:rPr>
                <w:sz w:val="17"/>
              </w:rPr>
              <w:t xml:space="preserve"> Titolo 9 - Servizi per conto di terzi</w:t>
            </w:r>
          </w:p>
        </w:tc>
        <w:tc>
          <w:tcPr>
            <w:tcW w:w="1191" w:type="dxa"/>
          </w:tcPr>
          <w:p w14:paraId="1579F29D" w14:textId="77777777" w:rsidR="006E1AB1" w:rsidRDefault="00000000">
            <w:pPr>
              <w:jc w:val="right"/>
            </w:pPr>
            <w:r>
              <w:rPr>
                <w:sz w:val="17"/>
              </w:rPr>
              <w:t>22.137,63</w:t>
            </w:r>
          </w:p>
        </w:tc>
        <w:tc>
          <w:tcPr>
            <w:tcW w:w="1191" w:type="dxa"/>
          </w:tcPr>
          <w:p w14:paraId="025D30F4" w14:textId="77777777" w:rsidR="006E1AB1" w:rsidRDefault="00000000">
            <w:pPr>
              <w:jc w:val="right"/>
            </w:pPr>
            <w:r>
              <w:rPr>
                <w:sz w:val="17"/>
              </w:rPr>
              <w:t>7.517,47</w:t>
            </w:r>
          </w:p>
        </w:tc>
        <w:tc>
          <w:tcPr>
            <w:tcW w:w="1020" w:type="dxa"/>
          </w:tcPr>
          <w:p w14:paraId="4C2BB1CB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43509895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05FA62D3" w14:textId="77777777" w:rsidR="006E1AB1" w:rsidRDefault="00000000">
            <w:pPr>
              <w:jc w:val="right"/>
            </w:pPr>
            <w:r>
              <w:rPr>
                <w:sz w:val="17"/>
              </w:rPr>
              <w:t>22.137,63</w:t>
            </w:r>
          </w:p>
        </w:tc>
        <w:tc>
          <w:tcPr>
            <w:tcW w:w="1191" w:type="dxa"/>
          </w:tcPr>
          <w:p w14:paraId="71ADF232" w14:textId="77777777" w:rsidR="006E1AB1" w:rsidRDefault="00000000">
            <w:pPr>
              <w:jc w:val="right"/>
            </w:pPr>
            <w:r>
              <w:rPr>
                <w:sz w:val="17"/>
              </w:rPr>
              <w:t>14.620,16</w:t>
            </w:r>
          </w:p>
        </w:tc>
        <w:tc>
          <w:tcPr>
            <w:tcW w:w="1020" w:type="dxa"/>
          </w:tcPr>
          <w:p w14:paraId="3931552F" w14:textId="77777777" w:rsidR="006E1AB1" w:rsidRDefault="00000000">
            <w:pPr>
              <w:jc w:val="right"/>
            </w:pPr>
            <w:r>
              <w:rPr>
                <w:sz w:val="17"/>
              </w:rPr>
              <w:t>33,96</w:t>
            </w:r>
          </w:p>
        </w:tc>
      </w:tr>
      <w:tr w:rsidR="006E1AB1" w14:paraId="524B1E4B" w14:textId="77777777">
        <w:tc>
          <w:tcPr>
            <w:tcW w:w="2551" w:type="dxa"/>
            <w:shd w:val="clear" w:color="auto" w:fill="BDD7EE"/>
          </w:tcPr>
          <w:p w14:paraId="2567E08B" w14:textId="77777777" w:rsidR="006E1AB1" w:rsidRDefault="00000000">
            <w:r>
              <w:rPr>
                <w:b/>
                <w:sz w:val="17"/>
              </w:rPr>
              <w:t xml:space="preserve"> Totale tit. 1+2+3+4+5+6+7+9</w:t>
            </w:r>
          </w:p>
        </w:tc>
        <w:tc>
          <w:tcPr>
            <w:tcW w:w="1191" w:type="dxa"/>
            <w:shd w:val="clear" w:color="auto" w:fill="BDD7EE"/>
          </w:tcPr>
          <w:p w14:paraId="1D1DEB6C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623.578,75</w:t>
            </w:r>
          </w:p>
        </w:tc>
        <w:tc>
          <w:tcPr>
            <w:tcW w:w="1191" w:type="dxa"/>
            <w:shd w:val="clear" w:color="auto" w:fill="BDD7EE"/>
          </w:tcPr>
          <w:p w14:paraId="1FDD472F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193.324,42</w:t>
            </w:r>
          </w:p>
        </w:tc>
        <w:tc>
          <w:tcPr>
            <w:tcW w:w="1020" w:type="dxa"/>
            <w:shd w:val="clear" w:color="auto" w:fill="BDD7EE"/>
          </w:tcPr>
          <w:p w14:paraId="07008B5A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2,91</w:t>
            </w:r>
          </w:p>
        </w:tc>
        <w:tc>
          <w:tcPr>
            <w:tcW w:w="1020" w:type="dxa"/>
            <w:shd w:val="clear" w:color="auto" w:fill="BDD7EE"/>
          </w:tcPr>
          <w:p w14:paraId="3AEEB4CB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0,00</w:t>
            </w:r>
          </w:p>
        </w:tc>
        <w:tc>
          <w:tcPr>
            <w:tcW w:w="1191" w:type="dxa"/>
            <w:shd w:val="clear" w:color="auto" w:fill="BDD7EE"/>
          </w:tcPr>
          <w:p w14:paraId="729A92F4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623.581,66</w:t>
            </w:r>
          </w:p>
        </w:tc>
        <w:tc>
          <w:tcPr>
            <w:tcW w:w="1191" w:type="dxa"/>
            <w:shd w:val="clear" w:color="auto" w:fill="BDD7EE"/>
          </w:tcPr>
          <w:p w14:paraId="2F049839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430.257,24</w:t>
            </w:r>
          </w:p>
        </w:tc>
        <w:tc>
          <w:tcPr>
            <w:tcW w:w="1020" w:type="dxa"/>
            <w:shd w:val="clear" w:color="auto" w:fill="BDD7EE"/>
          </w:tcPr>
          <w:p w14:paraId="5E5086AA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31,00</w:t>
            </w:r>
          </w:p>
        </w:tc>
      </w:tr>
    </w:tbl>
    <w:p w14:paraId="26D60AB9" w14:textId="77777777" w:rsidR="006E1AB1" w:rsidRDefault="006E1AB1"/>
    <w:p w14:paraId="7C662F20" w14:textId="77777777" w:rsidR="006E1AB1" w:rsidRDefault="00000000">
      <w:pPr>
        <w:spacing w:before="120" w:after="60"/>
        <w:jc w:val="center"/>
      </w:pPr>
      <w:r>
        <w:rPr>
          <w:b/>
          <w:sz w:val="20"/>
        </w:rPr>
        <w:t>Residui Passivi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35"/>
        <w:gridCol w:w="1247"/>
        <w:gridCol w:w="1247"/>
        <w:gridCol w:w="1020"/>
        <w:gridCol w:w="1247"/>
        <w:gridCol w:w="1247"/>
        <w:gridCol w:w="1134"/>
      </w:tblGrid>
      <w:tr w:rsidR="006E1AB1" w14:paraId="7956C3E4" w14:textId="77777777">
        <w:tc>
          <w:tcPr>
            <w:tcW w:w="2835" w:type="dxa"/>
            <w:shd w:val="clear" w:color="auto" w:fill="DEEAF1"/>
          </w:tcPr>
          <w:p w14:paraId="772AC93F" w14:textId="77777777" w:rsidR="006E1AB1" w:rsidRDefault="00000000">
            <w:r>
              <w:rPr>
                <w:b/>
                <w:sz w:val="16"/>
              </w:rPr>
              <w:t>RESIDUI PASSIVI</w:t>
            </w:r>
          </w:p>
        </w:tc>
        <w:tc>
          <w:tcPr>
            <w:tcW w:w="1247" w:type="dxa"/>
            <w:shd w:val="clear" w:color="auto" w:fill="DEEAF1"/>
          </w:tcPr>
          <w:p w14:paraId="3F776202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Iniziali (a)</w:t>
            </w:r>
          </w:p>
        </w:tc>
        <w:tc>
          <w:tcPr>
            <w:tcW w:w="1247" w:type="dxa"/>
            <w:shd w:val="clear" w:color="auto" w:fill="DEEAF1"/>
          </w:tcPr>
          <w:p w14:paraId="61F7C4C3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Pagati (b)</w:t>
            </w:r>
          </w:p>
        </w:tc>
        <w:tc>
          <w:tcPr>
            <w:tcW w:w="1020" w:type="dxa"/>
            <w:shd w:val="clear" w:color="auto" w:fill="DEEAF1"/>
          </w:tcPr>
          <w:p w14:paraId="7944451A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Minori (d)</w:t>
            </w:r>
          </w:p>
        </w:tc>
        <w:tc>
          <w:tcPr>
            <w:tcW w:w="1247" w:type="dxa"/>
            <w:shd w:val="clear" w:color="auto" w:fill="DEEAF1"/>
          </w:tcPr>
          <w:p w14:paraId="4B1BF599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Riaccertati e=(a-d)</w:t>
            </w:r>
          </w:p>
        </w:tc>
        <w:tc>
          <w:tcPr>
            <w:tcW w:w="1247" w:type="dxa"/>
            <w:shd w:val="clear" w:color="auto" w:fill="DEEAF1"/>
          </w:tcPr>
          <w:p w14:paraId="0AA9D1DE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Da riportare f=(e-b)</w:t>
            </w:r>
          </w:p>
        </w:tc>
        <w:tc>
          <w:tcPr>
            <w:tcW w:w="1134" w:type="dxa"/>
            <w:shd w:val="clear" w:color="auto" w:fill="DEEAF1"/>
          </w:tcPr>
          <w:p w14:paraId="2FE4D89D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% Pag. su Res.ini.</w:t>
            </w:r>
          </w:p>
        </w:tc>
      </w:tr>
      <w:tr w:rsidR="006E1AB1" w14:paraId="5B145237" w14:textId="77777777">
        <w:tc>
          <w:tcPr>
            <w:tcW w:w="2835" w:type="dxa"/>
          </w:tcPr>
          <w:p w14:paraId="10A5FF43" w14:textId="77777777" w:rsidR="006E1AB1" w:rsidRDefault="00000000">
            <w:r>
              <w:rPr>
                <w:sz w:val="17"/>
              </w:rPr>
              <w:t xml:space="preserve"> Titolo 1 - Correnti</w:t>
            </w:r>
          </w:p>
        </w:tc>
        <w:tc>
          <w:tcPr>
            <w:tcW w:w="1247" w:type="dxa"/>
          </w:tcPr>
          <w:p w14:paraId="4B3E6383" w14:textId="77777777" w:rsidR="006E1AB1" w:rsidRDefault="00000000">
            <w:pPr>
              <w:jc w:val="right"/>
            </w:pPr>
            <w:r>
              <w:rPr>
                <w:sz w:val="17"/>
              </w:rPr>
              <w:t>207.005,81</w:t>
            </w:r>
          </w:p>
        </w:tc>
        <w:tc>
          <w:tcPr>
            <w:tcW w:w="1247" w:type="dxa"/>
          </w:tcPr>
          <w:p w14:paraId="337C7EF1" w14:textId="77777777" w:rsidR="006E1AB1" w:rsidRDefault="00000000">
            <w:pPr>
              <w:jc w:val="right"/>
            </w:pPr>
            <w:r>
              <w:rPr>
                <w:sz w:val="17"/>
              </w:rPr>
              <w:t>138.132,58</w:t>
            </w:r>
          </w:p>
        </w:tc>
        <w:tc>
          <w:tcPr>
            <w:tcW w:w="1020" w:type="dxa"/>
          </w:tcPr>
          <w:p w14:paraId="4A1EC209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47" w:type="dxa"/>
          </w:tcPr>
          <w:p w14:paraId="1906AEFC" w14:textId="77777777" w:rsidR="006E1AB1" w:rsidRDefault="00000000">
            <w:pPr>
              <w:jc w:val="right"/>
            </w:pPr>
            <w:r>
              <w:rPr>
                <w:sz w:val="17"/>
              </w:rPr>
              <w:t>207.005,81</w:t>
            </w:r>
          </w:p>
        </w:tc>
        <w:tc>
          <w:tcPr>
            <w:tcW w:w="1247" w:type="dxa"/>
          </w:tcPr>
          <w:p w14:paraId="3073B99D" w14:textId="77777777" w:rsidR="006E1AB1" w:rsidRDefault="00000000">
            <w:pPr>
              <w:jc w:val="right"/>
            </w:pPr>
            <w:r>
              <w:rPr>
                <w:sz w:val="17"/>
              </w:rPr>
              <w:t>68.873,23</w:t>
            </w:r>
          </w:p>
        </w:tc>
        <w:tc>
          <w:tcPr>
            <w:tcW w:w="1134" w:type="dxa"/>
          </w:tcPr>
          <w:p w14:paraId="62A47B1F" w14:textId="77777777" w:rsidR="006E1AB1" w:rsidRDefault="00000000">
            <w:pPr>
              <w:jc w:val="right"/>
            </w:pPr>
            <w:r>
              <w:rPr>
                <w:sz w:val="17"/>
              </w:rPr>
              <w:t>66,73</w:t>
            </w:r>
          </w:p>
        </w:tc>
      </w:tr>
      <w:tr w:rsidR="006E1AB1" w14:paraId="48945D54" w14:textId="77777777">
        <w:tc>
          <w:tcPr>
            <w:tcW w:w="2835" w:type="dxa"/>
          </w:tcPr>
          <w:p w14:paraId="35A2EEC8" w14:textId="77777777" w:rsidR="006E1AB1" w:rsidRDefault="00000000">
            <w:r>
              <w:rPr>
                <w:sz w:val="17"/>
              </w:rPr>
              <w:t xml:space="preserve"> Titolo 2 - In conto capitale</w:t>
            </w:r>
          </w:p>
        </w:tc>
        <w:tc>
          <w:tcPr>
            <w:tcW w:w="1247" w:type="dxa"/>
          </w:tcPr>
          <w:p w14:paraId="46AF5096" w14:textId="77777777" w:rsidR="006E1AB1" w:rsidRDefault="00000000">
            <w:pPr>
              <w:jc w:val="right"/>
            </w:pPr>
            <w:r>
              <w:rPr>
                <w:sz w:val="17"/>
              </w:rPr>
              <w:t>277.248,89</w:t>
            </w:r>
          </w:p>
        </w:tc>
        <w:tc>
          <w:tcPr>
            <w:tcW w:w="1247" w:type="dxa"/>
          </w:tcPr>
          <w:p w14:paraId="4EB373D7" w14:textId="77777777" w:rsidR="006E1AB1" w:rsidRDefault="00000000">
            <w:pPr>
              <w:jc w:val="right"/>
            </w:pPr>
            <w:r>
              <w:rPr>
                <w:sz w:val="17"/>
              </w:rPr>
              <w:t>204.800,85</w:t>
            </w:r>
          </w:p>
        </w:tc>
        <w:tc>
          <w:tcPr>
            <w:tcW w:w="1020" w:type="dxa"/>
          </w:tcPr>
          <w:p w14:paraId="556FE7C8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47" w:type="dxa"/>
          </w:tcPr>
          <w:p w14:paraId="411BB3FB" w14:textId="77777777" w:rsidR="006E1AB1" w:rsidRDefault="00000000">
            <w:pPr>
              <w:jc w:val="right"/>
            </w:pPr>
            <w:r>
              <w:rPr>
                <w:sz w:val="17"/>
              </w:rPr>
              <w:t>277.248,89</w:t>
            </w:r>
          </w:p>
        </w:tc>
        <w:tc>
          <w:tcPr>
            <w:tcW w:w="1247" w:type="dxa"/>
          </w:tcPr>
          <w:p w14:paraId="5ED4733B" w14:textId="77777777" w:rsidR="006E1AB1" w:rsidRDefault="00000000">
            <w:pPr>
              <w:jc w:val="right"/>
            </w:pPr>
            <w:r>
              <w:rPr>
                <w:sz w:val="17"/>
              </w:rPr>
              <w:t>72.448,04</w:t>
            </w:r>
          </w:p>
        </w:tc>
        <w:tc>
          <w:tcPr>
            <w:tcW w:w="1134" w:type="dxa"/>
          </w:tcPr>
          <w:p w14:paraId="1755907A" w14:textId="77777777" w:rsidR="006E1AB1" w:rsidRDefault="00000000">
            <w:pPr>
              <w:jc w:val="right"/>
            </w:pPr>
            <w:r>
              <w:rPr>
                <w:sz w:val="17"/>
              </w:rPr>
              <w:t>73,87</w:t>
            </w:r>
          </w:p>
        </w:tc>
      </w:tr>
      <w:tr w:rsidR="006E1AB1" w14:paraId="4E7EDF52" w14:textId="77777777">
        <w:tc>
          <w:tcPr>
            <w:tcW w:w="2835" w:type="dxa"/>
          </w:tcPr>
          <w:p w14:paraId="7ECD4484" w14:textId="77777777" w:rsidR="006E1AB1" w:rsidRDefault="00000000">
            <w:r>
              <w:rPr>
                <w:sz w:val="17"/>
              </w:rPr>
              <w:t xml:space="preserve"> Titolo 3 - Spese per incremento attività finanziarie</w:t>
            </w:r>
          </w:p>
        </w:tc>
        <w:tc>
          <w:tcPr>
            <w:tcW w:w="1247" w:type="dxa"/>
          </w:tcPr>
          <w:p w14:paraId="23CA7677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47" w:type="dxa"/>
          </w:tcPr>
          <w:p w14:paraId="292F661C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1A6D0077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47" w:type="dxa"/>
          </w:tcPr>
          <w:p w14:paraId="62B782DC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47" w:type="dxa"/>
          </w:tcPr>
          <w:p w14:paraId="35242384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34" w:type="dxa"/>
          </w:tcPr>
          <w:p w14:paraId="46734084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6E1AB1" w14:paraId="4AF36DC3" w14:textId="77777777">
        <w:tc>
          <w:tcPr>
            <w:tcW w:w="2835" w:type="dxa"/>
          </w:tcPr>
          <w:p w14:paraId="744A1EAF" w14:textId="77777777" w:rsidR="006E1AB1" w:rsidRDefault="00000000">
            <w:r>
              <w:rPr>
                <w:sz w:val="17"/>
              </w:rPr>
              <w:t xml:space="preserve"> Titolo 4 - Rimborso Prestiti</w:t>
            </w:r>
          </w:p>
        </w:tc>
        <w:tc>
          <w:tcPr>
            <w:tcW w:w="1247" w:type="dxa"/>
          </w:tcPr>
          <w:p w14:paraId="5A880DDE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47" w:type="dxa"/>
          </w:tcPr>
          <w:p w14:paraId="3088E5E0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0EE78F41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47" w:type="dxa"/>
          </w:tcPr>
          <w:p w14:paraId="646F7206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47" w:type="dxa"/>
          </w:tcPr>
          <w:p w14:paraId="22763FFA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34" w:type="dxa"/>
          </w:tcPr>
          <w:p w14:paraId="2D810D99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6E1AB1" w14:paraId="0CBA24B1" w14:textId="77777777">
        <w:tc>
          <w:tcPr>
            <w:tcW w:w="2835" w:type="dxa"/>
          </w:tcPr>
          <w:p w14:paraId="77C6C11B" w14:textId="77777777" w:rsidR="006E1AB1" w:rsidRDefault="00000000">
            <w:r>
              <w:rPr>
                <w:sz w:val="17"/>
              </w:rPr>
              <w:t xml:space="preserve"> Titolo 5 - Chiusura anticipazioni ricevute da istituto tesoriere/cassiere</w:t>
            </w:r>
          </w:p>
        </w:tc>
        <w:tc>
          <w:tcPr>
            <w:tcW w:w="1247" w:type="dxa"/>
          </w:tcPr>
          <w:p w14:paraId="1EEB1EE6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47" w:type="dxa"/>
          </w:tcPr>
          <w:p w14:paraId="3D0D1B39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3ADA1FFE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47" w:type="dxa"/>
          </w:tcPr>
          <w:p w14:paraId="5D0A1549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47" w:type="dxa"/>
          </w:tcPr>
          <w:p w14:paraId="66DF6C55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34" w:type="dxa"/>
          </w:tcPr>
          <w:p w14:paraId="244BD86A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6E1AB1" w14:paraId="216A2CA7" w14:textId="77777777">
        <w:tc>
          <w:tcPr>
            <w:tcW w:w="2835" w:type="dxa"/>
          </w:tcPr>
          <w:p w14:paraId="5C1E4708" w14:textId="77777777" w:rsidR="006E1AB1" w:rsidRDefault="00000000">
            <w:r>
              <w:rPr>
                <w:sz w:val="17"/>
              </w:rPr>
              <w:t xml:space="preserve"> Titolo 7 - Spese per servizi per conto terzi</w:t>
            </w:r>
          </w:p>
        </w:tc>
        <w:tc>
          <w:tcPr>
            <w:tcW w:w="1247" w:type="dxa"/>
          </w:tcPr>
          <w:p w14:paraId="1097E89B" w14:textId="77777777" w:rsidR="006E1AB1" w:rsidRDefault="00000000">
            <w:pPr>
              <w:jc w:val="right"/>
            </w:pPr>
            <w:r>
              <w:rPr>
                <w:sz w:val="17"/>
              </w:rPr>
              <w:t>22.113,04</w:t>
            </w:r>
          </w:p>
        </w:tc>
        <w:tc>
          <w:tcPr>
            <w:tcW w:w="1247" w:type="dxa"/>
          </w:tcPr>
          <w:p w14:paraId="2EC34EF6" w14:textId="77777777" w:rsidR="006E1AB1" w:rsidRDefault="00000000">
            <w:pPr>
              <w:jc w:val="right"/>
            </w:pPr>
            <w:r>
              <w:rPr>
                <w:sz w:val="17"/>
              </w:rPr>
              <w:t>8.988,03</w:t>
            </w:r>
          </w:p>
        </w:tc>
        <w:tc>
          <w:tcPr>
            <w:tcW w:w="1020" w:type="dxa"/>
          </w:tcPr>
          <w:p w14:paraId="15B9063E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47" w:type="dxa"/>
          </w:tcPr>
          <w:p w14:paraId="763127F3" w14:textId="77777777" w:rsidR="006E1AB1" w:rsidRDefault="00000000">
            <w:pPr>
              <w:jc w:val="right"/>
            </w:pPr>
            <w:r>
              <w:rPr>
                <w:sz w:val="17"/>
              </w:rPr>
              <w:t>22.113,04</w:t>
            </w:r>
          </w:p>
        </w:tc>
        <w:tc>
          <w:tcPr>
            <w:tcW w:w="1247" w:type="dxa"/>
          </w:tcPr>
          <w:p w14:paraId="56D694A8" w14:textId="77777777" w:rsidR="006E1AB1" w:rsidRDefault="00000000">
            <w:pPr>
              <w:jc w:val="right"/>
            </w:pPr>
            <w:r>
              <w:rPr>
                <w:sz w:val="17"/>
              </w:rPr>
              <w:t>13.125,01</w:t>
            </w:r>
          </w:p>
        </w:tc>
        <w:tc>
          <w:tcPr>
            <w:tcW w:w="1134" w:type="dxa"/>
          </w:tcPr>
          <w:p w14:paraId="0111C2C8" w14:textId="77777777" w:rsidR="006E1AB1" w:rsidRDefault="00000000">
            <w:pPr>
              <w:jc w:val="right"/>
            </w:pPr>
            <w:r>
              <w:rPr>
                <w:sz w:val="17"/>
              </w:rPr>
              <w:t>40,65</w:t>
            </w:r>
          </w:p>
        </w:tc>
      </w:tr>
      <w:tr w:rsidR="006E1AB1" w14:paraId="73325B5D" w14:textId="77777777">
        <w:tc>
          <w:tcPr>
            <w:tcW w:w="2835" w:type="dxa"/>
            <w:shd w:val="clear" w:color="auto" w:fill="BDD7EE"/>
          </w:tcPr>
          <w:p w14:paraId="013FCCC7" w14:textId="77777777" w:rsidR="006E1AB1" w:rsidRDefault="00000000">
            <w:r>
              <w:rPr>
                <w:b/>
                <w:sz w:val="17"/>
              </w:rPr>
              <w:t xml:space="preserve"> Totale titoli 1+2+3+4+5+7</w:t>
            </w:r>
          </w:p>
        </w:tc>
        <w:tc>
          <w:tcPr>
            <w:tcW w:w="1247" w:type="dxa"/>
            <w:shd w:val="clear" w:color="auto" w:fill="BDD7EE"/>
          </w:tcPr>
          <w:p w14:paraId="079F9F90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506.367,74</w:t>
            </w:r>
          </w:p>
        </w:tc>
        <w:tc>
          <w:tcPr>
            <w:tcW w:w="1247" w:type="dxa"/>
            <w:shd w:val="clear" w:color="auto" w:fill="BDD7EE"/>
          </w:tcPr>
          <w:p w14:paraId="11B9080F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351.921,46</w:t>
            </w:r>
          </w:p>
        </w:tc>
        <w:tc>
          <w:tcPr>
            <w:tcW w:w="1020" w:type="dxa"/>
            <w:shd w:val="clear" w:color="auto" w:fill="BDD7EE"/>
          </w:tcPr>
          <w:p w14:paraId="0276D948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0,00</w:t>
            </w:r>
          </w:p>
        </w:tc>
        <w:tc>
          <w:tcPr>
            <w:tcW w:w="1247" w:type="dxa"/>
            <w:shd w:val="clear" w:color="auto" w:fill="BDD7EE"/>
          </w:tcPr>
          <w:p w14:paraId="247A4A9E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506.367,74</w:t>
            </w:r>
          </w:p>
        </w:tc>
        <w:tc>
          <w:tcPr>
            <w:tcW w:w="1247" w:type="dxa"/>
            <w:shd w:val="clear" w:color="auto" w:fill="BDD7EE"/>
          </w:tcPr>
          <w:p w14:paraId="028D505E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154.446,28</w:t>
            </w:r>
          </w:p>
        </w:tc>
        <w:tc>
          <w:tcPr>
            <w:tcW w:w="1134" w:type="dxa"/>
            <w:shd w:val="clear" w:color="auto" w:fill="BDD7EE"/>
          </w:tcPr>
          <w:p w14:paraId="0250DCC6" w14:textId="77777777" w:rsidR="006E1AB1" w:rsidRDefault="00000000">
            <w:pPr>
              <w:jc w:val="right"/>
            </w:pPr>
            <w:r>
              <w:rPr>
                <w:b/>
                <w:sz w:val="17"/>
              </w:rPr>
              <w:t>69,50</w:t>
            </w:r>
          </w:p>
        </w:tc>
      </w:tr>
    </w:tbl>
    <w:p w14:paraId="6DE801E7" w14:textId="77777777" w:rsidR="006E1AB1" w:rsidRDefault="00000000">
      <w:r>
        <w:br w:type="page"/>
      </w:r>
    </w:p>
    <w:p w14:paraId="789DEEAE" w14:textId="77777777" w:rsidR="006E1AB1" w:rsidRDefault="00000000">
      <w:pPr>
        <w:spacing w:before="120" w:after="60"/>
        <w:jc w:val="center"/>
      </w:pPr>
      <w:r>
        <w:rPr>
          <w:b/>
        </w:rPr>
        <w:lastRenderedPageBreak/>
        <w:t>EQUILIBRIO TRA ENTRATE E SPESE CORRENTI ED IN CONTO CAPITALE</w:t>
      </w:r>
    </w:p>
    <w:p w14:paraId="5DDA7B7A" w14:textId="77777777" w:rsidR="006E1AB1" w:rsidRDefault="00000000">
      <w:pPr>
        <w:spacing w:before="120" w:after="60"/>
        <w:jc w:val="center"/>
      </w:pPr>
      <w:r>
        <w:rPr>
          <w:sz w:val="20"/>
        </w:rPr>
        <w:t>(previsioni assestate alla data del presente documento)</w:t>
      </w:r>
    </w:p>
    <w:p w14:paraId="21BFD150" w14:textId="77777777" w:rsidR="006E1AB1" w:rsidRDefault="00000000">
      <w:pPr>
        <w:spacing w:after="60"/>
        <w:ind w:firstLine="851"/>
        <w:jc w:val="both"/>
      </w:pPr>
      <w:r>
        <w:t>Dall'analisi dei dati contabili degli equilibri di parte corrente e di parte capitale si evidenzia il rispetto degli stessi a livello previsionale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54"/>
        <w:gridCol w:w="1474"/>
        <w:gridCol w:w="1474"/>
        <w:gridCol w:w="1474"/>
      </w:tblGrid>
      <w:tr w:rsidR="006E1AB1" w14:paraId="1DF64590" w14:textId="77777777">
        <w:trPr>
          <w:jc w:val="center"/>
        </w:trPr>
        <w:tc>
          <w:tcPr>
            <w:tcW w:w="4819" w:type="dxa"/>
            <w:shd w:val="clear" w:color="auto" w:fill="DEEAF1"/>
          </w:tcPr>
          <w:p w14:paraId="56CDA34F" w14:textId="77777777" w:rsidR="006E1AB1" w:rsidRDefault="00000000">
            <w:r>
              <w:rPr>
                <w:b/>
                <w:sz w:val="16"/>
              </w:rPr>
              <w:t>EQUILIBRIO ECONOMICO-FINANZIARIO</w:t>
            </w:r>
          </w:p>
        </w:tc>
        <w:tc>
          <w:tcPr>
            <w:tcW w:w="454" w:type="dxa"/>
            <w:shd w:val="clear" w:color="auto" w:fill="DEEAF1"/>
          </w:tcPr>
          <w:p w14:paraId="29FEDED9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DEEAF1"/>
          </w:tcPr>
          <w:p w14:paraId="31B7F9CF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COMPETENZA ANNO DI RIFERIMENTO DEL BILANCIO 2026</w:t>
            </w:r>
          </w:p>
        </w:tc>
        <w:tc>
          <w:tcPr>
            <w:tcW w:w="1474" w:type="dxa"/>
            <w:shd w:val="clear" w:color="auto" w:fill="DEEAF1"/>
          </w:tcPr>
          <w:p w14:paraId="79F73EE8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COMPETENZA ANNO 2027</w:t>
            </w:r>
          </w:p>
        </w:tc>
        <w:tc>
          <w:tcPr>
            <w:tcW w:w="1474" w:type="dxa"/>
            <w:shd w:val="clear" w:color="auto" w:fill="DEEAF1"/>
          </w:tcPr>
          <w:p w14:paraId="1D3539C7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COMPETENZA ANNO 2028</w:t>
            </w:r>
          </w:p>
        </w:tc>
      </w:tr>
      <w:tr w:rsidR="006E1AB1" w14:paraId="68A3EBB9" w14:textId="77777777">
        <w:trPr>
          <w:jc w:val="center"/>
        </w:trPr>
        <w:tc>
          <w:tcPr>
            <w:tcW w:w="4819" w:type="dxa"/>
          </w:tcPr>
          <w:p w14:paraId="0BD7569E" w14:textId="77777777" w:rsidR="006E1AB1" w:rsidRDefault="00000000">
            <w:r>
              <w:rPr>
                <w:sz w:val="16"/>
              </w:rPr>
              <w:t>Fondo di cassa all'inizio dell'esercizio</w:t>
            </w:r>
          </w:p>
        </w:tc>
        <w:tc>
          <w:tcPr>
            <w:tcW w:w="454" w:type="dxa"/>
          </w:tcPr>
          <w:p w14:paraId="5F22B2CE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513266A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971.904,39</w:t>
            </w:r>
          </w:p>
        </w:tc>
        <w:tc>
          <w:tcPr>
            <w:tcW w:w="1474" w:type="dxa"/>
          </w:tcPr>
          <w:p w14:paraId="1598B1AB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1DE4ABEA" w14:textId="77777777" w:rsidR="006E1AB1" w:rsidRDefault="006E1AB1">
            <w:pPr>
              <w:jc w:val="right"/>
            </w:pPr>
          </w:p>
        </w:tc>
      </w:tr>
      <w:tr w:rsidR="006E1AB1" w14:paraId="724BE08C" w14:textId="77777777">
        <w:trPr>
          <w:jc w:val="center"/>
        </w:trPr>
        <w:tc>
          <w:tcPr>
            <w:tcW w:w="4819" w:type="dxa"/>
          </w:tcPr>
          <w:p w14:paraId="73970F7D" w14:textId="77777777" w:rsidR="006E1AB1" w:rsidRDefault="00000000">
            <w:r>
              <w:rPr>
                <w:b/>
                <w:sz w:val="16"/>
              </w:rPr>
              <w:t>H) Utilizzo risultato di amministrazione per spese correnti e per rimborso dei prestiti</w:t>
            </w:r>
          </w:p>
        </w:tc>
        <w:tc>
          <w:tcPr>
            <w:tcW w:w="454" w:type="dxa"/>
          </w:tcPr>
          <w:p w14:paraId="053A353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2518036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33.962,12</w:t>
            </w:r>
          </w:p>
        </w:tc>
        <w:tc>
          <w:tcPr>
            <w:tcW w:w="1474" w:type="dxa"/>
          </w:tcPr>
          <w:p w14:paraId="2547556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CA3C86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481D8C7D" w14:textId="77777777">
        <w:trPr>
          <w:jc w:val="center"/>
        </w:trPr>
        <w:tc>
          <w:tcPr>
            <w:tcW w:w="4819" w:type="dxa"/>
          </w:tcPr>
          <w:p w14:paraId="63F23F7C" w14:textId="77777777" w:rsidR="006E1AB1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5F7A7626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7813848A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1FD0A230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1EACF40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6D754DE9" w14:textId="77777777">
        <w:trPr>
          <w:jc w:val="center"/>
        </w:trPr>
        <w:tc>
          <w:tcPr>
            <w:tcW w:w="4819" w:type="dxa"/>
          </w:tcPr>
          <w:p w14:paraId="30A360C4" w14:textId="77777777" w:rsidR="006E1AB1" w:rsidRDefault="006E1AB1"/>
        </w:tc>
        <w:tc>
          <w:tcPr>
            <w:tcW w:w="454" w:type="dxa"/>
          </w:tcPr>
          <w:p w14:paraId="06C41261" w14:textId="77777777" w:rsidR="006E1AB1" w:rsidRDefault="006E1AB1"/>
        </w:tc>
        <w:tc>
          <w:tcPr>
            <w:tcW w:w="1474" w:type="dxa"/>
          </w:tcPr>
          <w:p w14:paraId="2B01B82E" w14:textId="77777777" w:rsidR="006E1AB1" w:rsidRDefault="006E1AB1"/>
        </w:tc>
        <w:tc>
          <w:tcPr>
            <w:tcW w:w="1474" w:type="dxa"/>
          </w:tcPr>
          <w:p w14:paraId="7C03853D" w14:textId="77777777" w:rsidR="006E1AB1" w:rsidRDefault="006E1AB1"/>
        </w:tc>
        <w:tc>
          <w:tcPr>
            <w:tcW w:w="1474" w:type="dxa"/>
          </w:tcPr>
          <w:p w14:paraId="2E1B6EC5" w14:textId="77777777" w:rsidR="006E1AB1" w:rsidRDefault="006E1AB1"/>
        </w:tc>
      </w:tr>
      <w:tr w:rsidR="006E1AB1" w14:paraId="69DB7EB1" w14:textId="77777777">
        <w:trPr>
          <w:jc w:val="center"/>
        </w:trPr>
        <w:tc>
          <w:tcPr>
            <w:tcW w:w="4819" w:type="dxa"/>
          </w:tcPr>
          <w:p w14:paraId="483AD563" w14:textId="77777777" w:rsidR="006E1AB1" w:rsidRDefault="00000000">
            <w:r>
              <w:rPr>
                <w:b/>
                <w:sz w:val="16"/>
              </w:rPr>
              <w:t>AA) Recupero disavanzo di amministrazione esercizio precedente</w:t>
            </w:r>
          </w:p>
        </w:tc>
        <w:tc>
          <w:tcPr>
            <w:tcW w:w="454" w:type="dxa"/>
          </w:tcPr>
          <w:p w14:paraId="1419069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1F1F921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934937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10AE40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4EE7707E" w14:textId="77777777">
        <w:trPr>
          <w:jc w:val="center"/>
        </w:trPr>
        <w:tc>
          <w:tcPr>
            <w:tcW w:w="4819" w:type="dxa"/>
          </w:tcPr>
          <w:p w14:paraId="24984071" w14:textId="77777777" w:rsidR="006E1AB1" w:rsidRDefault="006E1AB1"/>
        </w:tc>
        <w:tc>
          <w:tcPr>
            <w:tcW w:w="454" w:type="dxa"/>
          </w:tcPr>
          <w:p w14:paraId="7FECF75A" w14:textId="77777777" w:rsidR="006E1AB1" w:rsidRDefault="006E1AB1"/>
        </w:tc>
        <w:tc>
          <w:tcPr>
            <w:tcW w:w="1474" w:type="dxa"/>
          </w:tcPr>
          <w:p w14:paraId="40DA42C3" w14:textId="77777777" w:rsidR="006E1AB1" w:rsidRDefault="006E1AB1"/>
        </w:tc>
        <w:tc>
          <w:tcPr>
            <w:tcW w:w="1474" w:type="dxa"/>
          </w:tcPr>
          <w:p w14:paraId="1040117A" w14:textId="77777777" w:rsidR="006E1AB1" w:rsidRDefault="006E1AB1"/>
        </w:tc>
        <w:tc>
          <w:tcPr>
            <w:tcW w:w="1474" w:type="dxa"/>
          </w:tcPr>
          <w:p w14:paraId="04EB389C" w14:textId="77777777" w:rsidR="006E1AB1" w:rsidRDefault="006E1AB1"/>
        </w:tc>
      </w:tr>
      <w:tr w:rsidR="006E1AB1" w14:paraId="42BD00EA" w14:textId="77777777">
        <w:trPr>
          <w:jc w:val="center"/>
        </w:trPr>
        <w:tc>
          <w:tcPr>
            <w:tcW w:w="4819" w:type="dxa"/>
          </w:tcPr>
          <w:p w14:paraId="1FD377FA" w14:textId="77777777" w:rsidR="006E1AB1" w:rsidRDefault="00000000">
            <w:r>
              <w:rPr>
                <w:b/>
                <w:sz w:val="16"/>
              </w:rPr>
              <w:t>A) Fondo pluriennale vincolato di entrata per spese correnti</w:t>
            </w:r>
          </w:p>
        </w:tc>
        <w:tc>
          <w:tcPr>
            <w:tcW w:w="454" w:type="dxa"/>
          </w:tcPr>
          <w:p w14:paraId="0EAE825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57CC341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19.226,29</w:t>
            </w:r>
          </w:p>
        </w:tc>
        <w:tc>
          <w:tcPr>
            <w:tcW w:w="1474" w:type="dxa"/>
          </w:tcPr>
          <w:p w14:paraId="4FF7AF1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C0624C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17AB244D" w14:textId="77777777">
        <w:trPr>
          <w:jc w:val="center"/>
        </w:trPr>
        <w:tc>
          <w:tcPr>
            <w:tcW w:w="4819" w:type="dxa"/>
          </w:tcPr>
          <w:p w14:paraId="67D8F423" w14:textId="77777777" w:rsidR="006E1AB1" w:rsidRDefault="006E1AB1"/>
        </w:tc>
        <w:tc>
          <w:tcPr>
            <w:tcW w:w="454" w:type="dxa"/>
          </w:tcPr>
          <w:p w14:paraId="091AC879" w14:textId="77777777" w:rsidR="006E1AB1" w:rsidRDefault="006E1AB1"/>
        </w:tc>
        <w:tc>
          <w:tcPr>
            <w:tcW w:w="1474" w:type="dxa"/>
          </w:tcPr>
          <w:p w14:paraId="638970B1" w14:textId="77777777" w:rsidR="006E1AB1" w:rsidRDefault="006E1AB1"/>
        </w:tc>
        <w:tc>
          <w:tcPr>
            <w:tcW w:w="1474" w:type="dxa"/>
          </w:tcPr>
          <w:p w14:paraId="2AB532FC" w14:textId="77777777" w:rsidR="006E1AB1" w:rsidRDefault="006E1AB1"/>
        </w:tc>
        <w:tc>
          <w:tcPr>
            <w:tcW w:w="1474" w:type="dxa"/>
          </w:tcPr>
          <w:p w14:paraId="0471AA9E" w14:textId="77777777" w:rsidR="006E1AB1" w:rsidRDefault="006E1AB1"/>
        </w:tc>
      </w:tr>
      <w:tr w:rsidR="006E1AB1" w14:paraId="48CF72CC" w14:textId="77777777">
        <w:trPr>
          <w:jc w:val="center"/>
        </w:trPr>
        <w:tc>
          <w:tcPr>
            <w:tcW w:w="4819" w:type="dxa"/>
          </w:tcPr>
          <w:p w14:paraId="1B9C5A98" w14:textId="77777777" w:rsidR="006E1AB1" w:rsidRDefault="00000000">
            <w:r>
              <w:rPr>
                <w:b/>
                <w:sz w:val="16"/>
              </w:rPr>
              <w:t>Q1) Fondo pluriennale vincolato per spese titolo 2.04 Altri trasferimenti in conto capitale iscritto in entrata</w:t>
            </w:r>
          </w:p>
        </w:tc>
        <w:tc>
          <w:tcPr>
            <w:tcW w:w="454" w:type="dxa"/>
          </w:tcPr>
          <w:p w14:paraId="584C2AA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7D0DDDD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803E39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83EB5C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1DB38C87" w14:textId="77777777">
        <w:trPr>
          <w:jc w:val="center"/>
        </w:trPr>
        <w:tc>
          <w:tcPr>
            <w:tcW w:w="4819" w:type="dxa"/>
          </w:tcPr>
          <w:p w14:paraId="5973D31A" w14:textId="77777777" w:rsidR="006E1AB1" w:rsidRDefault="006E1AB1"/>
        </w:tc>
        <w:tc>
          <w:tcPr>
            <w:tcW w:w="454" w:type="dxa"/>
          </w:tcPr>
          <w:p w14:paraId="4B7661DD" w14:textId="77777777" w:rsidR="006E1AB1" w:rsidRDefault="006E1AB1"/>
        </w:tc>
        <w:tc>
          <w:tcPr>
            <w:tcW w:w="1474" w:type="dxa"/>
          </w:tcPr>
          <w:p w14:paraId="179537D3" w14:textId="77777777" w:rsidR="006E1AB1" w:rsidRDefault="006E1AB1"/>
        </w:tc>
        <w:tc>
          <w:tcPr>
            <w:tcW w:w="1474" w:type="dxa"/>
          </w:tcPr>
          <w:p w14:paraId="528B59A4" w14:textId="77777777" w:rsidR="006E1AB1" w:rsidRDefault="006E1AB1"/>
        </w:tc>
        <w:tc>
          <w:tcPr>
            <w:tcW w:w="1474" w:type="dxa"/>
          </w:tcPr>
          <w:p w14:paraId="46FAC710" w14:textId="77777777" w:rsidR="006E1AB1" w:rsidRDefault="006E1AB1"/>
        </w:tc>
      </w:tr>
      <w:tr w:rsidR="006E1AB1" w14:paraId="14CD066B" w14:textId="77777777">
        <w:trPr>
          <w:jc w:val="center"/>
        </w:trPr>
        <w:tc>
          <w:tcPr>
            <w:tcW w:w="4819" w:type="dxa"/>
          </w:tcPr>
          <w:p w14:paraId="0C22D71C" w14:textId="77777777" w:rsidR="006E1AB1" w:rsidRDefault="00000000">
            <w:r>
              <w:rPr>
                <w:b/>
                <w:sz w:val="16"/>
              </w:rPr>
              <w:t>B) Entrate Titoli 1.00 - 2.00 - 3.00</w:t>
            </w:r>
          </w:p>
        </w:tc>
        <w:tc>
          <w:tcPr>
            <w:tcW w:w="454" w:type="dxa"/>
          </w:tcPr>
          <w:p w14:paraId="2FA30C4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1D1A3DE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903.737,72</w:t>
            </w:r>
          </w:p>
        </w:tc>
        <w:tc>
          <w:tcPr>
            <w:tcW w:w="1474" w:type="dxa"/>
          </w:tcPr>
          <w:p w14:paraId="12C6BA4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848.026,38</w:t>
            </w:r>
          </w:p>
        </w:tc>
        <w:tc>
          <w:tcPr>
            <w:tcW w:w="1474" w:type="dxa"/>
          </w:tcPr>
          <w:p w14:paraId="6CE47E4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845.020,38</w:t>
            </w:r>
          </w:p>
        </w:tc>
      </w:tr>
      <w:tr w:rsidR="006E1AB1" w14:paraId="798F8AAF" w14:textId="77777777">
        <w:trPr>
          <w:jc w:val="center"/>
        </w:trPr>
        <w:tc>
          <w:tcPr>
            <w:tcW w:w="4819" w:type="dxa"/>
          </w:tcPr>
          <w:p w14:paraId="187BF956" w14:textId="77777777" w:rsidR="006E1AB1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67191023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478CFBE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6A7FFE5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610B227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098BA1DA" w14:textId="77777777">
        <w:trPr>
          <w:jc w:val="center"/>
        </w:trPr>
        <w:tc>
          <w:tcPr>
            <w:tcW w:w="4819" w:type="dxa"/>
          </w:tcPr>
          <w:p w14:paraId="12C859FB" w14:textId="77777777" w:rsidR="006E1AB1" w:rsidRDefault="006E1AB1"/>
        </w:tc>
        <w:tc>
          <w:tcPr>
            <w:tcW w:w="454" w:type="dxa"/>
          </w:tcPr>
          <w:p w14:paraId="2B30B625" w14:textId="77777777" w:rsidR="006E1AB1" w:rsidRDefault="006E1AB1"/>
        </w:tc>
        <w:tc>
          <w:tcPr>
            <w:tcW w:w="1474" w:type="dxa"/>
          </w:tcPr>
          <w:p w14:paraId="06C8799E" w14:textId="77777777" w:rsidR="006E1AB1" w:rsidRDefault="006E1AB1"/>
        </w:tc>
        <w:tc>
          <w:tcPr>
            <w:tcW w:w="1474" w:type="dxa"/>
          </w:tcPr>
          <w:p w14:paraId="53EE6383" w14:textId="77777777" w:rsidR="006E1AB1" w:rsidRDefault="006E1AB1"/>
        </w:tc>
        <w:tc>
          <w:tcPr>
            <w:tcW w:w="1474" w:type="dxa"/>
          </w:tcPr>
          <w:p w14:paraId="7B6C6C82" w14:textId="77777777" w:rsidR="006E1AB1" w:rsidRDefault="006E1AB1"/>
        </w:tc>
      </w:tr>
      <w:tr w:rsidR="006E1AB1" w14:paraId="52FBD24D" w14:textId="77777777">
        <w:trPr>
          <w:jc w:val="center"/>
        </w:trPr>
        <w:tc>
          <w:tcPr>
            <w:tcW w:w="4819" w:type="dxa"/>
          </w:tcPr>
          <w:p w14:paraId="4CCCEDF4" w14:textId="77777777" w:rsidR="006E1AB1" w:rsidRDefault="00000000">
            <w:r>
              <w:rPr>
                <w:b/>
                <w:sz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454" w:type="dxa"/>
          </w:tcPr>
          <w:p w14:paraId="6CD1879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3D4BF03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54C578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CC6000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29334168" w14:textId="77777777">
        <w:trPr>
          <w:jc w:val="center"/>
        </w:trPr>
        <w:tc>
          <w:tcPr>
            <w:tcW w:w="4819" w:type="dxa"/>
          </w:tcPr>
          <w:p w14:paraId="21BFB203" w14:textId="77777777" w:rsidR="006E1AB1" w:rsidRDefault="006E1AB1"/>
        </w:tc>
        <w:tc>
          <w:tcPr>
            <w:tcW w:w="454" w:type="dxa"/>
          </w:tcPr>
          <w:p w14:paraId="521CCEFE" w14:textId="77777777" w:rsidR="006E1AB1" w:rsidRDefault="006E1AB1"/>
        </w:tc>
        <w:tc>
          <w:tcPr>
            <w:tcW w:w="1474" w:type="dxa"/>
          </w:tcPr>
          <w:p w14:paraId="363DBF10" w14:textId="77777777" w:rsidR="006E1AB1" w:rsidRDefault="006E1AB1"/>
        </w:tc>
        <w:tc>
          <w:tcPr>
            <w:tcW w:w="1474" w:type="dxa"/>
          </w:tcPr>
          <w:p w14:paraId="79D7AC04" w14:textId="77777777" w:rsidR="006E1AB1" w:rsidRDefault="006E1AB1"/>
        </w:tc>
        <w:tc>
          <w:tcPr>
            <w:tcW w:w="1474" w:type="dxa"/>
          </w:tcPr>
          <w:p w14:paraId="61EF022C" w14:textId="77777777" w:rsidR="006E1AB1" w:rsidRDefault="006E1AB1"/>
        </w:tc>
      </w:tr>
      <w:tr w:rsidR="006E1AB1" w14:paraId="2564EC7D" w14:textId="77777777">
        <w:trPr>
          <w:jc w:val="center"/>
        </w:trPr>
        <w:tc>
          <w:tcPr>
            <w:tcW w:w="4819" w:type="dxa"/>
          </w:tcPr>
          <w:p w14:paraId="2E60EA14" w14:textId="77777777" w:rsidR="006E1AB1" w:rsidRDefault="00000000">
            <w:r>
              <w:rPr>
                <w:b/>
                <w:sz w:val="16"/>
              </w:rPr>
              <w:t>I) Entrate di parte capitale destinate a spese correnti in base a specifiche disposizioni di legge o dei principi contabili</w:t>
            </w:r>
          </w:p>
        </w:tc>
        <w:tc>
          <w:tcPr>
            <w:tcW w:w="454" w:type="dxa"/>
          </w:tcPr>
          <w:p w14:paraId="5700DD0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572D291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A8F453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55FC06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32605461" w14:textId="77777777">
        <w:trPr>
          <w:jc w:val="center"/>
        </w:trPr>
        <w:tc>
          <w:tcPr>
            <w:tcW w:w="4819" w:type="dxa"/>
          </w:tcPr>
          <w:p w14:paraId="2BD12C50" w14:textId="77777777" w:rsidR="006E1AB1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129DB5AF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474FAC07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6875DE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229A30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707E782F" w14:textId="77777777">
        <w:trPr>
          <w:jc w:val="center"/>
        </w:trPr>
        <w:tc>
          <w:tcPr>
            <w:tcW w:w="4819" w:type="dxa"/>
          </w:tcPr>
          <w:p w14:paraId="3491EB59" w14:textId="77777777" w:rsidR="006E1AB1" w:rsidRDefault="006E1AB1"/>
        </w:tc>
        <w:tc>
          <w:tcPr>
            <w:tcW w:w="454" w:type="dxa"/>
          </w:tcPr>
          <w:p w14:paraId="5CFE9490" w14:textId="77777777" w:rsidR="006E1AB1" w:rsidRDefault="006E1AB1"/>
        </w:tc>
        <w:tc>
          <w:tcPr>
            <w:tcW w:w="1474" w:type="dxa"/>
          </w:tcPr>
          <w:p w14:paraId="2D965359" w14:textId="77777777" w:rsidR="006E1AB1" w:rsidRDefault="006E1AB1"/>
        </w:tc>
        <w:tc>
          <w:tcPr>
            <w:tcW w:w="1474" w:type="dxa"/>
          </w:tcPr>
          <w:p w14:paraId="7B083A8C" w14:textId="77777777" w:rsidR="006E1AB1" w:rsidRDefault="006E1AB1"/>
        </w:tc>
        <w:tc>
          <w:tcPr>
            <w:tcW w:w="1474" w:type="dxa"/>
          </w:tcPr>
          <w:p w14:paraId="05BAF610" w14:textId="77777777" w:rsidR="006E1AB1" w:rsidRDefault="006E1AB1"/>
        </w:tc>
      </w:tr>
      <w:tr w:rsidR="006E1AB1" w14:paraId="2CC57F11" w14:textId="77777777">
        <w:trPr>
          <w:jc w:val="center"/>
        </w:trPr>
        <w:tc>
          <w:tcPr>
            <w:tcW w:w="4819" w:type="dxa"/>
          </w:tcPr>
          <w:p w14:paraId="3ED5A201" w14:textId="77777777" w:rsidR="006E1AB1" w:rsidRDefault="00000000">
            <w:r>
              <w:rPr>
                <w:b/>
                <w:sz w:val="16"/>
              </w:rPr>
              <w:t>L) Entrate di parte corrente destinate a spese di investimento in base a specifiche disposizioni di legge o dei principi contabili</w:t>
            </w:r>
          </w:p>
        </w:tc>
        <w:tc>
          <w:tcPr>
            <w:tcW w:w="454" w:type="dxa"/>
          </w:tcPr>
          <w:p w14:paraId="24B4CED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76EE23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3E9645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BBA7FC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0A534D3C" w14:textId="77777777">
        <w:trPr>
          <w:jc w:val="center"/>
        </w:trPr>
        <w:tc>
          <w:tcPr>
            <w:tcW w:w="4819" w:type="dxa"/>
          </w:tcPr>
          <w:p w14:paraId="2FA86D5E" w14:textId="77777777" w:rsidR="006E1AB1" w:rsidRDefault="006E1AB1"/>
        </w:tc>
        <w:tc>
          <w:tcPr>
            <w:tcW w:w="454" w:type="dxa"/>
          </w:tcPr>
          <w:p w14:paraId="6B787FD8" w14:textId="77777777" w:rsidR="006E1AB1" w:rsidRDefault="006E1AB1"/>
        </w:tc>
        <w:tc>
          <w:tcPr>
            <w:tcW w:w="1474" w:type="dxa"/>
          </w:tcPr>
          <w:p w14:paraId="08CD735D" w14:textId="77777777" w:rsidR="006E1AB1" w:rsidRDefault="006E1AB1"/>
        </w:tc>
        <w:tc>
          <w:tcPr>
            <w:tcW w:w="1474" w:type="dxa"/>
          </w:tcPr>
          <w:p w14:paraId="4CCF6DDB" w14:textId="77777777" w:rsidR="006E1AB1" w:rsidRDefault="006E1AB1"/>
        </w:tc>
        <w:tc>
          <w:tcPr>
            <w:tcW w:w="1474" w:type="dxa"/>
          </w:tcPr>
          <w:p w14:paraId="4CB657CE" w14:textId="77777777" w:rsidR="006E1AB1" w:rsidRDefault="006E1AB1"/>
        </w:tc>
      </w:tr>
      <w:tr w:rsidR="006E1AB1" w14:paraId="5DDB36DB" w14:textId="77777777">
        <w:trPr>
          <w:jc w:val="center"/>
        </w:trPr>
        <w:tc>
          <w:tcPr>
            <w:tcW w:w="4819" w:type="dxa"/>
          </w:tcPr>
          <w:p w14:paraId="38C6B0A4" w14:textId="77777777" w:rsidR="006E1AB1" w:rsidRDefault="00000000">
            <w:r>
              <w:rPr>
                <w:b/>
                <w:sz w:val="16"/>
              </w:rPr>
              <w:t>M) Entrate da accensione di prestiti destinate a estinzione anticipata dei prestiti</w:t>
            </w:r>
          </w:p>
        </w:tc>
        <w:tc>
          <w:tcPr>
            <w:tcW w:w="454" w:type="dxa"/>
          </w:tcPr>
          <w:p w14:paraId="3973661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1B21148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F1DE03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82EFE3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266D8170" w14:textId="77777777">
        <w:trPr>
          <w:jc w:val="center"/>
        </w:trPr>
        <w:tc>
          <w:tcPr>
            <w:tcW w:w="4819" w:type="dxa"/>
          </w:tcPr>
          <w:p w14:paraId="3DD45636" w14:textId="77777777" w:rsidR="006E1AB1" w:rsidRDefault="006E1AB1"/>
        </w:tc>
        <w:tc>
          <w:tcPr>
            <w:tcW w:w="454" w:type="dxa"/>
          </w:tcPr>
          <w:p w14:paraId="15FC299D" w14:textId="77777777" w:rsidR="006E1AB1" w:rsidRDefault="006E1AB1"/>
        </w:tc>
        <w:tc>
          <w:tcPr>
            <w:tcW w:w="1474" w:type="dxa"/>
          </w:tcPr>
          <w:p w14:paraId="05D53744" w14:textId="77777777" w:rsidR="006E1AB1" w:rsidRDefault="006E1AB1"/>
        </w:tc>
        <w:tc>
          <w:tcPr>
            <w:tcW w:w="1474" w:type="dxa"/>
          </w:tcPr>
          <w:p w14:paraId="5FB5ED44" w14:textId="77777777" w:rsidR="006E1AB1" w:rsidRDefault="006E1AB1"/>
        </w:tc>
        <w:tc>
          <w:tcPr>
            <w:tcW w:w="1474" w:type="dxa"/>
          </w:tcPr>
          <w:p w14:paraId="615C2111" w14:textId="77777777" w:rsidR="006E1AB1" w:rsidRDefault="006E1AB1"/>
        </w:tc>
      </w:tr>
      <w:tr w:rsidR="006E1AB1" w14:paraId="20F1B259" w14:textId="77777777">
        <w:trPr>
          <w:jc w:val="center"/>
        </w:trPr>
        <w:tc>
          <w:tcPr>
            <w:tcW w:w="4819" w:type="dxa"/>
          </w:tcPr>
          <w:p w14:paraId="520B6D9E" w14:textId="77777777" w:rsidR="006E1AB1" w:rsidRDefault="00000000">
            <w:r>
              <w:rPr>
                <w:b/>
                <w:sz w:val="16"/>
              </w:rPr>
              <w:t>D) Spese Titolo 1.00 - Spese correnti</w:t>
            </w:r>
          </w:p>
        </w:tc>
        <w:tc>
          <w:tcPr>
            <w:tcW w:w="454" w:type="dxa"/>
          </w:tcPr>
          <w:p w14:paraId="1B792EA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12FE7D0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921.819,13</w:t>
            </w:r>
          </w:p>
        </w:tc>
        <w:tc>
          <w:tcPr>
            <w:tcW w:w="1474" w:type="dxa"/>
          </w:tcPr>
          <w:p w14:paraId="480E50C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819.900,38</w:t>
            </w:r>
          </w:p>
        </w:tc>
        <w:tc>
          <w:tcPr>
            <w:tcW w:w="1474" w:type="dxa"/>
          </w:tcPr>
          <w:p w14:paraId="683DABB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817.384,38</w:t>
            </w:r>
          </w:p>
        </w:tc>
      </w:tr>
      <w:tr w:rsidR="006E1AB1" w14:paraId="3238E621" w14:textId="77777777">
        <w:trPr>
          <w:jc w:val="center"/>
        </w:trPr>
        <w:tc>
          <w:tcPr>
            <w:tcW w:w="4819" w:type="dxa"/>
          </w:tcPr>
          <w:p w14:paraId="7353C783" w14:textId="77777777" w:rsidR="006E1AB1" w:rsidRDefault="00000000">
            <w:r>
              <w:rPr>
                <w:sz w:val="16"/>
              </w:rPr>
              <w:t>di cui:</w:t>
            </w:r>
          </w:p>
        </w:tc>
        <w:tc>
          <w:tcPr>
            <w:tcW w:w="454" w:type="dxa"/>
          </w:tcPr>
          <w:p w14:paraId="7019DBDB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2B1456B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464FBBEB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BE8EF7F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11DC7CF8" w14:textId="77777777">
        <w:trPr>
          <w:jc w:val="center"/>
        </w:trPr>
        <w:tc>
          <w:tcPr>
            <w:tcW w:w="4819" w:type="dxa"/>
          </w:tcPr>
          <w:p w14:paraId="4BE157BB" w14:textId="77777777" w:rsidR="006E1AB1" w:rsidRDefault="00000000">
            <w:r>
              <w:rPr>
                <w:sz w:val="16"/>
              </w:rPr>
              <w:t>- fondo pluriennale vincolato</w:t>
            </w:r>
          </w:p>
        </w:tc>
        <w:tc>
          <w:tcPr>
            <w:tcW w:w="454" w:type="dxa"/>
          </w:tcPr>
          <w:p w14:paraId="1EEF6F50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628E036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D24D70F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95B627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5B5B2643" w14:textId="77777777">
        <w:trPr>
          <w:jc w:val="center"/>
        </w:trPr>
        <w:tc>
          <w:tcPr>
            <w:tcW w:w="4819" w:type="dxa"/>
          </w:tcPr>
          <w:p w14:paraId="52B2E97E" w14:textId="77777777" w:rsidR="006E1AB1" w:rsidRDefault="00000000">
            <w:r>
              <w:rPr>
                <w:sz w:val="16"/>
              </w:rPr>
              <w:t>- fondo crediti di dubbia esigibilità</w:t>
            </w:r>
          </w:p>
        </w:tc>
        <w:tc>
          <w:tcPr>
            <w:tcW w:w="454" w:type="dxa"/>
          </w:tcPr>
          <w:p w14:paraId="34B477D7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0A66509F" w14:textId="77777777" w:rsidR="006E1AB1" w:rsidRDefault="00000000">
            <w:pPr>
              <w:jc w:val="right"/>
            </w:pPr>
            <w:r>
              <w:rPr>
                <w:sz w:val="16"/>
              </w:rPr>
              <w:t>13.323,52</w:t>
            </w:r>
          </w:p>
        </w:tc>
        <w:tc>
          <w:tcPr>
            <w:tcW w:w="1474" w:type="dxa"/>
          </w:tcPr>
          <w:p w14:paraId="122F8B41" w14:textId="77777777" w:rsidR="006E1AB1" w:rsidRDefault="00000000">
            <w:pPr>
              <w:jc w:val="right"/>
            </w:pPr>
            <w:r>
              <w:rPr>
                <w:sz w:val="16"/>
              </w:rPr>
              <w:t>11.572,52</w:t>
            </w:r>
          </w:p>
        </w:tc>
        <w:tc>
          <w:tcPr>
            <w:tcW w:w="1474" w:type="dxa"/>
          </w:tcPr>
          <w:p w14:paraId="44FDE586" w14:textId="77777777" w:rsidR="006E1AB1" w:rsidRDefault="00000000">
            <w:pPr>
              <w:jc w:val="right"/>
            </w:pPr>
            <w:r>
              <w:rPr>
                <w:sz w:val="16"/>
              </w:rPr>
              <w:t>11.572,52</w:t>
            </w:r>
          </w:p>
        </w:tc>
      </w:tr>
      <w:tr w:rsidR="006E1AB1" w14:paraId="42B9BA23" w14:textId="77777777">
        <w:trPr>
          <w:jc w:val="center"/>
        </w:trPr>
        <w:tc>
          <w:tcPr>
            <w:tcW w:w="4819" w:type="dxa"/>
          </w:tcPr>
          <w:p w14:paraId="52D7B759" w14:textId="77777777" w:rsidR="006E1AB1" w:rsidRDefault="006E1AB1"/>
        </w:tc>
        <w:tc>
          <w:tcPr>
            <w:tcW w:w="454" w:type="dxa"/>
          </w:tcPr>
          <w:p w14:paraId="38A1B776" w14:textId="77777777" w:rsidR="006E1AB1" w:rsidRDefault="006E1AB1"/>
        </w:tc>
        <w:tc>
          <w:tcPr>
            <w:tcW w:w="1474" w:type="dxa"/>
          </w:tcPr>
          <w:p w14:paraId="2F07F373" w14:textId="77777777" w:rsidR="006E1AB1" w:rsidRDefault="006E1AB1"/>
        </w:tc>
        <w:tc>
          <w:tcPr>
            <w:tcW w:w="1474" w:type="dxa"/>
          </w:tcPr>
          <w:p w14:paraId="5F13447D" w14:textId="77777777" w:rsidR="006E1AB1" w:rsidRDefault="006E1AB1"/>
        </w:tc>
        <w:tc>
          <w:tcPr>
            <w:tcW w:w="1474" w:type="dxa"/>
          </w:tcPr>
          <w:p w14:paraId="013754B8" w14:textId="77777777" w:rsidR="006E1AB1" w:rsidRDefault="006E1AB1"/>
        </w:tc>
      </w:tr>
      <w:tr w:rsidR="006E1AB1" w14:paraId="35930059" w14:textId="77777777">
        <w:trPr>
          <w:jc w:val="center"/>
        </w:trPr>
        <w:tc>
          <w:tcPr>
            <w:tcW w:w="4819" w:type="dxa"/>
          </w:tcPr>
          <w:p w14:paraId="6A269965" w14:textId="77777777" w:rsidR="006E1AB1" w:rsidRDefault="00000000">
            <w:r>
              <w:rPr>
                <w:b/>
                <w:sz w:val="16"/>
              </w:rPr>
              <w:t>E) Spese Titolo 2.04 - Altri trasferimenti in conto capitale</w:t>
            </w:r>
          </w:p>
        </w:tc>
        <w:tc>
          <w:tcPr>
            <w:tcW w:w="454" w:type="dxa"/>
          </w:tcPr>
          <w:p w14:paraId="65D7A45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1CC85F9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E090B3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BFFF62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3F90C20D" w14:textId="77777777">
        <w:trPr>
          <w:jc w:val="center"/>
        </w:trPr>
        <w:tc>
          <w:tcPr>
            <w:tcW w:w="4819" w:type="dxa"/>
          </w:tcPr>
          <w:p w14:paraId="6381296D" w14:textId="77777777" w:rsidR="006E1AB1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6D1F254B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5EE6A142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0C55A4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E257F48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5DC71CF4" w14:textId="77777777">
        <w:trPr>
          <w:jc w:val="center"/>
        </w:trPr>
        <w:tc>
          <w:tcPr>
            <w:tcW w:w="4819" w:type="dxa"/>
          </w:tcPr>
          <w:p w14:paraId="2F713ED8" w14:textId="77777777" w:rsidR="006E1AB1" w:rsidRDefault="006E1AB1"/>
        </w:tc>
        <w:tc>
          <w:tcPr>
            <w:tcW w:w="454" w:type="dxa"/>
          </w:tcPr>
          <w:p w14:paraId="2684C14F" w14:textId="77777777" w:rsidR="006E1AB1" w:rsidRDefault="006E1AB1"/>
        </w:tc>
        <w:tc>
          <w:tcPr>
            <w:tcW w:w="1474" w:type="dxa"/>
          </w:tcPr>
          <w:p w14:paraId="4DF8A933" w14:textId="77777777" w:rsidR="006E1AB1" w:rsidRDefault="006E1AB1"/>
        </w:tc>
        <w:tc>
          <w:tcPr>
            <w:tcW w:w="1474" w:type="dxa"/>
          </w:tcPr>
          <w:p w14:paraId="577FD787" w14:textId="77777777" w:rsidR="006E1AB1" w:rsidRDefault="006E1AB1"/>
        </w:tc>
        <w:tc>
          <w:tcPr>
            <w:tcW w:w="1474" w:type="dxa"/>
          </w:tcPr>
          <w:p w14:paraId="5E7C3341" w14:textId="77777777" w:rsidR="006E1AB1" w:rsidRDefault="006E1AB1"/>
        </w:tc>
      </w:tr>
      <w:tr w:rsidR="006E1AB1" w14:paraId="41A8557D" w14:textId="77777777">
        <w:trPr>
          <w:jc w:val="center"/>
        </w:trPr>
        <w:tc>
          <w:tcPr>
            <w:tcW w:w="4819" w:type="dxa"/>
          </w:tcPr>
          <w:p w14:paraId="3AAE9C66" w14:textId="77777777" w:rsidR="006E1AB1" w:rsidRDefault="00000000">
            <w:r>
              <w:rPr>
                <w:b/>
                <w:sz w:val="16"/>
              </w:rPr>
              <w:t>F) Spese Titolo 4.00 - Quote di capitale amm.to dei mutui e prestiti obbligazionari</w:t>
            </w:r>
          </w:p>
        </w:tc>
        <w:tc>
          <w:tcPr>
            <w:tcW w:w="454" w:type="dxa"/>
          </w:tcPr>
          <w:p w14:paraId="57B2D42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02812FD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35.107,00</w:t>
            </w:r>
          </w:p>
        </w:tc>
        <w:tc>
          <w:tcPr>
            <w:tcW w:w="1474" w:type="dxa"/>
          </w:tcPr>
          <w:p w14:paraId="3114040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28.126,00</w:t>
            </w:r>
          </w:p>
        </w:tc>
        <w:tc>
          <w:tcPr>
            <w:tcW w:w="1474" w:type="dxa"/>
          </w:tcPr>
          <w:p w14:paraId="67EB1C4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27.636,00</w:t>
            </w:r>
          </w:p>
        </w:tc>
      </w:tr>
      <w:tr w:rsidR="006E1AB1" w14:paraId="72DAEC03" w14:textId="77777777">
        <w:trPr>
          <w:jc w:val="center"/>
        </w:trPr>
        <w:tc>
          <w:tcPr>
            <w:tcW w:w="4819" w:type="dxa"/>
          </w:tcPr>
          <w:p w14:paraId="71E46EC1" w14:textId="77777777" w:rsidR="006E1AB1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6379D3DA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53C14835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8FBF651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5254BD5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632E5731" w14:textId="77777777">
        <w:trPr>
          <w:jc w:val="center"/>
        </w:trPr>
        <w:tc>
          <w:tcPr>
            <w:tcW w:w="4819" w:type="dxa"/>
          </w:tcPr>
          <w:p w14:paraId="539D33C9" w14:textId="77777777" w:rsidR="006E1AB1" w:rsidRDefault="00000000">
            <w:r>
              <w:rPr>
                <w:sz w:val="16"/>
              </w:rPr>
              <w:t>di cui Fondo ancitipazioni di liquidità</w:t>
            </w:r>
          </w:p>
        </w:tc>
        <w:tc>
          <w:tcPr>
            <w:tcW w:w="454" w:type="dxa"/>
          </w:tcPr>
          <w:p w14:paraId="50D89A3C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20A1BF1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82BF61E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498DE245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1C07F23C" w14:textId="77777777">
        <w:trPr>
          <w:jc w:val="center"/>
        </w:trPr>
        <w:tc>
          <w:tcPr>
            <w:tcW w:w="4819" w:type="dxa"/>
          </w:tcPr>
          <w:p w14:paraId="03D3E2BF" w14:textId="77777777" w:rsidR="006E1AB1" w:rsidRDefault="006E1AB1"/>
        </w:tc>
        <w:tc>
          <w:tcPr>
            <w:tcW w:w="454" w:type="dxa"/>
          </w:tcPr>
          <w:p w14:paraId="72AE7B19" w14:textId="77777777" w:rsidR="006E1AB1" w:rsidRDefault="006E1AB1"/>
        </w:tc>
        <w:tc>
          <w:tcPr>
            <w:tcW w:w="1474" w:type="dxa"/>
          </w:tcPr>
          <w:p w14:paraId="2AB55363" w14:textId="77777777" w:rsidR="006E1AB1" w:rsidRDefault="006E1AB1"/>
        </w:tc>
        <w:tc>
          <w:tcPr>
            <w:tcW w:w="1474" w:type="dxa"/>
          </w:tcPr>
          <w:p w14:paraId="094CC69F" w14:textId="77777777" w:rsidR="006E1AB1" w:rsidRDefault="006E1AB1"/>
        </w:tc>
        <w:tc>
          <w:tcPr>
            <w:tcW w:w="1474" w:type="dxa"/>
          </w:tcPr>
          <w:p w14:paraId="616C8A71" w14:textId="77777777" w:rsidR="006E1AB1" w:rsidRDefault="006E1AB1"/>
        </w:tc>
      </w:tr>
      <w:tr w:rsidR="006E1AB1" w14:paraId="312417DA" w14:textId="77777777">
        <w:trPr>
          <w:jc w:val="center"/>
        </w:trPr>
        <w:tc>
          <w:tcPr>
            <w:tcW w:w="4819" w:type="dxa"/>
          </w:tcPr>
          <w:p w14:paraId="77E4B1D3" w14:textId="77777777" w:rsidR="006E1AB1" w:rsidRDefault="00000000">
            <w:r>
              <w:rPr>
                <w:b/>
                <w:sz w:val="16"/>
              </w:rPr>
              <w:t>VF) Variazioni di attività finanziarie (se negativo)</w:t>
            </w:r>
          </w:p>
        </w:tc>
        <w:tc>
          <w:tcPr>
            <w:tcW w:w="454" w:type="dxa"/>
          </w:tcPr>
          <w:p w14:paraId="1B86D72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1EF9A60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A6220D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193E0C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3062BF71" w14:textId="77777777">
        <w:trPr>
          <w:jc w:val="center"/>
        </w:trPr>
        <w:tc>
          <w:tcPr>
            <w:tcW w:w="4819" w:type="dxa"/>
          </w:tcPr>
          <w:p w14:paraId="50B3D7F1" w14:textId="77777777" w:rsidR="006E1AB1" w:rsidRDefault="006E1AB1"/>
        </w:tc>
        <w:tc>
          <w:tcPr>
            <w:tcW w:w="454" w:type="dxa"/>
          </w:tcPr>
          <w:p w14:paraId="1E7018E9" w14:textId="77777777" w:rsidR="006E1AB1" w:rsidRDefault="006E1AB1"/>
        </w:tc>
        <w:tc>
          <w:tcPr>
            <w:tcW w:w="1474" w:type="dxa"/>
          </w:tcPr>
          <w:p w14:paraId="4D786CC0" w14:textId="77777777" w:rsidR="006E1AB1" w:rsidRDefault="006E1AB1"/>
        </w:tc>
        <w:tc>
          <w:tcPr>
            <w:tcW w:w="1474" w:type="dxa"/>
          </w:tcPr>
          <w:p w14:paraId="1FF0CDE1" w14:textId="77777777" w:rsidR="006E1AB1" w:rsidRDefault="006E1AB1"/>
        </w:tc>
        <w:tc>
          <w:tcPr>
            <w:tcW w:w="1474" w:type="dxa"/>
          </w:tcPr>
          <w:p w14:paraId="7416F931" w14:textId="77777777" w:rsidR="006E1AB1" w:rsidRDefault="006E1AB1"/>
        </w:tc>
      </w:tr>
      <w:tr w:rsidR="006E1AB1" w14:paraId="04AF8747" w14:textId="77777777">
        <w:trPr>
          <w:jc w:val="center"/>
        </w:trPr>
        <w:tc>
          <w:tcPr>
            <w:tcW w:w="4819" w:type="dxa"/>
            <w:shd w:val="clear" w:color="auto" w:fill="BDD7EE"/>
          </w:tcPr>
          <w:p w14:paraId="57572898" w14:textId="77777777" w:rsidR="006E1AB1" w:rsidRDefault="00000000">
            <w:r>
              <w:rPr>
                <w:sz w:val="16"/>
              </w:rPr>
              <w:t>O) Equilibri di parte corrente</w:t>
            </w:r>
          </w:p>
        </w:tc>
        <w:tc>
          <w:tcPr>
            <w:tcW w:w="454" w:type="dxa"/>
            <w:shd w:val="clear" w:color="auto" w:fill="BDD7EE"/>
          </w:tcPr>
          <w:p w14:paraId="45BD2131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BDD7EE"/>
          </w:tcPr>
          <w:p w14:paraId="03AF23B4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70F96E21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2C02DB9B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061F9D81" w14:textId="77777777">
        <w:trPr>
          <w:jc w:val="center"/>
        </w:trPr>
        <w:tc>
          <w:tcPr>
            <w:tcW w:w="4819" w:type="dxa"/>
          </w:tcPr>
          <w:p w14:paraId="5CE56A96" w14:textId="77777777" w:rsidR="006E1AB1" w:rsidRDefault="006E1AB1"/>
        </w:tc>
        <w:tc>
          <w:tcPr>
            <w:tcW w:w="454" w:type="dxa"/>
          </w:tcPr>
          <w:p w14:paraId="6836D462" w14:textId="77777777" w:rsidR="006E1AB1" w:rsidRDefault="006E1AB1"/>
        </w:tc>
        <w:tc>
          <w:tcPr>
            <w:tcW w:w="1474" w:type="dxa"/>
          </w:tcPr>
          <w:p w14:paraId="1A7E8FEA" w14:textId="77777777" w:rsidR="006E1AB1" w:rsidRDefault="006E1AB1"/>
        </w:tc>
        <w:tc>
          <w:tcPr>
            <w:tcW w:w="1474" w:type="dxa"/>
          </w:tcPr>
          <w:p w14:paraId="0463D575" w14:textId="77777777" w:rsidR="006E1AB1" w:rsidRDefault="006E1AB1"/>
        </w:tc>
        <w:tc>
          <w:tcPr>
            <w:tcW w:w="1474" w:type="dxa"/>
          </w:tcPr>
          <w:p w14:paraId="0500ADFE" w14:textId="77777777" w:rsidR="006E1AB1" w:rsidRDefault="006E1AB1"/>
        </w:tc>
      </w:tr>
      <w:tr w:rsidR="006E1AB1" w14:paraId="0F648C32" w14:textId="77777777">
        <w:trPr>
          <w:jc w:val="center"/>
        </w:trPr>
        <w:tc>
          <w:tcPr>
            <w:tcW w:w="4819" w:type="dxa"/>
          </w:tcPr>
          <w:p w14:paraId="05EA0222" w14:textId="77777777" w:rsidR="006E1AB1" w:rsidRDefault="00000000">
            <w:r>
              <w:rPr>
                <w:b/>
                <w:sz w:val="16"/>
              </w:rPr>
              <w:t>P) Utilizzo risultato di amministrazione per spese di investimento</w:t>
            </w:r>
          </w:p>
        </w:tc>
        <w:tc>
          <w:tcPr>
            <w:tcW w:w="454" w:type="dxa"/>
          </w:tcPr>
          <w:p w14:paraId="7D60828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7A7C6D6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286.398,59</w:t>
            </w:r>
          </w:p>
        </w:tc>
        <w:tc>
          <w:tcPr>
            <w:tcW w:w="1474" w:type="dxa"/>
          </w:tcPr>
          <w:p w14:paraId="127CF14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E416FA2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291E56DB" w14:textId="77777777">
        <w:trPr>
          <w:jc w:val="center"/>
        </w:trPr>
        <w:tc>
          <w:tcPr>
            <w:tcW w:w="4819" w:type="dxa"/>
          </w:tcPr>
          <w:p w14:paraId="1F6314AF" w14:textId="77777777" w:rsidR="006E1AB1" w:rsidRDefault="006E1AB1"/>
        </w:tc>
        <w:tc>
          <w:tcPr>
            <w:tcW w:w="454" w:type="dxa"/>
          </w:tcPr>
          <w:p w14:paraId="371D5218" w14:textId="77777777" w:rsidR="006E1AB1" w:rsidRDefault="006E1AB1"/>
        </w:tc>
        <w:tc>
          <w:tcPr>
            <w:tcW w:w="1474" w:type="dxa"/>
          </w:tcPr>
          <w:p w14:paraId="7AE3385C" w14:textId="77777777" w:rsidR="006E1AB1" w:rsidRDefault="006E1AB1"/>
        </w:tc>
        <w:tc>
          <w:tcPr>
            <w:tcW w:w="1474" w:type="dxa"/>
          </w:tcPr>
          <w:p w14:paraId="79F612DC" w14:textId="77777777" w:rsidR="006E1AB1" w:rsidRDefault="006E1AB1"/>
        </w:tc>
        <w:tc>
          <w:tcPr>
            <w:tcW w:w="1474" w:type="dxa"/>
          </w:tcPr>
          <w:p w14:paraId="703E826C" w14:textId="77777777" w:rsidR="006E1AB1" w:rsidRDefault="006E1AB1"/>
        </w:tc>
      </w:tr>
      <w:tr w:rsidR="006E1AB1" w14:paraId="78F270DB" w14:textId="77777777">
        <w:trPr>
          <w:jc w:val="center"/>
        </w:trPr>
        <w:tc>
          <w:tcPr>
            <w:tcW w:w="4819" w:type="dxa"/>
          </w:tcPr>
          <w:p w14:paraId="0BF6DF83" w14:textId="77777777" w:rsidR="006E1AB1" w:rsidRDefault="00000000">
            <w:r>
              <w:rPr>
                <w:b/>
                <w:sz w:val="16"/>
              </w:rPr>
              <w:t>Q) Fondo pluriennale vincolato di entrata per spese in conto capitale</w:t>
            </w:r>
          </w:p>
        </w:tc>
        <w:tc>
          <w:tcPr>
            <w:tcW w:w="454" w:type="dxa"/>
          </w:tcPr>
          <w:p w14:paraId="18E950C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49CD826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90.105,13</w:t>
            </w:r>
          </w:p>
        </w:tc>
        <w:tc>
          <w:tcPr>
            <w:tcW w:w="1474" w:type="dxa"/>
          </w:tcPr>
          <w:p w14:paraId="6C101FD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1A1D84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31EA421B" w14:textId="77777777">
        <w:trPr>
          <w:jc w:val="center"/>
        </w:trPr>
        <w:tc>
          <w:tcPr>
            <w:tcW w:w="4819" w:type="dxa"/>
          </w:tcPr>
          <w:p w14:paraId="07E07EB1" w14:textId="77777777" w:rsidR="006E1AB1" w:rsidRDefault="006E1AB1"/>
        </w:tc>
        <w:tc>
          <w:tcPr>
            <w:tcW w:w="454" w:type="dxa"/>
          </w:tcPr>
          <w:p w14:paraId="4A690CF7" w14:textId="77777777" w:rsidR="006E1AB1" w:rsidRDefault="006E1AB1"/>
        </w:tc>
        <w:tc>
          <w:tcPr>
            <w:tcW w:w="1474" w:type="dxa"/>
          </w:tcPr>
          <w:p w14:paraId="3B233034" w14:textId="77777777" w:rsidR="006E1AB1" w:rsidRDefault="006E1AB1"/>
        </w:tc>
        <w:tc>
          <w:tcPr>
            <w:tcW w:w="1474" w:type="dxa"/>
          </w:tcPr>
          <w:p w14:paraId="4FFD17E0" w14:textId="77777777" w:rsidR="006E1AB1" w:rsidRDefault="006E1AB1"/>
        </w:tc>
        <w:tc>
          <w:tcPr>
            <w:tcW w:w="1474" w:type="dxa"/>
          </w:tcPr>
          <w:p w14:paraId="3B89D62D" w14:textId="77777777" w:rsidR="006E1AB1" w:rsidRDefault="006E1AB1"/>
        </w:tc>
      </w:tr>
      <w:tr w:rsidR="006E1AB1" w14:paraId="5D6445F8" w14:textId="77777777">
        <w:trPr>
          <w:jc w:val="center"/>
        </w:trPr>
        <w:tc>
          <w:tcPr>
            <w:tcW w:w="4819" w:type="dxa"/>
          </w:tcPr>
          <w:p w14:paraId="02F6E3C6" w14:textId="77777777" w:rsidR="006E1AB1" w:rsidRDefault="00000000">
            <w:r>
              <w:rPr>
                <w:b/>
                <w:sz w:val="16"/>
              </w:rPr>
              <w:t>Q1) Fondo pluriennale vincolato per spese titolo 2.04 Altri trasferimenti in conto capitale iscritto in entrata</w:t>
            </w:r>
          </w:p>
        </w:tc>
        <w:tc>
          <w:tcPr>
            <w:tcW w:w="454" w:type="dxa"/>
          </w:tcPr>
          <w:p w14:paraId="548CCDD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8C2743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6F09C0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79D6CD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28CE9099" w14:textId="77777777">
        <w:trPr>
          <w:jc w:val="center"/>
        </w:trPr>
        <w:tc>
          <w:tcPr>
            <w:tcW w:w="4819" w:type="dxa"/>
          </w:tcPr>
          <w:p w14:paraId="6ADD3633" w14:textId="77777777" w:rsidR="006E1AB1" w:rsidRDefault="006E1AB1"/>
        </w:tc>
        <w:tc>
          <w:tcPr>
            <w:tcW w:w="454" w:type="dxa"/>
          </w:tcPr>
          <w:p w14:paraId="43752D13" w14:textId="77777777" w:rsidR="006E1AB1" w:rsidRDefault="006E1AB1"/>
        </w:tc>
        <w:tc>
          <w:tcPr>
            <w:tcW w:w="1474" w:type="dxa"/>
          </w:tcPr>
          <w:p w14:paraId="014F1722" w14:textId="77777777" w:rsidR="006E1AB1" w:rsidRDefault="006E1AB1"/>
        </w:tc>
        <w:tc>
          <w:tcPr>
            <w:tcW w:w="1474" w:type="dxa"/>
          </w:tcPr>
          <w:p w14:paraId="52373609" w14:textId="77777777" w:rsidR="006E1AB1" w:rsidRDefault="006E1AB1"/>
        </w:tc>
        <w:tc>
          <w:tcPr>
            <w:tcW w:w="1474" w:type="dxa"/>
          </w:tcPr>
          <w:p w14:paraId="2B20EA70" w14:textId="77777777" w:rsidR="006E1AB1" w:rsidRDefault="006E1AB1"/>
        </w:tc>
      </w:tr>
      <w:tr w:rsidR="006E1AB1" w14:paraId="38422058" w14:textId="77777777">
        <w:trPr>
          <w:jc w:val="center"/>
        </w:trPr>
        <w:tc>
          <w:tcPr>
            <w:tcW w:w="4819" w:type="dxa"/>
          </w:tcPr>
          <w:p w14:paraId="178E031E" w14:textId="77777777" w:rsidR="006E1AB1" w:rsidRDefault="00000000">
            <w:r>
              <w:rPr>
                <w:b/>
                <w:sz w:val="16"/>
              </w:rPr>
              <w:t>J2) Fondo pluriennale vincolato per spese Titolo 3.01 Acquisizioni di attività finanziarie iscritto in entrata</w:t>
            </w:r>
          </w:p>
        </w:tc>
        <w:tc>
          <w:tcPr>
            <w:tcW w:w="454" w:type="dxa"/>
          </w:tcPr>
          <w:p w14:paraId="3E1A5EF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14B9944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E7B29C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5FDE4D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13D5A4FC" w14:textId="77777777">
        <w:trPr>
          <w:jc w:val="center"/>
        </w:trPr>
        <w:tc>
          <w:tcPr>
            <w:tcW w:w="4819" w:type="dxa"/>
          </w:tcPr>
          <w:p w14:paraId="5BDFA7EF" w14:textId="77777777" w:rsidR="006E1AB1" w:rsidRDefault="006E1AB1"/>
        </w:tc>
        <w:tc>
          <w:tcPr>
            <w:tcW w:w="454" w:type="dxa"/>
          </w:tcPr>
          <w:p w14:paraId="2E3A5F1B" w14:textId="77777777" w:rsidR="006E1AB1" w:rsidRDefault="006E1AB1"/>
        </w:tc>
        <w:tc>
          <w:tcPr>
            <w:tcW w:w="1474" w:type="dxa"/>
          </w:tcPr>
          <w:p w14:paraId="105F5C23" w14:textId="77777777" w:rsidR="006E1AB1" w:rsidRDefault="006E1AB1"/>
        </w:tc>
        <w:tc>
          <w:tcPr>
            <w:tcW w:w="1474" w:type="dxa"/>
          </w:tcPr>
          <w:p w14:paraId="355E6F93" w14:textId="77777777" w:rsidR="006E1AB1" w:rsidRDefault="006E1AB1"/>
        </w:tc>
        <w:tc>
          <w:tcPr>
            <w:tcW w:w="1474" w:type="dxa"/>
          </w:tcPr>
          <w:p w14:paraId="02EB3179" w14:textId="77777777" w:rsidR="006E1AB1" w:rsidRDefault="006E1AB1"/>
        </w:tc>
      </w:tr>
      <w:tr w:rsidR="006E1AB1" w14:paraId="52F8E09E" w14:textId="77777777">
        <w:trPr>
          <w:jc w:val="center"/>
        </w:trPr>
        <w:tc>
          <w:tcPr>
            <w:tcW w:w="4819" w:type="dxa"/>
          </w:tcPr>
          <w:p w14:paraId="0627099B" w14:textId="77777777" w:rsidR="006E1AB1" w:rsidRDefault="00000000">
            <w:r>
              <w:rPr>
                <w:b/>
                <w:sz w:val="16"/>
              </w:rPr>
              <w:t>R) Entrate Titoli 4.00-5.00-6.00</w:t>
            </w:r>
          </w:p>
        </w:tc>
        <w:tc>
          <w:tcPr>
            <w:tcW w:w="454" w:type="dxa"/>
          </w:tcPr>
          <w:p w14:paraId="22A8305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29523EF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175.995,00</w:t>
            </w:r>
          </w:p>
        </w:tc>
        <w:tc>
          <w:tcPr>
            <w:tcW w:w="1474" w:type="dxa"/>
          </w:tcPr>
          <w:p w14:paraId="53462B4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11.000,00</w:t>
            </w:r>
          </w:p>
        </w:tc>
        <w:tc>
          <w:tcPr>
            <w:tcW w:w="1474" w:type="dxa"/>
          </w:tcPr>
          <w:p w14:paraId="45F7EAD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11.000,00</w:t>
            </w:r>
          </w:p>
        </w:tc>
      </w:tr>
      <w:tr w:rsidR="006E1AB1" w14:paraId="048E8815" w14:textId="77777777">
        <w:trPr>
          <w:jc w:val="center"/>
        </w:trPr>
        <w:tc>
          <w:tcPr>
            <w:tcW w:w="4819" w:type="dxa"/>
          </w:tcPr>
          <w:p w14:paraId="30CDF52D" w14:textId="77777777" w:rsidR="006E1AB1" w:rsidRDefault="006E1AB1"/>
        </w:tc>
        <w:tc>
          <w:tcPr>
            <w:tcW w:w="454" w:type="dxa"/>
          </w:tcPr>
          <w:p w14:paraId="684388C6" w14:textId="77777777" w:rsidR="006E1AB1" w:rsidRDefault="006E1AB1"/>
        </w:tc>
        <w:tc>
          <w:tcPr>
            <w:tcW w:w="1474" w:type="dxa"/>
          </w:tcPr>
          <w:p w14:paraId="01E31470" w14:textId="77777777" w:rsidR="006E1AB1" w:rsidRDefault="006E1AB1"/>
        </w:tc>
        <w:tc>
          <w:tcPr>
            <w:tcW w:w="1474" w:type="dxa"/>
          </w:tcPr>
          <w:p w14:paraId="7F93AD81" w14:textId="77777777" w:rsidR="006E1AB1" w:rsidRDefault="006E1AB1"/>
        </w:tc>
        <w:tc>
          <w:tcPr>
            <w:tcW w:w="1474" w:type="dxa"/>
          </w:tcPr>
          <w:p w14:paraId="5F741D22" w14:textId="77777777" w:rsidR="006E1AB1" w:rsidRDefault="006E1AB1"/>
        </w:tc>
      </w:tr>
      <w:tr w:rsidR="006E1AB1" w14:paraId="23874ACD" w14:textId="77777777">
        <w:trPr>
          <w:jc w:val="center"/>
        </w:trPr>
        <w:tc>
          <w:tcPr>
            <w:tcW w:w="4819" w:type="dxa"/>
          </w:tcPr>
          <w:p w14:paraId="6B07423A" w14:textId="77777777" w:rsidR="006E1AB1" w:rsidRDefault="00000000">
            <w:r>
              <w:rPr>
                <w:b/>
                <w:sz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454" w:type="dxa"/>
          </w:tcPr>
          <w:p w14:paraId="1084988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9DCCE82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6EB2C0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7055B2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27FACD31" w14:textId="77777777">
        <w:trPr>
          <w:jc w:val="center"/>
        </w:trPr>
        <w:tc>
          <w:tcPr>
            <w:tcW w:w="4819" w:type="dxa"/>
          </w:tcPr>
          <w:p w14:paraId="184D6DB9" w14:textId="77777777" w:rsidR="006E1AB1" w:rsidRDefault="006E1AB1"/>
        </w:tc>
        <w:tc>
          <w:tcPr>
            <w:tcW w:w="454" w:type="dxa"/>
          </w:tcPr>
          <w:p w14:paraId="6D76FE1D" w14:textId="77777777" w:rsidR="006E1AB1" w:rsidRDefault="006E1AB1"/>
        </w:tc>
        <w:tc>
          <w:tcPr>
            <w:tcW w:w="1474" w:type="dxa"/>
          </w:tcPr>
          <w:p w14:paraId="08FF8950" w14:textId="77777777" w:rsidR="006E1AB1" w:rsidRDefault="006E1AB1"/>
        </w:tc>
        <w:tc>
          <w:tcPr>
            <w:tcW w:w="1474" w:type="dxa"/>
          </w:tcPr>
          <w:p w14:paraId="4E436F65" w14:textId="77777777" w:rsidR="006E1AB1" w:rsidRDefault="006E1AB1"/>
        </w:tc>
        <w:tc>
          <w:tcPr>
            <w:tcW w:w="1474" w:type="dxa"/>
          </w:tcPr>
          <w:p w14:paraId="0C154B6A" w14:textId="77777777" w:rsidR="006E1AB1" w:rsidRDefault="006E1AB1"/>
        </w:tc>
      </w:tr>
      <w:tr w:rsidR="006E1AB1" w14:paraId="56DC84CA" w14:textId="77777777">
        <w:trPr>
          <w:jc w:val="center"/>
        </w:trPr>
        <w:tc>
          <w:tcPr>
            <w:tcW w:w="4819" w:type="dxa"/>
          </w:tcPr>
          <w:p w14:paraId="5B9EA6AB" w14:textId="77777777" w:rsidR="006E1AB1" w:rsidRDefault="00000000">
            <w:r>
              <w:rPr>
                <w:b/>
                <w:sz w:val="16"/>
              </w:rPr>
              <w:t>I) Entrate di parte capitale destinate a spese correnti in base a specifiche disposizioni di legge o dei principi contabili</w:t>
            </w:r>
          </w:p>
        </w:tc>
        <w:tc>
          <w:tcPr>
            <w:tcW w:w="454" w:type="dxa"/>
          </w:tcPr>
          <w:p w14:paraId="706CCE1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192BAF7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BF6160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AB9040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5D92533D" w14:textId="77777777">
        <w:trPr>
          <w:jc w:val="center"/>
        </w:trPr>
        <w:tc>
          <w:tcPr>
            <w:tcW w:w="4819" w:type="dxa"/>
          </w:tcPr>
          <w:p w14:paraId="64DF2A13" w14:textId="77777777" w:rsidR="006E1AB1" w:rsidRDefault="006E1AB1"/>
        </w:tc>
        <w:tc>
          <w:tcPr>
            <w:tcW w:w="454" w:type="dxa"/>
          </w:tcPr>
          <w:p w14:paraId="605DFBEF" w14:textId="77777777" w:rsidR="006E1AB1" w:rsidRDefault="006E1AB1"/>
        </w:tc>
        <w:tc>
          <w:tcPr>
            <w:tcW w:w="1474" w:type="dxa"/>
          </w:tcPr>
          <w:p w14:paraId="1096E249" w14:textId="77777777" w:rsidR="006E1AB1" w:rsidRDefault="006E1AB1"/>
        </w:tc>
        <w:tc>
          <w:tcPr>
            <w:tcW w:w="1474" w:type="dxa"/>
          </w:tcPr>
          <w:p w14:paraId="0773B190" w14:textId="77777777" w:rsidR="006E1AB1" w:rsidRDefault="006E1AB1"/>
        </w:tc>
        <w:tc>
          <w:tcPr>
            <w:tcW w:w="1474" w:type="dxa"/>
          </w:tcPr>
          <w:p w14:paraId="7C6F86C6" w14:textId="77777777" w:rsidR="006E1AB1" w:rsidRDefault="006E1AB1"/>
        </w:tc>
      </w:tr>
      <w:tr w:rsidR="006E1AB1" w14:paraId="30F4AA43" w14:textId="77777777">
        <w:trPr>
          <w:jc w:val="center"/>
        </w:trPr>
        <w:tc>
          <w:tcPr>
            <w:tcW w:w="4819" w:type="dxa"/>
          </w:tcPr>
          <w:p w14:paraId="519027FF" w14:textId="77777777" w:rsidR="006E1AB1" w:rsidRDefault="00000000">
            <w:r>
              <w:rPr>
                <w:b/>
                <w:sz w:val="16"/>
              </w:rPr>
              <w:t>S1) Entrate Titolo 5.02 per Riscossione crediti di breve termine</w:t>
            </w:r>
          </w:p>
        </w:tc>
        <w:tc>
          <w:tcPr>
            <w:tcW w:w="454" w:type="dxa"/>
          </w:tcPr>
          <w:p w14:paraId="225B3D8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2153258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DD27CB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F072A7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365DE10B" w14:textId="77777777">
        <w:trPr>
          <w:jc w:val="center"/>
        </w:trPr>
        <w:tc>
          <w:tcPr>
            <w:tcW w:w="4819" w:type="dxa"/>
          </w:tcPr>
          <w:p w14:paraId="3534AB6D" w14:textId="77777777" w:rsidR="006E1AB1" w:rsidRDefault="006E1AB1"/>
        </w:tc>
        <w:tc>
          <w:tcPr>
            <w:tcW w:w="454" w:type="dxa"/>
          </w:tcPr>
          <w:p w14:paraId="40A13B55" w14:textId="77777777" w:rsidR="006E1AB1" w:rsidRDefault="006E1AB1"/>
        </w:tc>
        <w:tc>
          <w:tcPr>
            <w:tcW w:w="1474" w:type="dxa"/>
          </w:tcPr>
          <w:p w14:paraId="046DF157" w14:textId="77777777" w:rsidR="006E1AB1" w:rsidRDefault="006E1AB1"/>
        </w:tc>
        <w:tc>
          <w:tcPr>
            <w:tcW w:w="1474" w:type="dxa"/>
          </w:tcPr>
          <w:p w14:paraId="08D058B2" w14:textId="77777777" w:rsidR="006E1AB1" w:rsidRDefault="006E1AB1"/>
        </w:tc>
        <w:tc>
          <w:tcPr>
            <w:tcW w:w="1474" w:type="dxa"/>
          </w:tcPr>
          <w:p w14:paraId="3BE76015" w14:textId="77777777" w:rsidR="006E1AB1" w:rsidRDefault="006E1AB1"/>
        </w:tc>
      </w:tr>
      <w:tr w:rsidR="006E1AB1" w14:paraId="00E1881A" w14:textId="77777777">
        <w:trPr>
          <w:jc w:val="center"/>
        </w:trPr>
        <w:tc>
          <w:tcPr>
            <w:tcW w:w="4819" w:type="dxa"/>
          </w:tcPr>
          <w:p w14:paraId="4A8F2D8D" w14:textId="77777777" w:rsidR="006E1AB1" w:rsidRDefault="00000000">
            <w:r>
              <w:rPr>
                <w:b/>
                <w:sz w:val="16"/>
              </w:rPr>
              <w:t>S2) Entrate Titolo 5.03 per Riscossione crediti di medio-lungo termine</w:t>
            </w:r>
          </w:p>
        </w:tc>
        <w:tc>
          <w:tcPr>
            <w:tcW w:w="454" w:type="dxa"/>
          </w:tcPr>
          <w:p w14:paraId="71D349C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51C2ED3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E12B27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E56540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5D806B49" w14:textId="77777777">
        <w:trPr>
          <w:jc w:val="center"/>
        </w:trPr>
        <w:tc>
          <w:tcPr>
            <w:tcW w:w="4819" w:type="dxa"/>
          </w:tcPr>
          <w:p w14:paraId="672F09E9" w14:textId="77777777" w:rsidR="006E1AB1" w:rsidRDefault="006E1AB1"/>
        </w:tc>
        <w:tc>
          <w:tcPr>
            <w:tcW w:w="454" w:type="dxa"/>
          </w:tcPr>
          <w:p w14:paraId="129C1FE4" w14:textId="77777777" w:rsidR="006E1AB1" w:rsidRDefault="006E1AB1"/>
        </w:tc>
        <w:tc>
          <w:tcPr>
            <w:tcW w:w="1474" w:type="dxa"/>
          </w:tcPr>
          <w:p w14:paraId="0A803085" w14:textId="77777777" w:rsidR="006E1AB1" w:rsidRDefault="006E1AB1"/>
        </w:tc>
        <w:tc>
          <w:tcPr>
            <w:tcW w:w="1474" w:type="dxa"/>
          </w:tcPr>
          <w:p w14:paraId="72D204C0" w14:textId="77777777" w:rsidR="006E1AB1" w:rsidRDefault="006E1AB1"/>
        </w:tc>
        <w:tc>
          <w:tcPr>
            <w:tcW w:w="1474" w:type="dxa"/>
          </w:tcPr>
          <w:p w14:paraId="7E0D40EB" w14:textId="77777777" w:rsidR="006E1AB1" w:rsidRDefault="006E1AB1"/>
        </w:tc>
      </w:tr>
      <w:tr w:rsidR="006E1AB1" w14:paraId="61004F40" w14:textId="77777777">
        <w:trPr>
          <w:jc w:val="center"/>
        </w:trPr>
        <w:tc>
          <w:tcPr>
            <w:tcW w:w="4819" w:type="dxa"/>
          </w:tcPr>
          <w:p w14:paraId="22A0A95C" w14:textId="77777777" w:rsidR="006E1AB1" w:rsidRDefault="00000000">
            <w:r>
              <w:rPr>
                <w:b/>
                <w:sz w:val="16"/>
              </w:rPr>
              <w:t>T) Entrate Titolo 5.04 relative a Altre entrate per riduzioni di attività finanziaria</w:t>
            </w:r>
          </w:p>
        </w:tc>
        <w:tc>
          <w:tcPr>
            <w:tcW w:w="454" w:type="dxa"/>
          </w:tcPr>
          <w:p w14:paraId="088E001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AA6721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E746A6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32296D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3A9E6816" w14:textId="77777777">
        <w:trPr>
          <w:jc w:val="center"/>
        </w:trPr>
        <w:tc>
          <w:tcPr>
            <w:tcW w:w="4819" w:type="dxa"/>
          </w:tcPr>
          <w:p w14:paraId="63ED321A" w14:textId="77777777" w:rsidR="006E1AB1" w:rsidRDefault="006E1AB1"/>
        </w:tc>
        <w:tc>
          <w:tcPr>
            <w:tcW w:w="454" w:type="dxa"/>
          </w:tcPr>
          <w:p w14:paraId="1DA7F6D9" w14:textId="77777777" w:rsidR="006E1AB1" w:rsidRDefault="006E1AB1"/>
        </w:tc>
        <w:tc>
          <w:tcPr>
            <w:tcW w:w="1474" w:type="dxa"/>
          </w:tcPr>
          <w:p w14:paraId="4FB5AFC8" w14:textId="77777777" w:rsidR="006E1AB1" w:rsidRDefault="006E1AB1"/>
        </w:tc>
        <w:tc>
          <w:tcPr>
            <w:tcW w:w="1474" w:type="dxa"/>
          </w:tcPr>
          <w:p w14:paraId="08257A67" w14:textId="77777777" w:rsidR="006E1AB1" w:rsidRDefault="006E1AB1"/>
        </w:tc>
        <w:tc>
          <w:tcPr>
            <w:tcW w:w="1474" w:type="dxa"/>
          </w:tcPr>
          <w:p w14:paraId="20D586BB" w14:textId="77777777" w:rsidR="006E1AB1" w:rsidRDefault="006E1AB1"/>
        </w:tc>
      </w:tr>
      <w:tr w:rsidR="006E1AB1" w14:paraId="52983E81" w14:textId="77777777">
        <w:trPr>
          <w:jc w:val="center"/>
        </w:trPr>
        <w:tc>
          <w:tcPr>
            <w:tcW w:w="4819" w:type="dxa"/>
          </w:tcPr>
          <w:p w14:paraId="6A0BD7A6" w14:textId="77777777" w:rsidR="006E1AB1" w:rsidRDefault="00000000">
            <w:r>
              <w:rPr>
                <w:b/>
                <w:sz w:val="16"/>
              </w:rPr>
              <w:t>L) Entrate di parte corrente destinate a spese di investimento in base a specifiche disposizioni di legge o dei principi contabili</w:t>
            </w:r>
          </w:p>
        </w:tc>
        <w:tc>
          <w:tcPr>
            <w:tcW w:w="454" w:type="dxa"/>
          </w:tcPr>
          <w:p w14:paraId="635CFC5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01491A7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C898CB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3E9275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20E406D1" w14:textId="77777777">
        <w:trPr>
          <w:jc w:val="center"/>
        </w:trPr>
        <w:tc>
          <w:tcPr>
            <w:tcW w:w="4819" w:type="dxa"/>
          </w:tcPr>
          <w:p w14:paraId="35A2B05B" w14:textId="77777777" w:rsidR="006E1AB1" w:rsidRDefault="006E1AB1"/>
        </w:tc>
        <w:tc>
          <w:tcPr>
            <w:tcW w:w="454" w:type="dxa"/>
          </w:tcPr>
          <w:p w14:paraId="3D547690" w14:textId="77777777" w:rsidR="006E1AB1" w:rsidRDefault="006E1AB1"/>
        </w:tc>
        <w:tc>
          <w:tcPr>
            <w:tcW w:w="1474" w:type="dxa"/>
          </w:tcPr>
          <w:p w14:paraId="6C55548B" w14:textId="77777777" w:rsidR="006E1AB1" w:rsidRDefault="006E1AB1"/>
        </w:tc>
        <w:tc>
          <w:tcPr>
            <w:tcW w:w="1474" w:type="dxa"/>
          </w:tcPr>
          <w:p w14:paraId="2099375C" w14:textId="77777777" w:rsidR="006E1AB1" w:rsidRDefault="006E1AB1"/>
        </w:tc>
        <w:tc>
          <w:tcPr>
            <w:tcW w:w="1474" w:type="dxa"/>
          </w:tcPr>
          <w:p w14:paraId="30ED7666" w14:textId="77777777" w:rsidR="006E1AB1" w:rsidRDefault="006E1AB1"/>
        </w:tc>
      </w:tr>
      <w:tr w:rsidR="006E1AB1" w14:paraId="11317AD0" w14:textId="77777777">
        <w:trPr>
          <w:jc w:val="center"/>
        </w:trPr>
        <w:tc>
          <w:tcPr>
            <w:tcW w:w="4819" w:type="dxa"/>
          </w:tcPr>
          <w:p w14:paraId="66E638A5" w14:textId="77777777" w:rsidR="006E1AB1" w:rsidRDefault="00000000">
            <w:r>
              <w:rPr>
                <w:b/>
                <w:sz w:val="16"/>
              </w:rPr>
              <w:t>M) Entrate da accensione di prestiti destinate a estinzione anticipata dei prestiti</w:t>
            </w:r>
          </w:p>
        </w:tc>
        <w:tc>
          <w:tcPr>
            <w:tcW w:w="454" w:type="dxa"/>
          </w:tcPr>
          <w:p w14:paraId="2917FF0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189FE81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997A2C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94D9A9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3D8E3272" w14:textId="77777777">
        <w:trPr>
          <w:jc w:val="center"/>
        </w:trPr>
        <w:tc>
          <w:tcPr>
            <w:tcW w:w="4819" w:type="dxa"/>
          </w:tcPr>
          <w:p w14:paraId="3241481E" w14:textId="77777777" w:rsidR="006E1AB1" w:rsidRDefault="006E1AB1"/>
        </w:tc>
        <w:tc>
          <w:tcPr>
            <w:tcW w:w="454" w:type="dxa"/>
          </w:tcPr>
          <w:p w14:paraId="0D78767A" w14:textId="77777777" w:rsidR="006E1AB1" w:rsidRDefault="006E1AB1"/>
        </w:tc>
        <w:tc>
          <w:tcPr>
            <w:tcW w:w="1474" w:type="dxa"/>
          </w:tcPr>
          <w:p w14:paraId="6165D60C" w14:textId="77777777" w:rsidR="006E1AB1" w:rsidRDefault="006E1AB1"/>
        </w:tc>
        <w:tc>
          <w:tcPr>
            <w:tcW w:w="1474" w:type="dxa"/>
          </w:tcPr>
          <w:p w14:paraId="1AD17F40" w14:textId="77777777" w:rsidR="006E1AB1" w:rsidRDefault="006E1AB1"/>
        </w:tc>
        <w:tc>
          <w:tcPr>
            <w:tcW w:w="1474" w:type="dxa"/>
          </w:tcPr>
          <w:p w14:paraId="720B7B83" w14:textId="77777777" w:rsidR="006E1AB1" w:rsidRDefault="006E1AB1"/>
        </w:tc>
      </w:tr>
      <w:tr w:rsidR="006E1AB1" w14:paraId="66CD6353" w14:textId="77777777">
        <w:trPr>
          <w:jc w:val="center"/>
        </w:trPr>
        <w:tc>
          <w:tcPr>
            <w:tcW w:w="4819" w:type="dxa"/>
          </w:tcPr>
          <w:p w14:paraId="133221F3" w14:textId="77777777" w:rsidR="006E1AB1" w:rsidRDefault="00000000">
            <w:r>
              <w:rPr>
                <w:b/>
                <w:sz w:val="16"/>
              </w:rPr>
              <w:t>U) Spese Titolo 2.00 - Spese in conto capitale</w:t>
            </w:r>
          </w:p>
        </w:tc>
        <w:tc>
          <w:tcPr>
            <w:tcW w:w="454" w:type="dxa"/>
          </w:tcPr>
          <w:p w14:paraId="054D154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7936593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552.498,72</w:t>
            </w:r>
          </w:p>
        </w:tc>
        <w:tc>
          <w:tcPr>
            <w:tcW w:w="1474" w:type="dxa"/>
          </w:tcPr>
          <w:p w14:paraId="3509D96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11.000,00</w:t>
            </w:r>
          </w:p>
        </w:tc>
        <w:tc>
          <w:tcPr>
            <w:tcW w:w="1474" w:type="dxa"/>
          </w:tcPr>
          <w:p w14:paraId="55E5AA9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11.000,00</w:t>
            </w:r>
          </w:p>
        </w:tc>
      </w:tr>
      <w:tr w:rsidR="006E1AB1" w14:paraId="53E55F4F" w14:textId="77777777">
        <w:trPr>
          <w:jc w:val="center"/>
        </w:trPr>
        <w:tc>
          <w:tcPr>
            <w:tcW w:w="4819" w:type="dxa"/>
          </w:tcPr>
          <w:p w14:paraId="70686182" w14:textId="77777777" w:rsidR="006E1AB1" w:rsidRDefault="00000000">
            <w:r>
              <w:rPr>
                <w:sz w:val="16"/>
              </w:rPr>
              <w:t>di cui fondo pluriennale vincolato di spesa</w:t>
            </w:r>
          </w:p>
        </w:tc>
        <w:tc>
          <w:tcPr>
            <w:tcW w:w="454" w:type="dxa"/>
          </w:tcPr>
          <w:p w14:paraId="6F71A9D1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768C9ED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BB6E8A4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3078E2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21DA66C3" w14:textId="77777777">
        <w:trPr>
          <w:jc w:val="center"/>
        </w:trPr>
        <w:tc>
          <w:tcPr>
            <w:tcW w:w="4819" w:type="dxa"/>
          </w:tcPr>
          <w:p w14:paraId="21863E2F" w14:textId="77777777" w:rsidR="006E1AB1" w:rsidRDefault="006E1AB1"/>
        </w:tc>
        <w:tc>
          <w:tcPr>
            <w:tcW w:w="454" w:type="dxa"/>
          </w:tcPr>
          <w:p w14:paraId="360C4B72" w14:textId="77777777" w:rsidR="006E1AB1" w:rsidRDefault="006E1AB1"/>
        </w:tc>
        <w:tc>
          <w:tcPr>
            <w:tcW w:w="1474" w:type="dxa"/>
          </w:tcPr>
          <w:p w14:paraId="10B71B00" w14:textId="77777777" w:rsidR="006E1AB1" w:rsidRDefault="006E1AB1"/>
        </w:tc>
        <w:tc>
          <w:tcPr>
            <w:tcW w:w="1474" w:type="dxa"/>
          </w:tcPr>
          <w:p w14:paraId="5B938685" w14:textId="77777777" w:rsidR="006E1AB1" w:rsidRDefault="006E1AB1"/>
        </w:tc>
        <w:tc>
          <w:tcPr>
            <w:tcW w:w="1474" w:type="dxa"/>
          </w:tcPr>
          <w:p w14:paraId="459C8D02" w14:textId="77777777" w:rsidR="006E1AB1" w:rsidRDefault="006E1AB1"/>
        </w:tc>
      </w:tr>
      <w:tr w:rsidR="006E1AB1" w14:paraId="41E93C62" w14:textId="77777777">
        <w:trPr>
          <w:jc w:val="center"/>
        </w:trPr>
        <w:tc>
          <w:tcPr>
            <w:tcW w:w="4819" w:type="dxa"/>
          </w:tcPr>
          <w:p w14:paraId="52A502EE" w14:textId="77777777" w:rsidR="006E1AB1" w:rsidRDefault="00000000">
            <w:r>
              <w:rPr>
                <w:b/>
                <w:sz w:val="16"/>
              </w:rPr>
              <w:t>V) Spese Titolo 3.01 per Acquisizioni di attività finanziarie</w:t>
            </w:r>
          </w:p>
        </w:tc>
        <w:tc>
          <w:tcPr>
            <w:tcW w:w="454" w:type="dxa"/>
          </w:tcPr>
          <w:p w14:paraId="1F6E583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673B74E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F006E7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E9C0142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28ABFEC3" w14:textId="77777777">
        <w:trPr>
          <w:jc w:val="center"/>
        </w:trPr>
        <w:tc>
          <w:tcPr>
            <w:tcW w:w="4819" w:type="dxa"/>
          </w:tcPr>
          <w:p w14:paraId="2BBE5BBC" w14:textId="77777777" w:rsidR="006E1AB1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40D216DC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56C3CE6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0D27FD7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167F31F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74432E55" w14:textId="77777777">
        <w:trPr>
          <w:jc w:val="center"/>
        </w:trPr>
        <w:tc>
          <w:tcPr>
            <w:tcW w:w="4819" w:type="dxa"/>
          </w:tcPr>
          <w:p w14:paraId="69593D41" w14:textId="77777777" w:rsidR="006E1AB1" w:rsidRDefault="006E1AB1"/>
        </w:tc>
        <w:tc>
          <w:tcPr>
            <w:tcW w:w="454" w:type="dxa"/>
          </w:tcPr>
          <w:p w14:paraId="1F8FCC38" w14:textId="77777777" w:rsidR="006E1AB1" w:rsidRDefault="006E1AB1"/>
        </w:tc>
        <w:tc>
          <w:tcPr>
            <w:tcW w:w="1474" w:type="dxa"/>
          </w:tcPr>
          <w:p w14:paraId="6A9A3F82" w14:textId="77777777" w:rsidR="006E1AB1" w:rsidRDefault="006E1AB1"/>
        </w:tc>
        <w:tc>
          <w:tcPr>
            <w:tcW w:w="1474" w:type="dxa"/>
          </w:tcPr>
          <w:p w14:paraId="3A833CC9" w14:textId="77777777" w:rsidR="006E1AB1" w:rsidRDefault="006E1AB1"/>
        </w:tc>
        <w:tc>
          <w:tcPr>
            <w:tcW w:w="1474" w:type="dxa"/>
          </w:tcPr>
          <w:p w14:paraId="57BFCDB3" w14:textId="77777777" w:rsidR="006E1AB1" w:rsidRDefault="006E1AB1"/>
        </w:tc>
      </w:tr>
      <w:tr w:rsidR="006E1AB1" w14:paraId="60D29787" w14:textId="77777777">
        <w:trPr>
          <w:jc w:val="center"/>
        </w:trPr>
        <w:tc>
          <w:tcPr>
            <w:tcW w:w="4819" w:type="dxa"/>
          </w:tcPr>
          <w:p w14:paraId="505558B5" w14:textId="77777777" w:rsidR="006E1AB1" w:rsidRDefault="00000000">
            <w:r>
              <w:rPr>
                <w:b/>
                <w:sz w:val="16"/>
              </w:rPr>
              <w:t>E) Spese Titolo 2.04 - Altri trasferimenti in conto capitale</w:t>
            </w:r>
          </w:p>
        </w:tc>
        <w:tc>
          <w:tcPr>
            <w:tcW w:w="454" w:type="dxa"/>
          </w:tcPr>
          <w:p w14:paraId="7538EBE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23BEAFB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56805A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2AEA3E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260FE92F" w14:textId="77777777">
        <w:trPr>
          <w:jc w:val="center"/>
        </w:trPr>
        <w:tc>
          <w:tcPr>
            <w:tcW w:w="4819" w:type="dxa"/>
          </w:tcPr>
          <w:p w14:paraId="0A0C023E" w14:textId="77777777" w:rsidR="006E1AB1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09BEC318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764F1687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3203CB1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16C531B0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1943E4AC" w14:textId="77777777">
        <w:trPr>
          <w:jc w:val="center"/>
        </w:trPr>
        <w:tc>
          <w:tcPr>
            <w:tcW w:w="4819" w:type="dxa"/>
          </w:tcPr>
          <w:p w14:paraId="4B71650C" w14:textId="77777777" w:rsidR="006E1AB1" w:rsidRDefault="006E1AB1"/>
        </w:tc>
        <w:tc>
          <w:tcPr>
            <w:tcW w:w="454" w:type="dxa"/>
          </w:tcPr>
          <w:p w14:paraId="583E674F" w14:textId="77777777" w:rsidR="006E1AB1" w:rsidRDefault="006E1AB1"/>
        </w:tc>
        <w:tc>
          <w:tcPr>
            <w:tcW w:w="1474" w:type="dxa"/>
          </w:tcPr>
          <w:p w14:paraId="6D0E1564" w14:textId="77777777" w:rsidR="006E1AB1" w:rsidRDefault="006E1AB1"/>
        </w:tc>
        <w:tc>
          <w:tcPr>
            <w:tcW w:w="1474" w:type="dxa"/>
          </w:tcPr>
          <w:p w14:paraId="50579969" w14:textId="77777777" w:rsidR="006E1AB1" w:rsidRDefault="006E1AB1"/>
        </w:tc>
        <w:tc>
          <w:tcPr>
            <w:tcW w:w="1474" w:type="dxa"/>
          </w:tcPr>
          <w:p w14:paraId="4BA52331" w14:textId="77777777" w:rsidR="006E1AB1" w:rsidRDefault="006E1AB1"/>
        </w:tc>
      </w:tr>
      <w:tr w:rsidR="006E1AB1" w14:paraId="62623826" w14:textId="77777777">
        <w:trPr>
          <w:jc w:val="center"/>
        </w:trPr>
        <w:tc>
          <w:tcPr>
            <w:tcW w:w="4819" w:type="dxa"/>
          </w:tcPr>
          <w:p w14:paraId="5CA8541A" w14:textId="77777777" w:rsidR="006E1AB1" w:rsidRDefault="00000000">
            <w:r>
              <w:rPr>
                <w:b/>
                <w:sz w:val="16"/>
              </w:rPr>
              <w:t>VF) Variazioni di attività finanziarie (se positivo)</w:t>
            </w:r>
          </w:p>
        </w:tc>
        <w:tc>
          <w:tcPr>
            <w:tcW w:w="454" w:type="dxa"/>
          </w:tcPr>
          <w:p w14:paraId="40AF5D6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22A04C0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A92A20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65EEAC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53235618" w14:textId="77777777">
        <w:trPr>
          <w:jc w:val="center"/>
        </w:trPr>
        <w:tc>
          <w:tcPr>
            <w:tcW w:w="4819" w:type="dxa"/>
          </w:tcPr>
          <w:p w14:paraId="6D10F1CD" w14:textId="77777777" w:rsidR="006E1AB1" w:rsidRDefault="006E1AB1"/>
        </w:tc>
        <w:tc>
          <w:tcPr>
            <w:tcW w:w="454" w:type="dxa"/>
          </w:tcPr>
          <w:p w14:paraId="3E194A2C" w14:textId="77777777" w:rsidR="006E1AB1" w:rsidRDefault="006E1AB1"/>
        </w:tc>
        <w:tc>
          <w:tcPr>
            <w:tcW w:w="1474" w:type="dxa"/>
          </w:tcPr>
          <w:p w14:paraId="6B3F47D5" w14:textId="77777777" w:rsidR="006E1AB1" w:rsidRDefault="006E1AB1"/>
        </w:tc>
        <w:tc>
          <w:tcPr>
            <w:tcW w:w="1474" w:type="dxa"/>
          </w:tcPr>
          <w:p w14:paraId="75B3AC03" w14:textId="77777777" w:rsidR="006E1AB1" w:rsidRDefault="006E1AB1"/>
        </w:tc>
        <w:tc>
          <w:tcPr>
            <w:tcW w:w="1474" w:type="dxa"/>
          </w:tcPr>
          <w:p w14:paraId="08DAF630" w14:textId="77777777" w:rsidR="006E1AB1" w:rsidRDefault="006E1AB1"/>
        </w:tc>
      </w:tr>
      <w:tr w:rsidR="006E1AB1" w14:paraId="40F7B882" w14:textId="77777777">
        <w:trPr>
          <w:jc w:val="center"/>
        </w:trPr>
        <w:tc>
          <w:tcPr>
            <w:tcW w:w="4819" w:type="dxa"/>
            <w:shd w:val="clear" w:color="auto" w:fill="BDD7EE"/>
          </w:tcPr>
          <w:p w14:paraId="0DAABB93" w14:textId="77777777" w:rsidR="006E1AB1" w:rsidRDefault="00000000">
            <w:r>
              <w:rPr>
                <w:sz w:val="16"/>
              </w:rPr>
              <w:t>Z) Equilibrio di parte capitale</w:t>
            </w:r>
          </w:p>
        </w:tc>
        <w:tc>
          <w:tcPr>
            <w:tcW w:w="454" w:type="dxa"/>
            <w:shd w:val="clear" w:color="auto" w:fill="BDD7EE"/>
          </w:tcPr>
          <w:p w14:paraId="69EABC9C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BDD7EE"/>
          </w:tcPr>
          <w:p w14:paraId="6D528E14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13217434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0573A7C4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43368D9F" w14:textId="77777777">
        <w:trPr>
          <w:jc w:val="center"/>
        </w:trPr>
        <w:tc>
          <w:tcPr>
            <w:tcW w:w="4819" w:type="dxa"/>
          </w:tcPr>
          <w:p w14:paraId="7A6E36CE" w14:textId="77777777" w:rsidR="006E1AB1" w:rsidRDefault="006E1AB1"/>
        </w:tc>
        <w:tc>
          <w:tcPr>
            <w:tcW w:w="454" w:type="dxa"/>
          </w:tcPr>
          <w:p w14:paraId="71396608" w14:textId="77777777" w:rsidR="006E1AB1" w:rsidRDefault="006E1AB1"/>
        </w:tc>
        <w:tc>
          <w:tcPr>
            <w:tcW w:w="1474" w:type="dxa"/>
          </w:tcPr>
          <w:p w14:paraId="420C4202" w14:textId="77777777" w:rsidR="006E1AB1" w:rsidRDefault="006E1AB1"/>
        </w:tc>
        <w:tc>
          <w:tcPr>
            <w:tcW w:w="1474" w:type="dxa"/>
          </w:tcPr>
          <w:p w14:paraId="6B4D1F5D" w14:textId="77777777" w:rsidR="006E1AB1" w:rsidRDefault="006E1AB1"/>
        </w:tc>
        <w:tc>
          <w:tcPr>
            <w:tcW w:w="1474" w:type="dxa"/>
          </w:tcPr>
          <w:p w14:paraId="08B92E6C" w14:textId="77777777" w:rsidR="006E1AB1" w:rsidRDefault="006E1AB1"/>
        </w:tc>
      </w:tr>
      <w:tr w:rsidR="006E1AB1" w14:paraId="4ECABB29" w14:textId="77777777">
        <w:trPr>
          <w:jc w:val="center"/>
        </w:trPr>
        <w:tc>
          <w:tcPr>
            <w:tcW w:w="4819" w:type="dxa"/>
          </w:tcPr>
          <w:p w14:paraId="1EE3E2EE" w14:textId="77777777" w:rsidR="006E1AB1" w:rsidRDefault="00000000">
            <w:r>
              <w:rPr>
                <w:b/>
                <w:sz w:val="16"/>
              </w:rPr>
              <w:t>J) Utilizzo risultato di amministrazione per l'incremento di attività finanziarie</w:t>
            </w:r>
          </w:p>
        </w:tc>
        <w:tc>
          <w:tcPr>
            <w:tcW w:w="454" w:type="dxa"/>
          </w:tcPr>
          <w:p w14:paraId="278599F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4B70092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41BB2A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5A24F5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0ECA2511" w14:textId="77777777">
        <w:trPr>
          <w:jc w:val="center"/>
        </w:trPr>
        <w:tc>
          <w:tcPr>
            <w:tcW w:w="4819" w:type="dxa"/>
          </w:tcPr>
          <w:p w14:paraId="527AE5B7" w14:textId="77777777" w:rsidR="006E1AB1" w:rsidRDefault="006E1AB1"/>
        </w:tc>
        <w:tc>
          <w:tcPr>
            <w:tcW w:w="454" w:type="dxa"/>
          </w:tcPr>
          <w:p w14:paraId="4FCB84CE" w14:textId="77777777" w:rsidR="006E1AB1" w:rsidRDefault="006E1AB1"/>
        </w:tc>
        <w:tc>
          <w:tcPr>
            <w:tcW w:w="1474" w:type="dxa"/>
          </w:tcPr>
          <w:p w14:paraId="4DB2BF2F" w14:textId="77777777" w:rsidR="006E1AB1" w:rsidRDefault="006E1AB1"/>
        </w:tc>
        <w:tc>
          <w:tcPr>
            <w:tcW w:w="1474" w:type="dxa"/>
          </w:tcPr>
          <w:p w14:paraId="5D5D3A93" w14:textId="77777777" w:rsidR="006E1AB1" w:rsidRDefault="006E1AB1"/>
        </w:tc>
        <w:tc>
          <w:tcPr>
            <w:tcW w:w="1474" w:type="dxa"/>
          </w:tcPr>
          <w:p w14:paraId="5C9D04B3" w14:textId="77777777" w:rsidR="006E1AB1" w:rsidRDefault="006E1AB1"/>
        </w:tc>
      </w:tr>
      <w:tr w:rsidR="006E1AB1" w14:paraId="4370F6C7" w14:textId="77777777">
        <w:trPr>
          <w:jc w:val="center"/>
        </w:trPr>
        <w:tc>
          <w:tcPr>
            <w:tcW w:w="4819" w:type="dxa"/>
          </w:tcPr>
          <w:p w14:paraId="7BFCAF13" w14:textId="77777777" w:rsidR="006E1AB1" w:rsidRDefault="00000000">
            <w:r>
              <w:rPr>
                <w:b/>
                <w:sz w:val="16"/>
              </w:rPr>
              <w:t>J1) Fondo pluriennale vincolato per incremento di attività finanziarie iscritto in entrata</w:t>
            </w:r>
          </w:p>
        </w:tc>
        <w:tc>
          <w:tcPr>
            <w:tcW w:w="454" w:type="dxa"/>
          </w:tcPr>
          <w:p w14:paraId="27D56B0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4178DB5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484727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828772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55ABB71D" w14:textId="77777777">
        <w:trPr>
          <w:jc w:val="center"/>
        </w:trPr>
        <w:tc>
          <w:tcPr>
            <w:tcW w:w="4819" w:type="dxa"/>
          </w:tcPr>
          <w:p w14:paraId="5FB80CD4" w14:textId="77777777" w:rsidR="006E1AB1" w:rsidRDefault="006E1AB1"/>
        </w:tc>
        <w:tc>
          <w:tcPr>
            <w:tcW w:w="454" w:type="dxa"/>
          </w:tcPr>
          <w:p w14:paraId="32D1075E" w14:textId="77777777" w:rsidR="006E1AB1" w:rsidRDefault="006E1AB1"/>
        </w:tc>
        <w:tc>
          <w:tcPr>
            <w:tcW w:w="1474" w:type="dxa"/>
          </w:tcPr>
          <w:p w14:paraId="18147FA3" w14:textId="77777777" w:rsidR="006E1AB1" w:rsidRDefault="006E1AB1"/>
        </w:tc>
        <w:tc>
          <w:tcPr>
            <w:tcW w:w="1474" w:type="dxa"/>
          </w:tcPr>
          <w:p w14:paraId="65714590" w14:textId="77777777" w:rsidR="006E1AB1" w:rsidRDefault="006E1AB1"/>
        </w:tc>
        <w:tc>
          <w:tcPr>
            <w:tcW w:w="1474" w:type="dxa"/>
          </w:tcPr>
          <w:p w14:paraId="45868BBD" w14:textId="77777777" w:rsidR="006E1AB1" w:rsidRDefault="006E1AB1"/>
        </w:tc>
      </w:tr>
      <w:tr w:rsidR="006E1AB1" w14:paraId="2404DF6E" w14:textId="77777777">
        <w:trPr>
          <w:jc w:val="center"/>
        </w:trPr>
        <w:tc>
          <w:tcPr>
            <w:tcW w:w="4819" w:type="dxa"/>
          </w:tcPr>
          <w:p w14:paraId="379CAB21" w14:textId="77777777" w:rsidR="006E1AB1" w:rsidRDefault="00000000">
            <w:r>
              <w:rPr>
                <w:b/>
                <w:sz w:val="16"/>
              </w:rPr>
              <w:t>J2) Fondo pluriennale vincolato per spese Titolo 3.01 Acquisizioni di attività finanziarie iscritto in entrata</w:t>
            </w:r>
          </w:p>
        </w:tc>
        <w:tc>
          <w:tcPr>
            <w:tcW w:w="454" w:type="dxa"/>
          </w:tcPr>
          <w:p w14:paraId="105DD16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7A38248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6DE386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6263D2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6010548D" w14:textId="77777777">
        <w:trPr>
          <w:jc w:val="center"/>
        </w:trPr>
        <w:tc>
          <w:tcPr>
            <w:tcW w:w="4819" w:type="dxa"/>
          </w:tcPr>
          <w:p w14:paraId="69FC45C4" w14:textId="77777777" w:rsidR="006E1AB1" w:rsidRDefault="006E1AB1"/>
        </w:tc>
        <w:tc>
          <w:tcPr>
            <w:tcW w:w="454" w:type="dxa"/>
          </w:tcPr>
          <w:p w14:paraId="0E0D62FF" w14:textId="77777777" w:rsidR="006E1AB1" w:rsidRDefault="006E1AB1"/>
        </w:tc>
        <w:tc>
          <w:tcPr>
            <w:tcW w:w="1474" w:type="dxa"/>
          </w:tcPr>
          <w:p w14:paraId="329B8E9B" w14:textId="77777777" w:rsidR="006E1AB1" w:rsidRDefault="006E1AB1"/>
        </w:tc>
        <w:tc>
          <w:tcPr>
            <w:tcW w:w="1474" w:type="dxa"/>
          </w:tcPr>
          <w:p w14:paraId="14BA8C1B" w14:textId="77777777" w:rsidR="006E1AB1" w:rsidRDefault="006E1AB1"/>
        </w:tc>
        <w:tc>
          <w:tcPr>
            <w:tcW w:w="1474" w:type="dxa"/>
          </w:tcPr>
          <w:p w14:paraId="539D9956" w14:textId="77777777" w:rsidR="006E1AB1" w:rsidRDefault="006E1AB1"/>
        </w:tc>
      </w:tr>
      <w:tr w:rsidR="006E1AB1" w14:paraId="154A81CD" w14:textId="77777777">
        <w:trPr>
          <w:jc w:val="center"/>
        </w:trPr>
        <w:tc>
          <w:tcPr>
            <w:tcW w:w="4819" w:type="dxa"/>
          </w:tcPr>
          <w:p w14:paraId="6D889D08" w14:textId="77777777" w:rsidR="006E1AB1" w:rsidRDefault="00000000">
            <w:r>
              <w:rPr>
                <w:b/>
                <w:sz w:val="16"/>
              </w:rPr>
              <w:lastRenderedPageBreak/>
              <w:t>S1) Entrate Titolo 5.02 per Riscossione crediti di breve termine</w:t>
            </w:r>
          </w:p>
        </w:tc>
        <w:tc>
          <w:tcPr>
            <w:tcW w:w="454" w:type="dxa"/>
          </w:tcPr>
          <w:p w14:paraId="2CFD26C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06C494D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E8F47C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9C0D22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08BD0886" w14:textId="77777777">
        <w:trPr>
          <w:jc w:val="center"/>
        </w:trPr>
        <w:tc>
          <w:tcPr>
            <w:tcW w:w="4819" w:type="dxa"/>
          </w:tcPr>
          <w:p w14:paraId="66625D54" w14:textId="77777777" w:rsidR="006E1AB1" w:rsidRDefault="006E1AB1"/>
        </w:tc>
        <w:tc>
          <w:tcPr>
            <w:tcW w:w="454" w:type="dxa"/>
          </w:tcPr>
          <w:p w14:paraId="66A340C5" w14:textId="77777777" w:rsidR="006E1AB1" w:rsidRDefault="006E1AB1"/>
        </w:tc>
        <w:tc>
          <w:tcPr>
            <w:tcW w:w="1474" w:type="dxa"/>
          </w:tcPr>
          <w:p w14:paraId="1FF8BCEE" w14:textId="77777777" w:rsidR="006E1AB1" w:rsidRDefault="006E1AB1"/>
        </w:tc>
        <w:tc>
          <w:tcPr>
            <w:tcW w:w="1474" w:type="dxa"/>
          </w:tcPr>
          <w:p w14:paraId="2474B780" w14:textId="77777777" w:rsidR="006E1AB1" w:rsidRDefault="006E1AB1"/>
        </w:tc>
        <w:tc>
          <w:tcPr>
            <w:tcW w:w="1474" w:type="dxa"/>
          </w:tcPr>
          <w:p w14:paraId="2CB07674" w14:textId="77777777" w:rsidR="006E1AB1" w:rsidRDefault="006E1AB1"/>
        </w:tc>
      </w:tr>
      <w:tr w:rsidR="006E1AB1" w14:paraId="28F05D83" w14:textId="77777777">
        <w:trPr>
          <w:jc w:val="center"/>
        </w:trPr>
        <w:tc>
          <w:tcPr>
            <w:tcW w:w="4819" w:type="dxa"/>
          </w:tcPr>
          <w:p w14:paraId="56FCC1FD" w14:textId="77777777" w:rsidR="006E1AB1" w:rsidRDefault="00000000">
            <w:r>
              <w:rPr>
                <w:b/>
                <w:sz w:val="16"/>
              </w:rPr>
              <w:t>S2) Entrate Titolo 5.03 per Riscossione crediti di medio-lungo termine</w:t>
            </w:r>
          </w:p>
        </w:tc>
        <w:tc>
          <w:tcPr>
            <w:tcW w:w="454" w:type="dxa"/>
          </w:tcPr>
          <w:p w14:paraId="39AAE16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6B96D64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4A67CA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208715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5FFD347D" w14:textId="77777777">
        <w:trPr>
          <w:jc w:val="center"/>
        </w:trPr>
        <w:tc>
          <w:tcPr>
            <w:tcW w:w="4819" w:type="dxa"/>
          </w:tcPr>
          <w:p w14:paraId="284034B2" w14:textId="77777777" w:rsidR="006E1AB1" w:rsidRDefault="006E1AB1"/>
        </w:tc>
        <w:tc>
          <w:tcPr>
            <w:tcW w:w="454" w:type="dxa"/>
          </w:tcPr>
          <w:p w14:paraId="42325CCB" w14:textId="77777777" w:rsidR="006E1AB1" w:rsidRDefault="006E1AB1"/>
        </w:tc>
        <w:tc>
          <w:tcPr>
            <w:tcW w:w="1474" w:type="dxa"/>
          </w:tcPr>
          <w:p w14:paraId="211EA034" w14:textId="77777777" w:rsidR="006E1AB1" w:rsidRDefault="006E1AB1"/>
        </w:tc>
        <w:tc>
          <w:tcPr>
            <w:tcW w:w="1474" w:type="dxa"/>
          </w:tcPr>
          <w:p w14:paraId="2EF4B72B" w14:textId="77777777" w:rsidR="006E1AB1" w:rsidRDefault="006E1AB1"/>
        </w:tc>
        <w:tc>
          <w:tcPr>
            <w:tcW w:w="1474" w:type="dxa"/>
          </w:tcPr>
          <w:p w14:paraId="7D23C303" w14:textId="77777777" w:rsidR="006E1AB1" w:rsidRDefault="006E1AB1"/>
        </w:tc>
      </w:tr>
      <w:tr w:rsidR="006E1AB1" w14:paraId="4C4CCC9F" w14:textId="77777777">
        <w:trPr>
          <w:jc w:val="center"/>
        </w:trPr>
        <w:tc>
          <w:tcPr>
            <w:tcW w:w="4819" w:type="dxa"/>
          </w:tcPr>
          <w:p w14:paraId="0FD3768E" w14:textId="77777777" w:rsidR="006E1AB1" w:rsidRDefault="00000000">
            <w:r>
              <w:rPr>
                <w:b/>
                <w:sz w:val="16"/>
              </w:rPr>
              <w:t>T) Entrate Titolo 5.04 relative a Altre entrate per riduzioni di attività finanziaria</w:t>
            </w:r>
          </w:p>
        </w:tc>
        <w:tc>
          <w:tcPr>
            <w:tcW w:w="454" w:type="dxa"/>
          </w:tcPr>
          <w:p w14:paraId="3E77E29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183C1C1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50D528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B24C2A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139B2FFF" w14:textId="77777777">
        <w:trPr>
          <w:jc w:val="center"/>
        </w:trPr>
        <w:tc>
          <w:tcPr>
            <w:tcW w:w="4819" w:type="dxa"/>
          </w:tcPr>
          <w:p w14:paraId="3952DA16" w14:textId="77777777" w:rsidR="006E1AB1" w:rsidRDefault="006E1AB1"/>
        </w:tc>
        <w:tc>
          <w:tcPr>
            <w:tcW w:w="454" w:type="dxa"/>
          </w:tcPr>
          <w:p w14:paraId="3A854E2B" w14:textId="77777777" w:rsidR="006E1AB1" w:rsidRDefault="006E1AB1"/>
        </w:tc>
        <w:tc>
          <w:tcPr>
            <w:tcW w:w="1474" w:type="dxa"/>
          </w:tcPr>
          <w:p w14:paraId="271488BC" w14:textId="77777777" w:rsidR="006E1AB1" w:rsidRDefault="006E1AB1"/>
        </w:tc>
        <w:tc>
          <w:tcPr>
            <w:tcW w:w="1474" w:type="dxa"/>
          </w:tcPr>
          <w:p w14:paraId="59CE6837" w14:textId="77777777" w:rsidR="006E1AB1" w:rsidRDefault="006E1AB1"/>
        </w:tc>
        <w:tc>
          <w:tcPr>
            <w:tcW w:w="1474" w:type="dxa"/>
          </w:tcPr>
          <w:p w14:paraId="5E80F09A" w14:textId="77777777" w:rsidR="006E1AB1" w:rsidRDefault="006E1AB1"/>
        </w:tc>
      </w:tr>
      <w:tr w:rsidR="006E1AB1" w14:paraId="184BB1E0" w14:textId="77777777">
        <w:trPr>
          <w:jc w:val="center"/>
        </w:trPr>
        <w:tc>
          <w:tcPr>
            <w:tcW w:w="4819" w:type="dxa"/>
          </w:tcPr>
          <w:p w14:paraId="438CFA44" w14:textId="77777777" w:rsidR="006E1AB1" w:rsidRDefault="00000000">
            <w:r>
              <w:rPr>
                <w:b/>
                <w:sz w:val="16"/>
              </w:rPr>
              <w:t>X1) Spese Titolo 3.02 per Concessione crediti di breve termine</w:t>
            </w:r>
          </w:p>
        </w:tc>
        <w:tc>
          <w:tcPr>
            <w:tcW w:w="454" w:type="dxa"/>
          </w:tcPr>
          <w:p w14:paraId="1269D82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0194F9C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B3FED7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E85A65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04E64807" w14:textId="77777777">
        <w:trPr>
          <w:jc w:val="center"/>
        </w:trPr>
        <w:tc>
          <w:tcPr>
            <w:tcW w:w="4819" w:type="dxa"/>
          </w:tcPr>
          <w:p w14:paraId="2AF3967F" w14:textId="77777777" w:rsidR="006E1AB1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5DE161D9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2A73A84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20AD16E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6411408D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52A1A787" w14:textId="77777777">
        <w:trPr>
          <w:jc w:val="center"/>
        </w:trPr>
        <w:tc>
          <w:tcPr>
            <w:tcW w:w="4819" w:type="dxa"/>
          </w:tcPr>
          <w:p w14:paraId="1165F01D" w14:textId="77777777" w:rsidR="006E1AB1" w:rsidRDefault="006E1AB1"/>
        </w:tc>
        <w:tc>
          <w:tcPr>
            <w:tcW w:w="454" w:type="dxa"/>
          </w:tcPr>
          <w:p w14:paraId="0EB94B86" w14:textId="77777777" w:rsidR="006E1AB1" w:rsidRDefault="006E1AB1"/>
        </w:tc>
        <w:tc>
          <w:tcPr>
            <w:tcW w:w="1474" w:type="dxa"/>
          </w:tcPr>
          <w:p w14:paraId="759315FD" w14:textId="77777777" w:rsidR="006E1AB1" w:rsidRDefault="006E1AB1"/>
        </w:tc>
        <w:tc>
          <w:tcPr>
            <w:tcW w:w="1474" w:type="dxa"/>
          </w:tcPr>
          <w:p w14:paraId="26BF8199" w14:textId="77777777" w:rsidR="006E1AB1" w:rsidRDefault="006E1AB1"/>
        </w:tc>
        <w:tc>
          <w:tcPr>
            <w:tcW w:w="1474" w:type="dxa"/>
          </w:tcPr>
          <w:p w14:paraId="1BDB99A2" w14:textId="77777777" w:rsidR="006E1AB1" w:rsidRDefault="006E1AB1"/>
        </w:tc>
      </w:tr>
      <w:tr w:rsidR="006E1AB1" w14:paraId="33E0B957" w14:textId="77777777">
        <w:trPr>
          <w:jc w:val="center"/>
        </w:trPr>
        <w:tc>
          <w:tcPr>
            <w:tcW w:w="4819" w:type="dxa"/>
          </w:tcPr>
          <w:p w14:paraId="1EA4D16B" w14:textId="77777777" w:rsidR="006E1AB1" w:rsidRDefault="00000000">
            <w:r>
              <w:rPr>
                <w:b/>
                <w:sz w:val="16"/>
              </w:rPr>
              <w:t>X2) Spese Titolo 3.03 per Concessione crediti di medio-lungo termine</w:t>
            </w:r>
          </w:p>
        </w:tc>
        <w:tc>
          <w:tcPr>
            <w:tcW w:w="454" w:type="dxa"/>
          </w:tcPr>
          <w:p w14:paraId="3402B48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66D3D9B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854DA7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A4DC08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237B7326" w14:textId="77777777">
        <w:trPr>
          <w:jc w:val="center"/>
        </w:trPr>
        <w:tc>
          <w:tcPr>
            <w:tcW w:w="4819" w:type="dxa"/>
          </w:tcPr>
          <w:p w14:paraId="4F330975" w14:textId="77777777" w:rsidR="006E1AB1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73FEB8F3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0E0A2E41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79D1D5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17BBFD8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01AE1053" w14:textId="77777777">
        <w:trPr>
          <w:jc w:val="center"/>
        </w:trPr>
        <w:tc>
          <w:tcPr>
            <w:tcW w:w="4819" w:type="dxa"/>
          </w:tcPr>
          <w:p w14:paraId="51FD3CB0" w14:textId="77777777" w:rsidR="006E1AB1" w:rsidRDefault="006E1AB1"/>
        </w:tc>
        <w:tc>
          <w:tcPr>
            <w:tcW w:w="454" w:type="dxa"/>
          </w:tcPr>
          <w:p w14:paraId="7B0E1B81" w14:textId="77777777" w:rsidR="006E1AB1" w:rsidRDefault="006E1AB1"/>
        </w:tc>
        <w:tc>
          <w:tcPr>
            <w:tcW w:w="1474" w:type="dxa"/>
          </w:tcPr>
          <w:p w14:paraId="67420F75" w14:textId="77777777" w:rsidR="006E1AB1" w:rsidRDefault="006E1AB1"/>
        </w:tc>
        <w:tc>
          <w:tcPr>
            <w:tcW w:w="1474" w:type="dxa"/>
          </w:tcPr>
          <w:p w14:paraId="6C57F569" w14:textId="77777777" w:rsidR="006E1AB1" w:rsidRDefault="006E1AB1"/>
        </w:tc>
        <w:tc>
          <w:tcPr>
            <w:tcW w:w="1474" w:type="dxa"/>
          </w:tcPr>
          <w:p w14:paraId="056EAB4B" w14:textId="77777777" w:rsidR="006E1AB1" w:rsidRDefault="006E1AB1"/>
        </w:tc>
      </w:tr>
      <w:tr w:rsidR="006E1AB1" w14:paraId="15267AD7" w14:textId="77777777">
        <w:trPr>
          <w:jc w:val="center"/>
        </w:trPr>
        <w:tc>
          <w:tcPr>
            <w:tcW w:w="4819" w:type="dxa"/>
          </w:tcPr>
          <w:p w14:paraId="0DB4FCD9" w14:textId="77777777" w:rsidR="006E1AB1" w:rsidRDefault="00000000">
            <w:r>
              <w:rPr>
                <w:b/>
                <w:sz w:val="16"/>
              </w:rPr>
              <w:t>Y) Spese Titolo 3.04 per Altre spese per acquisizioni di attività finanziarie</w:t>
            </w:r>
          </w:p>
        </w:tc>
        <w:tc>
          <w:tcPr>
            <w:tcW w:w="454" w:type="dxa"/>
          </w:tcPr>
          <w:p w14:paraId="7354C94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16B9AAD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BDBC70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97052D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07CFC5B7" w14:textId="77777777">
        <w:trPr>
          <w:jc w:val="center"/>
        </w:trPr>
        <w:tc>
          <w:tcPr>
            <w:tcW w:w="4819" w:type="dxa"/>
          </w:tcPr>
          <w:p w14:paraId="00434C32" w14:textId="77777777" w:rsidR="006E1AB1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30CED595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09E4908C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089FD70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68CC7C77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618456B7" w14:textId="77777777">
        <w:trPr>
          <w:jc w:val="center"/>
        </w:trPr>
        <w:tc>
          <w:tcPr>
            <w:tcW w:w="4819" w:type="dxa"/>
          </w:tcPr>
          <w:p w14:paraId="48E0A0D9" w14:textId="77777777" w:rsidR="006E1AB1" w:rsidRDefault="006E1AB1"/>
        </w:tc>
        <w:tc>
          <w:tcPr>
            <w:tcW w:w="454" w:type="dxa"/>
          </w:tcPr>
          <w:p w14:paraId="6C87747A" w14:textId="77777777" w:rsidR="006E1AB1" w:rsidRDefault="006E1AB1"/>
        </w:tc>
        <w:tc>
          <w:tcPr>
            <w:tcW w:w="1474" w:type="dxa"/>
          </w:tcPr>
          <w:p w14:paraId="238C6FBF" w14:textId="77777777" w:rsidR="006E1AB1" w:rsidRDefault="006E1AB1"/>
        </w:tc>
        <w:tc>
          <w:tcPr>
            <w:tcW w:w="1474" w:type="dxa"/>
          </w:tcPr>
          <w:p w14:paraId="5DA7BCF0" w14:textId="77777777" w:rsidR="006E1AB1" w:rsidRDefault="006E1AB1"/>
        </w:tc>
        <w:tc>
          <w:tcPr>
            <w:tcW w:w="1474" w:type="dxa"/>
          </w:tcPr>
          <w:p w14:paraId="07083921" w14:textId="77777777" w:rsidR="006E1AB1" w:rsidRDefault="006E1AB1"/>
        </w:tc>
      </w:tr>
      <w:tr w:rsidR="006E1AB1" w14:paraId="05060626" w14:textId="77777777">
        <w:trPr>
          <w:jc w:val="center"/>
        </w:trPr>
        <w:tc>
          <w:tcPr>
            <w:tcW w:w="4819" w:type="dxa"/>
          </w:tcPr>
          <w:p w14:paraId="2CFF9F5F" w14:textId="77777777" w:rsidR="006E1AB1" w:rsidRDefault="00000000">
            <w:r>
              <w:rPr>
                <w:sz w:val="16"/>
              </w:rPr>
              <w:t>VF) Variazioni attività finanziaria</w:t>
            </w:r>
          </w:p>
        </w:tc>
        <w:tc>
          <w:tcPr>
            <w:tcW w:w="454" w:type="dxa"/>
          </w:tcPr>
          <w:p w14:paraId="6591C0C6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239D4DCA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64BDFA66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673C07D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206BD4BD" w14:textId="77777777">
        <w:trPr>
          <w:jc w:val="center"/>
        </w:trPr>
        <w:tc>
          <w:tcPr>
            <w:tcW w:w="4819" w:type="dxa"/>
          </w:tcPr>
          <w:p w14:paraId="53268C03" w14:textId="77777777" w:rsidR="006E1AB1" w:rsidRDefault="006E1AB1"/>
        </w:tc>
        <w:tc>
          <w:tcPr>
            <w:tcW w:w="454" w:type="dxa"/>
          </w:tcPr>
          <w:p w14:paraId="08D62F60" w14:textId="77777777" w:rsidR="006E1AB1" w:rsidRDefault="006E1AB1"/>
        </w:tc>
        <w:tc>
          <w:tcPr>
            <w:tcW w:w="1474" w:type="dxa"/>
          </w:tcPr>
          <w:p w14:paraId="1BE43903" w14:textId="77777777" w:rsidR="006E1AB1" w:rsidRDefault="006E1AB1"/>
        </w:tc>
        <w:tc>
          <w:tcPr>
            <w:tcW w:w="1474" w:type="dxa"/>
          </w:tcPr>
          <w:p w14:paraId="1D6BF857" w14:textId="77777777" w:rsidR="006E1AB1" w:rsidRDefault="006E1AB1"/>
        </w:tc>
        <w:tc>
          <w:tcPr>
            <w:tcW w:w="1474" w:type="dxa"/>
          </w:tcPr>
          <w:p w14:paraId="5222E9B0" w14:textId="77777777" w:rsidR="006E1AB1" w:rsidRDefault="006E1AB1"/>
        </w:tc>
      </w:tr>
      <w:tr w:rsidR="006E1AB1" w14:paraId="5FE6C4ED" w14:textId="77777777">
        <w:trPr>
          <w:jc w:val="center"/>
        </w:trPr>
        <w:tc>
          <w:tcPr>
            <w:tcW w:w="4819" w:type="dxa"/>
            <w:shd w:val="clear" w:color="auto" w:fill="BDD7EE"/>
          </w:tcPr>
          <w:p w14:paraId="63CD1B4B" w14:textId="77777777" w:rsidR="006E1AB1" w:rsidRDefault="00000000">
            <w:r>
              <w:rPr>
                <w:sz w:val="16"/>
              </w:rPr>
              <w:t>EQUILIBRIO FINALE (W=O+Z)</w:t>
            </w:r>
          </w:p>
        </w:tc>
        <w:tc>
          <w:tcPr>
            <w:tcW w:w="454" w:type="dxa"/>
            <w:shd w:val="clear" w:color="auto" w:fill="BDD7EE"/>
          </w:tcPr>
          <w:p w14:paraId="4E9CF4C5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BDD7EE"/>
          </w:tcPr>
          <w:p w14:paraId="76671250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6B3684B7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258E51D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29E91E25" w14:textId="77777777">
        <w:trPr>
          <w:jc w:val="center"/>
        </w:trPr>
        <w:tc>
          <w:tcPr>
            <w:tcW w:w="4819" w:type="dxa"/>
          </w:tcPr>
          <w:p w14:paraId="331DA2CC" w14:textId="77777777" w:rsidR="006E1AB1" w:rsidRDefault="006E1AB1"/>
        </w:tc>
        <w:tc>
          <w:tcPr>
            <w:tcW w:w="454" w:type="dxa"/>
          </w:tcPr>
          <w:p w14:paraId="12FB38C4" w14:textId="77777777" w:rsidR="006E1AB1" w:rsidRDefault="006E1AB1"/>
        </w:tc>
        <w:tc>
          <w:tcPr>
            <w:tcW w:w="1474" w:type="dxa"/>
          </w:tcPr>
          <w:p w14:paraId="4ABD63B6" w14:textId="77777777" w:rsidR="006E1AB1" w:rsidRDefault="006E1AB1"/>
        </w:tc>
        <w:tc>
          <w:tcPr>
            <w:tcW w:w="1474" w:type="dxa"/>
          </w:tcPr>
          <w:p w14:paraId="5EA712E9" w14:textId="77777777" w:rsidR="006E1AB1" w:rsidRDefault="006E1AB1"/>
        </w:tc>
        <w:tc>
          <w:tcPr>
            <w:tcW w:w="1474" w:type="dxa"/>
          </w:tcPr>
          <w:p w14:paraId="4A8D4DA9" w14:textId="77777777" w:rsidR="006E1AB1" w:rsidRDefault="006E1AB1"/>
        </w:tc>
      </w:tr>
      <w:tr w:rsidR="006E1AB1" w14:paraId="765FC3A0" w14:textId="77777777">
        <w:trPr>
          <w:jc w:val="center"/>
        </w:trPr>
        <w:tc>
          <w:tcPr>
            <w:tcW w:w="4819" w:type="dxa"/>
            <w:shd w:val="clear" w:color="auto" w:fill="F2F2F2"/>
          </w:tcPr>
          <w:p w14:paraId="6F362B6F" w14:textId="77777777" w:rsidR="006E1AB1" w:rsidRDefault="00000000">
            <w:r>
              <w:rPr>
                <w:sz w:val="16"/>
              </w:rPr>
              <w:t>Saldo corrente ai fini della copertura degli investimenti pluriennali :</w:t>
            </w:r>
          </w:p>
        </w:tc>
        <w:tc>
          <w:tcPr>
            <w:tcW w:w="454" w:type="dxa"/>
            <w:shd w:val="clear" w:color="auto" w:fill="F2F2F2"/>
          </w:tcPr>
          <w:p w14:paraId="0C2D31CC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F2F2F2"/>
          </w:tcPr>
          <w:p w14:paraId="3CDC04F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F2F2F2"/>
          </w:tcPr>
          <w:p w14:paraId="5FB6ADB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F2F2F2"/>
          </w:tcPr>
          <w:p w14:paraId="7E329A8B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4CBB5672" w14:textId="77777777">
        <w:trPr>
          <w:jc w:val="center"/>
        </w:trPr>
        <w:tc>
          <w:tcPr>
            <w:tcW w:w="4819" w:type="dxa"/>
          </w:tcPr>
          <w:p w14:paraId="52E0B827" w14:textId="77777777" w:rsidR="006E1AB1" w:rsidRDefault="00000000">
            <w:r>
              <w:rPr>
                <w:sz w:val="16"/>
              </w:rPr>
              <w:t>Equilibrio di parte corrente (O)</w:t>
            </w:r>
          </w:p>
        </w:tc>
        <w:tc>
          <w:tcPr>
            <w:tcW w:w="454" w:type="dxa"/>
          </w:tcPr>
          <w:p w14:paraId="120580B8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7827D06F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A741801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42C9A492" w14:textId="77777777" w:rsidR="006E1AB1" w:rsidRDefault="006E1AB1">
            <w:pPr>
              <w:jc w:val="right"/>
            </w:pPr>
          </w:p>
        </w:tc>
      </w:tr>
      <w:tr w:rsidR="006E1AB1" w14:paraId="30495BD2" w14:textId="77777777">
        <w:trPr>
          <w:jc w:val="center"/>
        </w:trPr>
        <w:tc>
          <w:tcPr>
            <w:tcW w:w="4819" w:type="dxa"/>
          </w:tcPr>
          <w:p w14:paraId="49F03259" w14:textId="77777777" w:rsidR="006E1AB1" w:rsidRDefault="00000000">
            <w:r>
              <w:rPr>
                <w:b/>
                <w:sz w:val="16"/>
              </w:rPr>
              <w:t>Utilizzo risultato di amministrazione per il finanziamento di spese correnti e del rimborso prestiti (H) al netto del fondo di anticipazione di liquidità</w:t>
            </w:r>
          </w:p>
        </w:tc>
        <w:tc>
          <w:tcPr>
            <w:tcW w:w="454" w:type="dxa"/>
          </w:tcPr>
          <w:p w14:paraId="1EC85F7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0804327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33.962,12</w:t>
            </w:r>
          </w:p>
        </w:tc>
        <w:tc>
          <w:tcPr>
            <w:tcW w:w="1474" w:type="dxa"/>
          </w:tcPr>
          <w:p w14:paraId="241133A9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42F79CDB" w14:textId="77777777" w:rsidR="006E1AB1" w:rsidRDefault="006E1AB1">
            <w:pPr>
              <w:jc w:val="right"/>
            </w:pPr>
          </w:p>
        </w:tc>
      </w:tr>
      <w:tr w:rsidR="006E1AB1" w14:paraId="0B38329F" w14:textId="77777777">
        <w:trPr>
          <w:jc w:val="center"/>
        </w:trPr>
        <w:tc>
          <w:tcPr>
            <w:tcW w:w="4819" w:type="dxa"/>
            <w:shd w:val="clear" w:color="auto" w:fill="FFF2CC"/>
          </w:tcPr>
          <w:p w14:paraId="09544E1A" w14:textId="77777777" w:rsidR="006E1AB1" w:rsidRDefault="00000000">
            <w:r>
              <w:rPr>
                <w:sz w:val="16"/>
              </w:rPr>
              <w:t>Equilibrio di parte corrente ai fini della copertura degli investimenti plurien.</w:t>
            </w:r>
          </w:p>
        </w:tc>
        <w:tc>
          <w:tcPr>
            <w:tcW w:w="454" w:type="dxa"/>
            <w:shd w:val="clear" w:color="auto" w:fill="FFF2CC"/>
          </w:tcPr>
          <w:p w14:paraId="0244E183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FFF2CC"/>
          </w:tcPr>
          <w:p w14:paraId="278C1C8F" w14:textId="77777777" w:rsidR="006E1AB1" w:rsidRDefault="00000000">
            <w:pPr>
              <w:jc w:val="right"/>
            </w:pPr>
            <w:r>
              <w:rPr>
                <w:sz w:val="16"/>
              </w:rPr>
              <w:t>-33.962,12</w:t>
            </w:r>
          </w:p>
        </w:tc>
        <w:tc>
          <w:tcPr>
            <w:tcW w:w="1474" w:type="dxa"/>
            <w:shd w:val="clear" w:color="auto" w:fill="FFF2CC"/>
          </w:tcPr>
          <w:p w14:paraId="453055BF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FFF2CC"/>
          </w:tcPr>
          <w:p w14:paraId="6A5648EA" w14:textId="77777777" w:rsidR="006E1AB1" w:rsidRDefault="006E1AB1">
            <w:pPr>
              <w:jc w:val="right"/>
            </w:pPr>
          </w:p>
        </w:tc>
      </w:tr>
    </w:tbl>
    <w:p w14:paraId="05FAA9AC" w14:textId="77777777" w:rsidR="006E1AB1" w:rsidRDefault="00000000">
      <w:r>
        <w:br w:type="page"/>
      </w:r>
    </w:p>
    <w:p w14:paraId="7C4BEFE4" w14:textId="77777777" w:rsidR="006E1AB1" w:rsidRDefault="00000000">
      <w:pPr>
        <w:spacing w:before="120" w:after="60"/>
        <w:jc w:val="center"/>
      </w:pPr>
      <w:r>
        <w:rPr>
          <w:b/>
        </w:rPr>
        <w:lastRenderedPageBreak/>
        <w:t>EQUILIBRIO TRA ENTRATE E SPESE CORRENTI ED IN CONTO CAPITALE</w:t>
      </w:r>
    </w:p>
    <w:p w14:paraId="083EF7D1" w14:textId="77777777" w:rsidR="006E1AB1" w:rsidRDefault="00000000">
      <w:pPr>
        <w:spacing w:before="120" w:after="60"/>
        <w:jc w:val="center"/>
      </w:pPr>
      <w:r>
        <w:rPr>
          <w:sz w:val="20"/>
        </w:rPr>
        <w:t>(previsioni aggiornate alla proposta di variazione di assestamento)</w:t>
      </w:r>
    </w:p>
    <w:p w14:paraId="72B5B54F" w14:textId="77777777" w:rsidR="006E1AB1" w:rsidRDefault="00000000">
      <w:pPr>
        <w:spacing w:after="60"/>
        <w:ind w:firstLine="851"/>
        <w:jc w:val="both"/>
      </w:pPr>
      <w:r>
        <w:t>Si riporta l'articolazione degli equilibri delle previsioni di parte corrente e di parte capitale comprensive delle variazioni al bilancio di previsione esposte alla sezione "Equilibrio tra entrate e spese complessive gestione di competenza" evidenziandone il mantenimento: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54"/>
        <w:gridCol w:w="1474"/>
        <w:gridCol w:w="1474"/>
        <w:gridCol w:w="1474"/>
      </w:tblGrid>
      <w:tr w:rsidR="006E1AB1" w14:paraId="7AAC1A2E" w14:textId="77777777">
        <w:trPr>
          <w:jc w:val="center"/>
        </w:trPr>
        <w:tc>
          <w:tcPr>
            <w:tcW w:w="4819" w:type="dxa"/>
            <w:shd w:val="clear" w:color="auto" w:fill="DEEAF1"/>
          </w:tcPr>
          <w:p w14:paraId="3FF9943B" w14:textId="77777777" w:rsidR="006E1AB1" w:rsidRDefault="00000000">
            <w:r>
              <w:rPr>
                <w:b/>
                <w:sz w:val="16"/>
              </w:rPr>
              <w:t>EQUILIBRIO ECONOMICO-FINANZIARIO</w:t>
            </w:r>
          </w:p>
        </w:tc>
        <w:tc>
          <w:tcPr>
            <w:tcW w:w="454" w:type="dxa"/>
            <w:shd w:val="clear" w:color="auto" w:fill="DEEAF1"/>
          </w:tcPr>
          <w:p w14:paraId="64B87113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DEEAF1"/>
          </w:tcPr>
          <w:p w14:paraId="12D6D759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COMPETENZA ANNO DI RIFERIMENTO DEL BILANCIO 2026</w:t>
            </w:r>
          </w:p>
        </w:tc>
        <w:tc>
          <w:tcPr>
            <w:tcW w:w="1474" w:type="dxa"/>
            <w:shd w:val="clear" w:color="auto" w:fill="DEEAF1"/>
          </w:tcPr>
          <w:p w14:paraId="571024F5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COMPETENZA ANNO 2027</w:t>
            </w:r>
          </w:p>
        </w:tc>
        <w:tc>
          <w:tcPr>
            <w:tcW w:w="1474" w:type="dxa"/>
            <w:shd w:val="clear" w:color="auto" w:fill="DEEAF1"/>
          </w:tcPr>
          <w:p w14:paraId="2166AA9D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COMPETENZA ANNO 2028</w:t>
            </w:r>
          </w:p>
        </w:tc>
      </w:tr>
      <w:tr w:rsidR="006E1AB1" w14:paraId="6935ECCF" w14:textId="77777777">
        <w:trPr>
          <w:jc w:val="center"/>
        </w:trPr>
        <w:tc>
          <w:tcPr>
            <w:tcW w:w="4819" w:type="dxa"/>
          </w:tcPr>
          <w:p w14:paraId="37754C0D" w14:textId="77777777" w:rsidR="006E1AB1" w:rsidRDefault="00000000">
            <w:r>
              <w:rPr>
                <w:sz w:val="16"/>
              </w:rPr>
              <w:t>Fondo di cassa all'inizio dell'esercizio</w:t>
            </w:r>
          </w:p>
        </w:tc>
        <w:tc>
          <w:tcPr>
            <w:tcW w:w="454" w:type="dxa"/>
          </w:tcPr>
          <w:p w14:paraId="29F35395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76DA523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971.904,39</w:t>
            </w:r>
          </w:p>
        </w:tc>
        <w:tc>
          <w:tcPr>
            <w:tcW w:w="1474" w:type="dxa"/>
          </w:tcPr>
          <w:p w14:paraId="3090248D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24D70DB7" w14:textId="77777777" w:rsidR="006E1AB1" w:rsidRDefault="006E1AB1">
            <w:pPr>
              <w:jc w:val="right"/>
            </w:pPr>
          </w:p>
        </w:tc>
      </w:tr>
      <w:tr w:rsidR="006E1AB1" w14:paraId="0FD96D41" w14:textId="77777777">
        <w:trPr>
          <w:jc w:val="center"/>
        </w:trPr>
        <w:tc>
          <w:tcPr>
            <w:tcW w:w="4819" w:type="dxa"/>
          </w:tcPr>
          <w:p w14:paraId="54CABE67" w14:textId="77777777" w:rsidR="006E1AB1" w:rsidRDefault="00000000">
            <w:r>
              <w:rPr>
                <w:b/>
                <w:sz w:val="16"/>
              </w:rPr>
              <w:t>H) Utilizzo risultato di amministrazione per spese correnti e per rimborso dei prestiti</w:t>
            </w:r>
          </w:p>
        </w:tc>
        <w:tc>
          <w:tcPr>
            <w:tcW w:w="454" w:type="dxa"/>
          </w:tcPr>
          <w:p w14:paraId="00F7634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2DA7E61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36.416,12</w:t>
            </w:r>
          </w:p>
        </w:tc>
        <w:tc>
          <w:tcPr>
            <w:tcW w:w="1474" w:type="dxa"/>
          </w:tcPr>
          <w:p w14:paraId="1D33F28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CEB098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082598B3" w14:textId="77777777">
        <w:trPr>
          <w:jc w:val="center"/>
        </w:trPr>
        <w:tc>
          <w:tcPr>
            <w:tcW w:w="4819" w:type="dxa"/>
          </w:tcPr>
          <w:p w14:paraId="23411362" w14:textId="77777777" w:rsidR="006E1AB1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129155FE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6C9CBE5F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4403F31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FC51E3B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044FF105" w14:textId="77777777">
        <w:trPr>
          <w:jc w:val="center"/>
        </w:trPr>
        <w:tc>
          <w:tcPr>
            <w:tcW w:w="4819" w:type="dxa"/>
          </w:tcPr>
          <w:p w14:paraId="255FC7A5" w14:textId="77777777" w:rsidR="006E1AB1" w:rsidRDefault="006E1AB1"/>
        </w:tc>
        <w:tc>
          <w:tcPr>
            <w:tcW w:w="454" w:type="dxa"/>
          </w:tcPr>
          <w:p w14:paraId="667ADCC1" w14:textId="77777777" w:rsidR="006E1AB1" w:rsidRDefault="006E1AB1"/>
        </w:tc>
        <w:tc>
          <w:tcPr>
            <w:tcW w:w="1474" w:type="dxa"/>
          </w:tcPr>
          <w:p w14:paraId="1273D3D3" w14:textId="77777777" w:rsidR="006E1AB1" w:rsidRDefault="006E1AB1"/>
        </w:tc>
        <w:tc>
          <w:tcPr>
            <w:tcW w:w="1474" w:type="dxa"/>
          </w:tcPr>
          <w:p w14:paraId="0091F4DD" w14:textId="77777777" w:rsidR="006E1AB1" w:rsidRDefault="006E1AB1"/>
        </w:tc>
        <w:tc>
          <w:tcPr>
            <w:tcW w:w="1474" w:type="dxa"/>
          </w:tcPr>
          <w:p w14:paraId="7A6B6007" w14:textId="77777777" w:rsidR="006E1AB1" w:rsidRDefault="006E1AB1"/>
        </w:tc>
      </w:tr>
      <w:tr w:rsidR="006E1AB1" w14:paraId="305A5F4C" w14:textId="77777777">
        <w:trPr>
          <w:jc w:val="center"/>
        </w:trPr>
        <w:tc>
          <w:tcPr>
            <w:tcW w:w="4819" w:type="dxa"/>
          </w:tcPr>
          <w:p w14:paraId="09DE113B" w14:textId="77777777" w:rsidR="006E1AB1" w:rsidRDefault="00000000">
            <w:r>
              <w:rPr>
                <w:b/>
                <w:sz w:val="16"/>
              </w:rPr>
              <w:t>AA) Recupero disavanzo di amministrazione esercizio precedente</w:t>
            </w:r>
          </w:p>
        </w:tc>
        <w:tc>
          <w:tcPr>
            <w:tcW w:w="454" w:type="dxa"/>
          </w:tcPr>
          <w:p w14:paraId="2747B1B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0478A20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2EDA2E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18EDA5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185208E5" w14:textId="77777777">
        <w:trPr>
          <w:jc w:val="center"/>
        </w:trPr>
        <w:tc>
          <w:tcPr>
            <w:tcW w:w="4819" w:type="dxa"/>
          </w:tcPr>
          <w:p w14:paraId="1606A27B" w14:textId="77777777" w:rsidR="006E1AB1" w:rsidRDefault="006E1AB1"/>
        </w:tc>
        <w:tc>
          <w:tcPr>
            <w:tcW w:w="454" w:type="dxa"/>
          </w:tcPr>
          <w:p w14:paraId="1794012F" w14:textId="77777777" w:rsidR="006E1AB1" w:rsidRDefault="006E1AB1"/>
        </w:tc>
        <w:tc>
          <w:tcPr>
            <w:tcW w:w="1474" w:type="dxa"/>
          </w:tcPr>
          <w:p w14:paraId="23FE19E7" w14:textId="77777777" w:rsidR="006E1AB1" w:rsidRDefault="006E1AB1"/>
        </w:tc>
        <w:tc>
          <w:tcPr>
            <w:tcW w:w="1474" w:type="dxa"/>
          </w:tcPr>
          <w:p w14:paraId="663484BD" w14:textId="77777777" w:rsidR="006E1AB1" w:rsidRDefault="006E1AB1"/>
        </w:tc>
        <w:tc>
          <w:tcPr>
            <w:tcW w:w="1474" w:type="dxa"/>
          </w:tcPr>
          <w:p w14:paraId="07D52DFD" w14:textId="77777777" w:rsidR="006E1AB1" w:rsidRDefault="006E1AB1"/>
        </w:tc>
      </w:tr>
      <w:tr w:rsidR="006E1AB1" w14:paraId="4A78EE10" w14:textId="77777777">
        <w:trPr>
          <w:jc w:val="center"/>
        </w:trPr>
        <w:tc>
          <w:tcPr>
            <w:tcW w:w="4819" w:type="dxa"/>
          </w:tcPr>
          <w:p w14:paraId="1E2C05B2" w14:textId="77777777" w:rsidR="006E1AB1" w:rsidRDefault="00000000">
            <w:r>
              <w:rPr>
                <w:b/>
                <w:sz w:val="16"/>
              </w:rPr>
              <w:t>A) Fondo pluriennale vincolato di entrata per spese correnti</w:t>
            </w:r>
          </w:p>
        </w:tc>
        <w:tc>
          <w:tcPr>
            <w:tcW w:w="454" w:type="dxa"/>
          </w:tcPr>
          <w:p w14:paraId="19E3429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3E7EC59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19.226,29</w:t>
            </w:r>
          </w:p>
        </w:tc>
        <w:tc>
          <w:tcPr>
            <w:tcW w:w="1474" w:type="dxa"/>
          </w:tcPr>
          <w:p w14:paraId="207016A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722508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3993A109" w14:textId="77777777">
        <w:trPr>
          <w:jc w:val="center"/>
        </w:trPr>
        <w:tc>
          <w:tcPr>
            <w:tcW w:w="4819" w:type="dxa"/>
          </w:tcPr>
          <w:p w14:paraId="1C51C889" w14:textId="77777777" w:rsidR="006E1AB1" w:rsidRDefault="006E1AB1"/>
        </w:tc>
        <w:tc>
          <w:tcPr>
            <w:tcW w:w="454" w:type="dxa"/>
          </w:tcPr>
          <w:p w14:paraId="0886F8C1" w14:textId="77777777" w:rsidR="006E1AB1" w:rsidRDefault="006E1AB1"/>
        </w:tc>
        <w:tc>
          <w:tcPr>
            <w:tcW w:w="1474" w:type="dxa"/>
          </w:tcPr>
          <w:p w14:paraId="3D01B471" w14:textId="77777777" w:rsidR="006E1AB1" w:rsidRDefault="006E1AB1"/>
        </w:tc>
        <w:tc>
          <w:tcPr>
            <w:tcW w:w="1474" w:type="dxa"/>
          </w:tcPr>
          <w:p w14:paraId="057432F7" w14:textId="77777777" w:rsidR="006E1AB1" w:rsidRDefault="006E1AB1"/>
        </w:tc>
        <w:tc>
          <w:tcPr>
            <w:tcW w:w="1474" w:type="dxa"/>
          </w:tcPr>
          <w:p w14:paraId="55D3CE06" w14:textId="77777777" w:rsidR="006E1AB1" w:rsidRDefault="006E1AB1"/>
        </w:tc>
      </w:tr>
      <w:tr w:rsidR="006E1AB1" w14:paraId="4EA41570" w14:textId="77777777">
        <w:trPr>
          <w:jc w:val="center"/>
        </w:trPr>
        <w:tc>
          <w:tcPr>
            <w:tcW w:w="4819" w:type="dxa"/>
          </w:tcPr>
          <w:p w14:paraId="6F959C7A" w14:textId="77777777" w:rsidR="006E1AB1" w:rsidRDefault="00000000">
            <w:r>
              <w:rPr>
                <w:b/>
                <w:sz w:val="16"/>
              </w:rPr>
              <w:t>Q1) Fondo pluriennale vincolato per spese titolo 2.04 Altri trasferimenti in conto capitale iscritto in entrata</w:t>
            </w:r>
          </w:p>
        </w:tc>
        <w:tc>
          <w:tcPr>
            <w:tcW w:w="454" w:type="dxa"/>
          </w:tcPr>
          <w:p w14:paraId="59A0D5B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0A341F82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CA9770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C47EEE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71E2E245" w14:textId="77777777">
        <w:trPr>
          <w:jc w:val="center"/>
        </w:trPr>
        <w:tc>
          <w:tcPr>
            <w:tcW w:w="4819" w:type="dxa"/>
          </w:tcPr>
          <w:p w14:paraId="07D75284" w14:textId="77777777" w:rsidR="006E1AB1" w:rsidRDefault="006E1AB1"/>
        </w:tc>
        <w:tc>
          <w:tcPr>
            <w:tcW w:w="454" w:type="dxa"/>
          </w:tcPr>
          <w:p w14:paraId="6A8549D9" w14:textId="77777777" w:rsidR="006E1AB1" w:rsidRDefault="006E1AB1"/>
        </w:tc>
        <w:tc>
          <w:tcPr>
            <w:tcW w:w="1474" w:type="dxa"/>
          </w:tcPr>
          <w:p w14:paraId="166EF701" w14:textId="77777777" w:rsidR="006E1AB1" w:rsidRDefault="006E1AB1"/>
        </w:tc>
        <w:tc>
          <w:tcPr>
            <w:tcW w:w="1474" w:type="dxa"/>
          </w:tcPr>
          <w:p w14:paraId="3A06ADCA" w14:textId="77777777" w:rsidR="006E1AB1" w:rsidRDefault="006E1AB1"/>
        </w:tc>
        <w:tc>
          <w:tcPr>
            <w:tcW w:w="1474" w:type="dxa"/>
          </w:tcPr>
          <w:p w14:paraId="2D4602B7" w14:textId="77777777" w:rsidR="006E1AB1" w:rsidRDefault="006E1AB1"/>
        </w:tc>
      </w:tr>
      <w:tr w:rsidR="006E1AB1" w14:paraId="78FA89AF" w14:textId="77777777">
        <w:trPr>
          <w:jc w:val="center"/>
        </w:trPr>
        <w:tc>
          <w:tcPr>
            <w:tcW w:w="4819" w:type="dxa"/>
          </w:tcPr>
          <w:p w14:paraId="280F6F53" w14:textId="77777777" w:rsidR="006E1AB1" w:rsidRDefault="00000000">
            <w:r>
              <w:rPr>
                <w:b/>
                <w:sz w:val="16"/>
              </w:rPr>
              <w:t>B) Entrate Titoli 1.00 - 2.00 - 3.00</w:t>
            </w:r>
          </w:p>
        </w:tc>
        <w:tc>
          <w:tcPr>
            <w:tcW w:w="454" w:type="dxa"/>
          </w:tcPr>
          <w:p w14:paraId="732E792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58EB8BC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914.717,72</w:t>
            </w:r>
          </w:p>
        </w:tc>
        <w:tc>
          <w:tcPr>
            <w:tcW w:w="1474" w:type="dxa"/>
          </w:tcPr>
          <w:p w14:paraId="5F5D9E9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849.226,38</w:t>
            </w:r>
          </w:p>
        </w:tc>
        <w:tc>
          <w:tcPr>
            <w:tcW w:w="1474" w:type="dxa"/>
          </w:tcPr>
          <w:p w14:paraId="2598FBA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846.020,38</w:t>
            </w:r>
          </w:p>
        </w:tc>
      </w:tr>
      <w:tr w:rsidR="006E1AB1" w14:paraId="4D436BDD" w14:textId="77777777">
        <w:trPr>
          <w:jc w:val="center"/>
        </w:trPr>
        <w:tc>
          <w:tcPr>
            <w:tcW w:w="4819" w:type="dxa"/>
          </w:tcPr>
          <w:p w14:paraId="3E80E6E0" w14:textId="77777777" w:rsidR="006E1AB1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7225F338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34F08F00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BAABCF5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01FC132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741E925E" w14:textId="77777777">
        <w:trPr>
          <w:jc w:val="center"/>
        </w:trPr>
        <w:tc>
          <w:tcPr>
            <w:tcW w:w="4819" w:type="dxa"/>
          </w:tcPr>
          <w:p w14:paraId="2E8DC8D0" w14:textId="77777777" w:rsidR="006E1AB1" w:rsidRDefault="006E1AB1"/>
        </w:tc>
        <w:tc>
          <w:tcPr>
            <w:tcW w:w="454" w:type="dxa"/>
          </w:tcPr>
          <w:p w14:paraId="105DB100" w14:textId="77777777" w:rsidR="006E1AB1" w:rsidRDefault="006E1AB1"/>
        </w:tc>
        <w:tc>
          <w:tcPr>
            <w:tcW w:w="1474" w:type="dxa"/>
          </w:tcPr>
          <w:p w14:paraId="755C13E1" w14:textId="77777777" w:rsidR="006E1AB1" w:rsidRDefault="006E1AB1"/>
        </w:tc>
        <w:tc>
          <w:tcPr>
            <w:tcW w:w="1474" w:type="dxa"/>
          </w:tcPr>
          <w:p w14:paraId="6873987F" w14:textId="77777777" w:rsidR="006E1AB1" w:rsidRDefault="006E1AB1"/>
        </w:tc>
        <w:tc>
          <w:tcPr>
            <w:tcW w:w="1474" w:type="dxa"/>
          </w:tcPr>
          <w:p w14:paraId="35AE206C" w14:textId="77777777" w:rsidR="006E1AB1" w:rsidRDefault="006E1AB1"/>
        </w:tc>
      </w:tr>
      <w:tr w:rsidR="006E1AB1" w14:paraId="402163AB" w14:textId="77777777">
        <w:trPr>
          <w:jc w:val="center"/>
        </w:trPr>
        <w:tc>
          <w:tcPr>
            <w:tcW w:w="4819" w:type="dxa"/>
          </w:tcPr>
          <w:p w14:paraId="53E216C2" w14:textId="77777777" w:rsidR="006E1AB1" w:rsidRDefault="00000000">
            <w:r>
              <w:rPr>
                <w:b/>
                <w:sz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454" w:type="dxa"/>
          </w:tcPr>
          <w:p w14:paraId="238FFEF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6636536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D2A7D4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2158F2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20EF81AA" w14:textId="77777777">
        <w:trPr>
          <w:jc w:val="center"/>
        </w:trPr>
        <w:tc>
          <w:tcPr>
            <w:tcW w:w="4819" w:type="dxa"/>
          </w:tcPr>
          <w:p w14:paraId="5BF9803E" w14:textId="77777777" w:rsidR="006E1AB1" w:rsidRDefault="006E1AB1"/>
        </w:tc>
        <w:tc>
          <w:tcPr>
            <w:tcW w:w="454" w:type="dxa"/>
          </w:tcPr>
          <w:p w14:paraId="0DB9C4A9" w14:textId="77777777" w:rsidR="006E1AB1" w:rsidRDefault="006E1AB1"/>
        </w:tc>
        <w:tc>
          <w:tcPr>
            <w:tcW w:w="1474" w:type="dxa"/>
          </w:tcPr>
          <w:p w14:paraId="2ABA3DB8" w14:textId="77777777" w:rsidR="006E1AB1" w:rsidRDefault="006E1AB1"/>
        </w:tc>
        <w:tc>
          <w:tcPr>
            <w:tcW w:w="1474" w:type="dxa"/>
          </w:tcPr>
          <w:p w14:paraId="45DE89C5" w14:textId="77777777" w:rsidR="006E1AB1" w:rsidRDefault="006E1AB1"/>
        </w:tc>
        <w:tc>
          <w:tcPr>
            <w:tcW w:w="1474" w:type="dxa"/>
          </w:tcPr>
          <w:p w14:paraId="055820D0" w14:textId="77777777" w:rsidR="006E1AB1" w:rsidRDefault="006E1AB1"/>
        </w:tc>
      </w:tr>
      <w:tr w:rsidR="006E1AB1" w14:paraId="4676D5A1" w14:textId="77777777">
        <w:trPr>
          <w:jc w:val="center"/>
        </w:trPr>
        <w:tc>
          <w:tcPr>
            <w:tcW w:w="4819" w:type="dxa"/>
          </w:tcPr>
          <w:p w14:paraId="1F4E0FC8" w14:textId="77777777" w:rsidR="006E1AB1" w:rsidRDefault="00000000">
            <w:r>
              <w:rPr>
                <w:b/>
                <w:sz w:val="16"/>
              </w:rPr>
              <w:t>I) Entrate di parte capitale destinate a spese correnti in base a specifiche disposizioni di legge o dei principi contabili</w:t>
            </w:r>
          </w:p>
        </w:tc>
        <w:tc>
          <w:tcPr>
            <w:tcW w:w="454" w:type="dxa"/>
          </w:tcPr>
          <w:p w14:paraId="10C027E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36C77DE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E357DC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5270EF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3BEB6D64" w14:textId="77777777">
        <w:trPr>
          <w:jc w:val="center"/>
        </w:trPr>
        <w:tc>
          <w:tcPr>
            <w:tcW w:w="4819" w:type="dxa"/>
          </w:tcPr>
          <w:p w14:paraId="57EE5389" w14:textId="77777777" w:rsidR="006E1AB1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6D0784A3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54784132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46A0F3B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13D70BC6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56C1DF4B" w14:textId="77777777">
        <w:trPr>
          <w:jc w:val="center"/>
        </w:trPr>
        <w:tc>
          <w:tcPr>
            <w:tcW w:w="4819" w:type="dxa"/>
          </w:tcPr>
          <w:p w14:paraId="51D07396" w14:textId="77777777" w:rsidR="006E1AB1" w:rsidRDefault="006E1AB1"/>
        </w:tc>
        <w:tc>
          <w:tcPr>
            <w:tcW w:w="454" w:type="dxa"/>
          </w:tcPr>
          <w:p w14:paraId="44EF2EAA" w14:textId="77777777" w:rsidR="006E1AB1" w:rsidRDefault="006E1AB1"/>
        </w:tc>
        <w:tc>
          <w:tcPr>
            <w:tcW w:w="1474" w:type="dxa"/>
          </w:tcPr>
          <w:p w14:paraId="26DDFC30" w14:textId="77777777" w:rsidR="006E1AB1" w:rsidRDefault="006E1AB1"/>
        </w:tc>
        <w:tc>
          <w:tcPr>
            <w:tcW w:w="1474" w:type="dxa"/>
          </w:tcPr>
          <w:p w14:paraId="2D207B68" w14:textId="77777777" w:rsidR="006E1AB1" w:rsidRDefault="006E1AB1"/>
        </w:tc>
        <w:tc>
          <w:tcPr>
            <w:tcW w:w="1474" w:type="dxa"/>
          </w:tcPr>
          <w:p w14:paraId="522B0093" w14:textId="77777777" w:rsidR="006E1AB1" w:rsidRDefault="006E1AB1"/>
        </w:tc>
      </w:tr>
      <w:tr w:rsidR="006E1AB1" w14:paraId="18DEE349" w14:textId="77777777">
        <w:trPr>
          <w:jc w:val="center"/>
        </w:trPr>
        <w:tc>
          <w:tcPr>
            <w:tcW w:w="4819" w:type="dxa"/>
          </w:tcPr>
          <w:p w14:paraId="66A01C8E" w14:textId="77777777" w:rsidR="006E1AB1" w:rsidRDefault="00000000">
            <w:r>
              <w:rPr>
                <w:b/>
                <w:sz w:val="16"/>
              </w:rPr>
              <w:t>L) Entrate di parte corrente destinate a spese di investimento in base a specifiche disposizioni di legge o dei principi contabili</w:t>
            </w:r>
          </w:p>
        </w:tc>
        <w:tc>
          <w:tcPr>
            <w:tcW w:w="454" w:type="dxa"/>
          </w:tcPr>
          <w:p w14:paraId="27746B6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848EC8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0A744B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C0437D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14CB75E0" w14:textId="77777777">
        <w:trPr>
          <w:jc w:val="center"/>
        </w:trPr>
        <w:tc>
          <w:tcPr>
            <w:tcW w:w="4819" w:type="dxa"/>
          </w:tcPr>
          <w:p w14:paraId="39C2397E" w14:textId="77777777" w:rsidR="006E1AB1" w:rsidRDefault="006E1AB1"/>
        </w:tc>
        <w:tc>
          <w:tcPr>
            <w:tcW w:w="454" w:type="dxa"/>
          </w:tcPr>
          <w:p w14:paraId="6B2465AC" w14:textId="77777777" w:rsidR="006E1AB1" w:rsidRDefault="006E1AB1"/>
        </w:tc>
        <w:tc>
          <w:tcPr>
            <w:tcW w:w="1474" w:type="dxa"/>
          </w:tcPr>
          <w:p w14:paraId="6E5D5B96" w14:textId="77777777" w:rsidR="006E1AB1" w:rsidRDefault="006E1AB1"/>
        </w:tc>
        <w:tc>
          <w:tcPr>
            <w:tcW w:w="1474" w:type="dxa"/>
          </w:tcPr>
          <w:p w14:paraId="0E8F7D1C" w14:textId="77777777" w:rsidR="006E1AB1" w:rsidRDefault="006E1AB1"/>
        </w:tc>
        <w:tc>
          <w:tcPr>
            <w:tcW w:w="1474" w:type="dxa"/>
          </w:tcPr>
          <w:p w14:paraId="31BF5924" w14:textId="77777777" w:rsidR="006E1AB1" w:rsidRDefault="006E1AB1"/>
        </w:tc>
      </w:tr>
      <w:tr w:rsidR="006E1AB1" w14:paraId="6D796C41" w14:textId="77777777">
        <w:trPr>
          <w:jc w:val="center"/>
        </w:trPr>
        <w:tc>
          <w:tcPr>
            <w:tcW w:w="4819" w:type="dxa"/>
          </w:tcPr>
          <w:p w14:paraId="5C75C3E7" w14:textId="77777777" w:rsidR="006E1AB1" w:rsidRDefault="00000000">
            <w:r>
              <w:rPr>
                <w:b/>
                <w:sz w:val="16"/>
              </w:rPr>
              <w:t>M) Entrate da accensione di prestiti destinate a estinzione anticipata dei prestiti</w:t>
            </w:r>
          </w:p>
        </w:tc>
        <w:tc>
          <w:tcPr>
            <w:tcW w:w="454" w:type="dxa"/>
          </w:tcPr>
          <w:p w14:paraId="2CE9513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0DDE15E2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BFA439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AFFAC1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2012E2E9" w14:textId="77777777">
        <w:trPr>
          <w:jc w:val="center"/>
        </w:trPr>
        <w:tc>
          <w:tcPr>
            <w:tcW w:w="4819" w:type="dxa"/>
          </w:tcPr>
          <w:p w14:paraId="663AF684" w14:textId="77777777" w:rsidR="006E1AB1" w:rsidRDefault="006E1AB1"/>
        </w:tc>
        <w:tc>
          <w:tcPr>
            <w:tcW w:w="454" w:type="dxa"/>
          </w:tcPr>
          <w:p w14:paraId="7F101E5C" w14:textId="77777777" w:rsidR="006E1AB1" w:rsidRDefault="006E1AB1"/>
        </w:tc>
        <w:tc>
          <w:tcPr>
            <w:tcW w:w="1474" w:type="dxa"/>
          </w:tcPr>
          <w:p w14:paraId="2869ABA8" w14:textId="77777777" w:rsidR="006E1AB1" w:rsidRDefault="006E1AB1"/>
        </w:tc>
        <w:tc>
          <w:tcPr>
            <w:tcW w:w="1474" w:type="dxa"/>
          </w:tcPr>
          <w:p w14:paraId="78EB05CC" w14:textId="77777777" w:rsidR="006E1AB1" w:rsidRDefault="006E1AB1"/>
        </w:tc>
        <w:tc>
          <w:tcPr>
            <w:tcW w:w="1474" w:type="dxa"/>
          </w:tcPr>
          <w:p w14:paraId="6B4A6508" w14:textId="77777777" w:rsidR="006E1AB1" w:rsidRDefault="006E1AB1"/>
        </w:tc>
      </w:tr>
      <w:tr w:rsidR="006E1AB1" w14:paraId="10A84F6B" w14:textId="77777777">
        <w:trPr>
          <w:jc w:val="center"/>
        </w:trPr>
        <w:tc>
          <w:tcPr>
            <w:tcW w:w="4819" w:type="dxa"/>
          </w:tcPr>
          <w:p w14:paraId="0F97D9FE" w14:textId="77777777" w:rsidR="006E1AB1" w:rsidRDefault="00000000">
            <w:r>
              <w:rPr>
                <w:b/>
                <w:sz w:val="16"/>
              </w:rPr>
              <w:t>D) Spese Titolo 1.00 - Spese correnti</w:t>
            </w:r>
          </w:p>
        </w:tc>
        <w:tc>
          <w:tcPr>
            <w:tcW w:w="454" w:type="dxa"/>
          </w:tcPr>
          <w:p w14:paraId="4F92947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556F6C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935.253,13</w:t>
            </w:r>
          </w:p>
        </w:tc>
        <w:tc>
          <w:tcPr>
            <w:tcW w:w="1474" w:type="dxa"/>
          </w:tcPr>
          <w:p w14:paraId="3446A7D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821.100,38</w:t>
            </w:r>
          </w:p>
        </w:tc>
        <w:tc>
          <w:tcPr>
            <w:tcW w:w="1474" w:type="dxa"/>
          </w:tcPr>
          <w:p w14:paraId="15A25BC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818.384,38</w:t>
            </w:r>
          </w:p>
        </w:tc>
      </w:tr>
      <w:tr w:rsidR="006E1AB1" w14:paraId="600C9C62" w14:textId="77777777">
        <w:trPr>
          <w:jc w:val="center"/>
        </w:trPr>
        <w:tc>
          <w:tcPr>
            <w:tcW w:w="4819" w:type="dxa"/>
          </w:tcPr>
          <w:p w14:paraId="23FB7917" w14:textId="77777777" w:rsidR="006E1AB1" w:rsidRDefault="00000000">
            <w:r>
              <w:rPr>
                <w:sz w:val="16"/>
              </w:rPr>
              <w:t>di cui:</w:t>
            </w:r>
          </w:p>
        </w:tc>
        <w:tc>
          <w:tcPr>
            <w:tcW w:w="454" w:type="dxa"/>
          </w:tcPr>
          <w:p w14:paraId="01612A32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079C748B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182FAAB4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7B46ED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159F129D" w14:textId="77777777">
        <w:trPr>
          <w:jc w:val="center"/>
        </w:trPr>
        <w:tc>
          <w:tcPr>
            <w:tcW w:w="4819" w:type="dxa"/>
          </w:tcPr>
          <w:p w14:paraId="5ED84A45" w14:textId="77777777" w:rsidR="006E1AB1" w:rsidRDefault="00000000">
            <w:r>
              <w:rPr>
                <w:sz w:val="16"/>
              </w:rPr>
              <w:t>- fondo pluriennale vincolato</w:t>
            </w:r>
          </w:p>
        </w:tc>
        <w:tc>
          <w:tcPr>
            <w:tcW w:w="454" w:type="dxa"/>
          </w:tcPr>
          <w:p w14:paraId="2AA61DC6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41D0ED3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728A72E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DA24788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4488ADE2" w14:textId="77777777">
        <w:trPr>
          <w:jc w:val="center"/>
        </w:trPr>
        <w:tc>
          <w:tcPr>
            <w:tcW w:w="4819" w:type="dxa"/>
          </w:tcPr>
          <w:p w14:paraId="1299BB39" w14:textId="77777777" w:rsidR="006E1AB1" w:rsidRDefault="00000000">
            <w:r>
              <w:rPr>
                <w:sz w:val="16"/>
              </w:rPr>
              <w:t>- fondo crediti di dubbia esigibilità</w:t>
            </w:r>
          </w:p>
        </w:tc>
        <w:tc>
          <w:tcPr>
            <w:tcW w:w="454" w:type="dxa"/>
          </w:tcPr>
          <w:p w14:paraId="2EB0374D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3946444A" w14:textId="77777777" w:rsidR="006E1AB1" w:rsidRDefault="00000000">
            <w:pPr>
              <w:jc w:val="right"/>
            </w:pPr>
            <w:r>
              <w:rPr>
                <w:sz w:val="16"/>
              </w:rPr>
              <w:t>13.323,52</w:t>
            </w:r>
          </w:p>
        </w:tc>
        <w:tc>
          <w:tcPr>
            <w:tcW w:w="1474" w:type="dxa"/>
          </w:tcPr>
          <w:p w14:paraId="57B69104" w14:textId="77777777" w:rsidR="006E1AB1" w:rsidRDefault="00000000">
            <w:pPr>
              <w:jc w:val="right"/>
            </w:pPr>
            <w:r>
              <w:rPr>
                <w:sz w:val="16"/>
              </w:rPr>
              <w:t>11.572,52</w:t>
            </w:r>
          </w:p>
        </w:tc>
        <w:tc>
          <w:tcPr>
            <w:tcW w:w="1474" w:type="dxa"/>
          </w:tcPr>
          <w:p w14:paraId="11E620E5" w14:textId="77777777" w:rsidR="006E1AB1" w:rsidRDefault="00000000">
            <w:pPr>
              <w:jc w:val="right"/>
            </w:pPr>
            <w:r>
              <w:rPr>
                <w:sz w:val="16"/>
              </w:rPr>
              <w:t>11.572,52</w:t>
            </w:r>
          </w:p>
        </w:tc>
      </w:tr>
      <w:tr w:rsidR="006E1AB1" w14:paraId="56C55FF1" w14:textId="77777777">
        <w:trPr>
          <w:jc w:val="center"/>
        </w:trPr>
        <w:tc>
          <w:tcPr>
            <w:tcW w:w="4819" w:type="dxa"/>
          </w:tcPr>
          <w:p w14:paraId="4A8395E3" w14:textId="77777777" w:rsidR="006E1AB1" w:rsidRDefault="006E1AB1"/>
        </w:tc>
        <w:tc>
          <w:tcPr>
            <w:tcW w:w="454" w:type="dxa"/>
          </w:tcPr>
          <w:p w14:paraId="3519F6B0" w14:textId="77777777" w:rsidR="006E1AB1" w:rsidRDefault="006E1AB1"/>
        </w:tc>
        <w:tc>
          <w:tcPr>
            <w:tcW w:w="1474" w:type="dxa"/>
          </w:tcPr>
          <w:p w14:paraId="401993E1" w14:textId="77777777" w:rsidR="006E1AB1" w:rsidRDefault="006E1AB1"/>
        </w:tc>
        <w:tc>
          <w:tcPr>
            <w:tcW w:w="1474" w:type="dxa"/>
          </w:tcPr>
          <w:p w14:paraId="304B05B1" w14:textId="77777777" w:rsidR="006E1AB1" w:rsidRDefault="006E1AB1"/>
        </w:tc>
        <w:tc>
          <w:tcPr>
            <w:tcW w:w="1474" w:type="dxa"/>
          </w:tcPr>
          <w:p w14:paraId="492620CE" w14:textId="77777777" w:rsidR="006E1AB1" w:rsidRDefault="006E1AB1"/>
        </w:tc>
      </w:tr>
      <w:tr w:rsidR="006E1AB1" w14:paraId="02C21A6C" w14:textId="77777777">
        <w:trPr>
          <w:jc w:val="center"/>
        </w:trPr>
        <w:tc>
          <w:tcPr>
            <w:tcW w:w="4819" w:type="dxa"/>
          </w:tcPr>
          <w:p w14:paraId="6CFE89F9" w14:textId="77777777" w:rsidR="006E1AB1" w:rsidRDefault="00000000">
            <w:r>
              <w:rPr>
                <w:b/>
                <w:sz w:val="16"/>
              </w:rPr>
              <w:t>E) Spese Titolo 2.04 - Altri trasferimenti in conto capitale</w:t>
            </w:r>
          </w:p>
        </w:tc>
        <w:tc>
          <w:tcPr>
            <w:tcW w:w="454" w:type="dxa"/>
          </w:tcPr>
          <w:p w14:paraId="7C00051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27D082C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536A98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D1326B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75D86ECA" w14:textId="77777777">
        <w:trPr>
          <w:jc w:val="center"/>
        </w:trPr>
        <w:tc>
          <w:tcPr>
            <w:tcW w:w="4819" w:type="dxa"/>
          </w:tcPr>
          <w:p w14:paraId="6B7C5B14" w14:textId="77777777" w:rsidR="006E1AB1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1CBEF0CD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6428AD7B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7942CB1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A833015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44C580F1" w14:textId="77777777">
        <w:trPr>
          <w:jc w:val="center"/>
        </w:trPr>
        <w:tc>
          <w:tcPr>
            <w:tcW w:w="4819" w:type="dxa"/>
          </w:tcPr>
          <w:p w14:paraId="0B1F416F" w14:textId="77777777" w:rsidR="006E1AB1" w:rsidRDefault="006E1AB1"/>
        </w:tc>
        <w:tc>
          <w:tcPr>
            <w:tcW w:w="454" w:type="dxa"/>
          </w:tcPr>
          <w:p w14:paraId="491DF127" w14:textId="77777777" w:rsidR="006E1AB1" w:rsidRDefault="006E1AB1"/>
        </w:tc>
        <w:tc>
          <w:tcPr>
            <w:tcW w:w="1474" w:type="dxa"/>
          </w:tcPr>
          <w:p w14:paraId="1CB936FE" w14:textId="77777777" w:rsidR="006E1AB1" w:rsidRDefault="006E1AB1"/>
        </w:tc>
        <w:tc>
          <w:tcPr>
            <w:tcW w:w="1474" w:type="dxa"/>
          </w:tcPr>
          <w:p w14:paraId="087F6F3D" w14:textId="77777777" w:rsidR="006E1AB1" w:rsidRDefault="006E1AB1"/>
        </w:tc>
        <w:tc>
          <w:tcPr>
            <w:tcW w:w="1474" w:type="dxa"/>
          </w:tcPr>
          <w:p w14:paraId="1BDB3D25" w14:textId="77777777" w:rsidR="006E1AB1" w:rsidRDefault="006E1AB1"/>
        </w:tc>
      </w:tr>
      <w:tr w:rsidR="006E1AB1" w14:paraId="1DB2D1C9" w14:textId="77777777">
        <w:trPr>
          <w:jc w:val="center"/>
        </w:trPr>
        <w:tc>
          <w:tcPr>
            <w:tcW w:w="4819" w:type="dxa"/>
          </w:tcPr>
          <w:p w14:paraId="67F088D9" w14:textId="77777777" w:rsidR="006E1AB1" w:rsidRDefault="00000000">
            <w:r>
              <w:rPr>
                <w:b/>
                <w:sz w:val="16"/>
              </w:rPr>
              <w:t>F) Spese Titolo 4.00 - Quote di capitale amm.to dei mutui e prestiti obbligazionari</w:t>
            </w:r>
          </w:p>
        </w:tc>
        <w:tc>
          <w:tcPr>
            <w:tcW w:w="454" w:type="dxa"/>
          </w:tcPr>
          <w:p w14:paraId="11BECAD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5F797EE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35.107,00</w:t>
            </w:r>
          </w:p>
        </w:tc>
        <w:tc>
          <w:tcPr>
            <w:tcW w:w="1474" w:type="dxa"/>
          </w:tcPr>
          <w:p w14:paraId="5306AFC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28.126,00</w:t>
            </w:r>
          </w:p>
        </w:tc>
        <w:tc>
          <w:tcPr>
            <w:tcW w:w="1474" w:type="dxa"/>
          </w:tcPr>
          <w:p w14:paraId="4293085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27.636,00</w:t>
            </w:r>
          </w:p>
        </w:tc>
      </w:tr>
      <w:tr w:rsidR="006E1AB1" w14:paraId="3B1FD3EE" w14:textId="77777777">
        <w:trPr>
          <w:jc w:val="center"/>
        </w:trPr>
        <w:tc>
          <w:tcPr>
            <w:tcW w:w="4819" w:type="dxa"/>
          </w:tcPr>
          <w:p w14:paraId="7026D4FF" w14:textId="77777777" w:rsidR="006E1AB1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1CC637B2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7B536148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48C7FB25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AFA9B2D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29E2B43D" w14:textId="77777777">
        <w:trPr>
          <w:jc w:val="center"/>
        </w:trPr>
        <w:tc>
          <w:tcPr>
            <w:tcW w:w="4819" w:type="dxa"/>
          </w:tcPr>
          <w:p w14:paraId="4F122F58" w14:textId="77777777" w:rsidR="006E1AB1" w:rsidRDefault="00000000">
            <w:r>
              <w:rPr>
                <w:sz w:val="16"/>
              </w:rPr>
              <w:t>di cui Fondo ancitipazioni di liquidità</w:t>
            </w:r>
          </w:p>
        </w:tc>
        <w:tc>
          <w:tcPr>
            <w:tcW w:w="454" w:type="dxa"/>
          </w:tcPr>
          <w:p w14:paraId="07AF33AA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675DBB6D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11EC270E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BA3117D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0A7C4F86" w14:textId="77777777">
        <w:trPr>
          <w:jc w:val="center"/>
        </w:trPr>
        <w:tc>
          <w:tcPr>
            <w:tcW w:w="4819" w:type="dxa"/>
          </w:tcPr>
          <w:p w14:paraId="79295B1A" w14:textId="77777777" w:rsidR="006E1AB1" w:rsidRDefault="006E1AB1"/>
        </w:tc>
        <w:tc>
          <w:tcPr>
            <w:tcW w:w="454" w:type="dxa"/>
          </w:tcPr>
          <w:p w14:paraId="4298F792" w14:textId="77777777" w:rsidR="006E1AB1" w:rsidRDefault="006E1AB1"/>
        </w:tc>
        <w:tc>
          <w:tcPr>
            <w:tcW w:w="1474" w:type="dxa"/>
          </w:tcPr>
          <w:p w14:paraId="015E7116" w14:textId="77777777" w:rsidR="006E1AB1" w:rsidRDefault="006E1AB1"/>
        </w:tc>
        <w:tc>
          <w:tcPr>
            <w:tcW w:w="1474" w:type="dxa"/>
          </w:tcPr>
          <w:p w14:paraId="1F2512B0" w14:textId="77777777" w:rsidR="006E1AB1" w:rsidRDefault="006E1AB1"/>
        </w:tc>
        <w:tc>
          <w:tcPr>
            <w:tcW w:w="1474" w:type="dxa"/>
          </w:tcPr>
          <w:p w14:paraId="6C4ABE88" w14:textId="77777777" w:rsidR="006E1AB1" w:rsidRDefault="006E1AB1"/>
        </w:tc>
      </w:tr>
      <w:tr w:rsidR="006E1AB1" w14:paraId="7BD7B646" w14:textId="77777777">
        <w:trPr>
          <w:jc w:val="center"/>
        </w:trPr>
        <w:tc>
          <w:tcPr>
            <w:tcW w:w="4819" w:type="dxa"/>
          </w:tcPr>
          <w:p w14:paraId="5E0376F5" w14:textId="77777777" w:rsidR="006E1AB1" w:rsidRDefault="00000000">
            <w:r>
              <w:rPr>
                <w:b/>
                <w:sz w:val="16"/>
              </w:rPr>
              <w:t>VF) Variazioni di attività finanziarie (se negativo)</w:t>
            </w:r>
          </w:p>
        </w:tc>
        <w:tc>
          <w:tcPr>
            <w:tcW w:w="454" w:type="dxa"/>
          </w:tcPr>
          <w:p w14:paraId="45F78672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3ED9D6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DBC580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D89D5B2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686625BB" w14:textId="77777777">
        <w:trPr>
          <w:jc w:val="center"/>
        </w:trPr>
        <w:tc>
          <w:tcPr>
            <w:tcW w:w="4819" w:type="dxa"/>
          </w:tcPr>
          <w:p w14:paraId="1D788681" w14:textId="77777777" w:rsidR="006E1AB1" w:rsidRDefault="006E1AB1"/>
        </w:tc>
        <w:tc>
          <w:tcPr>
            <w:tcW w:w="454" w:type="dxa"/>
          </w:tcPr>
          <w:p w14:paraId="33CCCC12" w14:textId="77777777" w:rsidR="006E1AB1" w:rsidRDefault="006E1AB1"/>
        </w:tc>
        <w:tc>
          <w:tcPr>
            <w:tcW w:w="1474" w:type="dxa"/>
          </w:tcPr>
          <w:p w14:paraId="52BD93C6" w14:textId="77777777" w:rsidR="006E1AB1" w:rsidRDefault="006E1AB1"/>
        </w:tc>
        <w:tc>
          <w:tcPr>
            <w:tcW w:w="1474" w:type="dxa"/>
          </w:tcPr>
          <w:p w14:paraId="4DDAE679" w14:textId="77777777" w:rsidR="006E1AB1" w:rsidRDefault="006E1AB1"/>
        </w:tc>
        <w:tc>
          <w:tcPr>
            <w:tcW w:w="1474" w:type="dxa"/>
          </w:tcPr>
          <w:p w14:paraId="61C89E1A" w14:textId="77777777" w:rsidR="006E1AB1" w:rsidRDefault="006E1AB1"/>
        </w:tc>
      </w:tr>
      <w:tr w:rsidR="006E1AB1" w14:paraId="49817D4D" w14:textId="77777777">
        <w:trPr>
          <w:jc w:val="center"/>
        </w:trPr>
        <w:tc>
          <w:tcPr>
            <w:tcW w:w="4819" w:type="dxa"/>
            <w:shd w:val="clear" w:color="auto" w:fill="BDD7EE"/>
          </w:tcPr>
          <w:p w14:paraId="31C2726B" w14:textId="77777777" w:rsidR="006E1AB1" w:rsidRDefault="00000000">
            <w:r>
              <w:rPr>
                <w:sz w:val="16"/>
              </w:rPr>
              <w:lastRenderedPageBreak/>
              <w:t>O) Equilibri di parte corrente</w:t>
            </w:r>
          </w:p>
        </w:tc>
        <w:tc>
          <w:tcPr>
            <w:tcW w:w="454" w:type="dxa"/>
            <w:shd w:val="clear" w:color="auto" w:fill="BDD7EE"/>
          </w:tcPr>
          <w:p w14:paraId="0BAC338A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BDD7EE"/>
          </w:tcPr>
          <w:p w14:paraId="6841DF3E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421E2A82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1A51A707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65CD914A" w14:textId="77777777">
        <w:trPr>
          <w:jc w:val="center"/>
        </w:trPr>
        <w:tc>
          <w:tcPr>
            <w:tcW w:w="4819" w:type="dxa"/>
          </w:tcPr>
          <w:p w14:paraId="07B0D0F0" w14:textId="77777777" w:rsidR="006E1AB1" w:rsidRDefault="006E1AB1"/>
        </w:tc>
        <w:tc>
          <w:tcPr>
            <w:tcW w:w="454" w:type="dxa"/>
          </w:tcPr>
          <w:p w14:paraId="254C3220" w14:textId="77777777" w:rsidR="006E1AB1" w:rsidRDefault="006E1AB1"/>
        </w:tc>
        <w:tc>
          <w:tcPr>
            <w:tcW w:w="1474" w:type="dxa"/>
          </w:tcPr>
          <w:p w14:paraId="772BAC2B" w14:textId="77777777" w:rsidR="006E1AB1" w:rsidRDefault="006E1AB1"/>
        </w:tc>
        <w:tc>
          <w:tcPr>
            <w:tcW w:w="1474" w:type="dxa"/>
          </w:tcPr>
          <w:p w14:paraId="6178F6D0" w14:textId="77777777" w:rsidR="006E1AB1" w:rsidRDefault="006E1AB1"/>
        </w:tc>
        <w:tc>
          <w:tcPr>
            <w:tcW w:w="1474" w:type="dxa"/>
          </w:tcPr>
          <w:p w14:paraId="78A179E0" w14:textId="77777777" w:rsidR="006E1AB1" w:rsidRDefault="006E1AB1"/>
        </w:tc>
      </w:tr>
      <w:tr w:rsidR="006E1AB1" w14:paraId="46854899" w14:textId="77777777">
        <w:trPr>
          <w:jc w:val="center"/>
        </w:trPr>
        <w:tc>
          <w:tcPr>
            <w:tcW w:w="4819" w:type="dxa"/>
          </w:tcPr>
          <w:p w14:paraId="1A4BBB19" w14:textId="77777777" w:rsidR="006E1AB1" w:rsidRDefault="00000000">
            <w:r>
              <w:rPr>
                <w:b/>
                <w:sz w:val="16"/>
              </w:rPr>
              <w:t>P) Utilizzo risultato di amministrazione per spese di investimento</w:t>
            </w:r>
          </w:p>
        </w:tc>
        <w:tc>
          <w:tcPr>
            <w:tcW w:w="454" w:type="dxa"/>
          </w:tcPr>
          <w:p w14:paraId="6655612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747E1D4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312.938,59</w:t>
            </w:r>
          </w:p>
        </w:tc>
        <w:tc>
          <w:tcPr>
            <w:tcW w:w="1474" w:type="dxa"/>
          </w:tcPr>
          <w:p w14:paraId="2535A7B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66F4A62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019B4AE5" w14:textId="77777777">
        <w:trPr>
          <w:jc w:val="center"/>
        </w:trPr>
        <w:tc>
          <w:tcPr>
            <w:tcW w:w="4819" w:type="dxa"/>
          </w:tcPr>
          <w:p w14:paraId="023EFBDD" w14:textId="77777777" w:rsidR="006E1AB1" w:rsidRDefault="006E1AB1"/>
        </w:tc>
        <w:tc>
          <w:tcPr>
            <w:tcW w:w="454" w:type="dxa"/>
          </w:tcPr>
          <w:p w14:paraId="4550FE70" w14:textId="77777777" w:rsidR="006E1AB1" w:rsidRDefault="006E1AB1"/>
        </w:tc>
        <w:tc>
          <w:tcPr>
            <w:tcW w:w="1474" w:type="dxa"/>
          </w:tcPr>
          <w:p w14:paraId="4F3DEE86" w14:textId="77777777" w:rsidR="006E1AB1" w:rsidRDefault="006E1AB1"/>
        </w:tc>
        <w:tc>
          <w:tcPr>
            <w:tcW w:w="1474" w:type="dxa"/>
          </w:tcPr>
          <w:p w14:paraId="15F46160" w14:textId="77777777" w:rsidR="006E1AB1" w:rsidRDefault="006E1AB1"/>
        </w:tc>
        <w:tc>
          <w:tcPr>
            <w:tcW w:w="1474" w:type="dxa"/>
          </w:tcPr>
          <w:p w14:paraId="5B48596B" w14:textId="77777777" w:rsidR="006E1AB1" w:rsidRDefault="006E1AB1"/>
        </w:tc>
      </w:tr>
      <w:tr w:rsidR="006E1AB1" w14:paraId="78296F95" w14:textId="77777777">
        <w:trPr>
          <w:jc w:val="center"/>
        </w:trPr>
        <w:tc>
          <w:tcPr>
            <w:tcW w:w="4819" w:type="dxa"/>
          </w:tcPr>
          <w:p w14:paraId="3D94F1AF" w14:textId="77777777" w:rsidR="006E1AB1" w:rsidRDefault="00000000">
            <w:r>
              <w:rPr>
                <w:b/>
                <w:sz w:val="16"/>
              </w:rPr>
              <w:t>Q) Fondo pluriennale vincolato di entrata per spese in conto capitale</w:t>
            </w:r>
          </w:p>
        </w:tc>
        <w:tc>
          <w:tcPr>
            <w:tcW w:w="454" w:type="dxa"/>
          </w:tcPr>
          <w:p w14:paraId="16088CC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610DC18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90.105,13</w:t>
            </w:r>
          </w:p>
        </w:tc>
        <w:tc>
          <w:tcPr>
            <w:tcW w:w="1474" w:type="dxa"/>
          </w:tcPr>
          <w:p w14:paraId="67C62EF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90461D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71D2A8CF" w14:textId="77777777">
        <w:trPr>
          <w:jc w:val="center"/>
        </w:trPr>
        <w:tc>
          <w:tcPr>
            <w:tcW w:w="4819" w:type="dxa"/>
          </w:tcPr>
          <w:p w14:paraId="68AA8D1B" w14:textId="77777777" w:rsidR="006E1AB1" w:rsidRDefault="006E1AB1"/>
        </w:tc>
        <w:tc>
          <w:tcPr>
            <w:tcW w:w="454" w:type="dxa"/>
          </w:tcPr>
          <w:p w14:paraId="71F426E3" w14:textId="77777777" w:rsidR="006E1AB1" w:rsidRDefault="006E1AB1"/>
        </w:tc>
        <w:tc>
          <w:tcPr>
            <w:tcW w:w="1474" w:type="dxa"/>
          </w:tcPr>
          <w:p w14:paraId="3E84C9C0" w14:textId="77777777" w:rsidR="006E1AB1" w:rsidRDefault="006E1AB1"/>
        </w:tc>
        <w:tc>
          <w:tcPr>
            <w:tcW w:w="1474" w:type="dxa"/>
          </w:tcPr>
          <w:p w14:paraId="073CAB30" w14:textId="77777777" w:rsidR="006E1AB1" w:rsidRDefault="006E1AB1"/>
        </w:tc>
        <w:tc>
          <w:tcPr>
            <w:tcW w:w="1474" w:type="dxa"/>
          </w:tcPr>
          <w:p w14:paraId="3D7FFB26" w14:textId="77777777" w:rsidR="006E1AB1" w:rsidRDefault="006E1AB1"/>
        </w:tc>
      </w:tr>
      <w:tr w:rsidR="006E1AB1" w14:paraId="077BAD9A" w14:textId="77777777">
        <w:trPr>
          <w:jc w:val="center"/>
        </w:trPr>
        <w:tc>
          <w:tcPr>
            <w:tcW w:w="4819" w:type="dxa"/>
          </w:tcPr>
          <w:p w14:paraId="39A2FC65" w14:textId="77777777" w:rsidR="006E1AB1" w:rsidRDefault="00000000">
            <w:r>
              <w:rPr>
                <w:b/>
                <w:sz w:val="16"/>
              </w:rPr>
              <w:t>Q1) Fondo pluriennale vincolato per spese titolo 2.04 Altri trasferimenti in conto capitale iscritto in entrata</w:t>
            </w:r>
          </w:p>
        </w:tc>
        <w:tc>
          <w:tcPr>
            <w:tcW w:w="454" w:type="dxa"/>
          </w:tcPr>
          <w:p w14:paraId="3CB9777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228389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C0ED89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097B80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08C06021" w14:textId="77777777">
        <w:trPr>
          <w:jc w:val="center"/>
        </w:trPr>
        <w:tc>
          <w:tcPr>
            <w:tcW w:w="4819" w:type="dxa"/>
          </w:tcPr>
          <w:p w14:paraId="2EBFA452" w14:textId="77777777" w:rsidR="006E1AB1" w:rsidRDefault="006E1AB1"/>
        </w:tc>
        <w:tc>
          <w:tcPr>
            <w:tcW w:w="454" w:type="dxa"/>
          </w:tcPr>
          <w:p w14:paraId="090F9A2F" w14:textId="77777777" w:rsidR="006E1AB1" w:rsidRDefault="006E1AB1"/>
        </w:tc>
        <w:tc>
          <w:tcPr>
            <w:tcW w:w="1474" w:type="dxa"/>
          </w:tcPr>
          <w:p w14:paraId="369ABFFC" w14:textId="77777777" w:rsidR="006E1AB1" w:rsidRDefault="006E1AB1"/>
        </w:tc>
        <w:tc>
          <w:tcPr>
            <w:tcW w:w="1474" w:type="dxa"/>
          </w:tcPr>
          <w:p w14:paraId="69C40840" w14:textId="77777777" w:rsidR="006E1AB1" w:rsidRDefault="006E1AB1"/>
        </w:tc>
        <w:tc>
          <w:tcPr>
            <w:tcW w:w="1474" w:type="dxa"/>
          </w:tcPr>
          <w:p w14:paraId="207D7A0F" w14:textId="77777777" w:rsidR="006E1AB1" w:rsidRDefault="006E1AB1"/>
        </w:tc>
      </w:tr>
      <w:tr w:rsidR="006E1AB1" w14:paraId="7027CB75" w14:textId="77777777">
        <w:trPr>
          <w:jc w:val="center"/>
        </w:trPr>
        <w:tc>
          <w:tcPr>
            <w:tcW w:w="4819" w:type="dxa"/>
          </w:tcPr>
          <w:p w14:paraId="57347AD3" w14:textId="77777777" w:rsidR="006E1AB1" w:rsidRDefault="00000000">
            <w:r>
              <w:rPr>
                <w:b/>
                <w:sz w:val="16"/>
              </w:rPr>
              <w:t>J2) Fondo pluriennale vincolato per spese Titolo 3.01 Acquisizioni di attività finanziarie iscritto in entrata</w:t>
            </w:r>
          </w:p>
        </w:tc>
        <w:tc>
          <w:tcPr>
            <w:tcW w:w="454" w:type="dxa"/>
          </w:tcPr>
          <w:p w14:paraId="1358CA4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505475D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339522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910AF7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721ABEDD" w14:textId="77777777">
        <w:trPr>
          <w:jc w:val="center"/>
        </w:trPr>
        <w:tc>
          <w:tcPr>
            <w:tcW w:w="4819" w:type="dxa"/>
          </w:tcPr>
          <w:p w14:paraId="41B52AEF" w14:textId="77777777" w:rsidR="006E1AB1" w:rsidRDefault="006E1AB1"/>
        </w:tc>
        <w:tc>
          <w:tcPr>
            <w:tcW w:w="454" w:type="dxa"/>
          </w:tcPr>
          <w:p w14:paraId="5E3CEE29" w14:textId="77777777" w:rsidR="006E1AB1" w:rsidRDefault="006E1AB1"/>
        </w:tc>
        <w:tc>
          <w:tcPr>
            <w:tcW w:w="1474" w:type="dxa"/>
          </w:tcPr>
          <w:p w14:paraId="628984D7" w14:textId="77777777" w:rsidR="006E1AB1" w:rsidRDefault="006E1AB1"/>
        </w:tc>
        <w:tc>
          <w:tcPr>
            <w:tcW w:w="1474" w:type="dxa"/>
          </w:tcPr>
          <w:p w14:paraId="50BA262A" w14:textId="77777777" w:rsidR="006E1AB1" w:rsidRDefault="006E1AB1"/>
        </w:tc>
        <w:tc>
          <w:tcPr>
            <w:tcW w:w="1474" w:type="dxa"/>
          </w:tcPr>
          <w:p w14:paraId="1056EEFB" w14:textId="77777777" w:rsidR="006E1AB1" w:rsidRDefault="006E1AB1"/>
        </w:tc>
      </w:tr>
      <w:tr w:rsidR="006E1AB1" w14:paraId="007A5D6E" w14:textId="77777777">
        <w:trPr>
          <w:jc w:val="center"/>
        </w:trPr>
        <w:tc>
          <w:tcPr>
            <w:tcW w:w="4819" w:type="dxa"/>
          </w:tcPr>
          <w:p w14:paraId="07192085" w14:textId="77777777" w:rsidR="006E1AB1" w:rsidRDefault="00000000">
            <w:r>
              <w:rPr>
                <w:b/>
                <w:sz w:val="16"/>
              </w:rPr>
              <w:t>R) Entrate Titoli 4.00-5.00-6.00</w:t>
            </w:r>
          </w:p>
        </w:tc>
        <w:tc>
          <w:tcPr>
            <w:tcW w:w="454" w:type="dxa"/>
          </w:tcPr>
          <w:p w14:paraId="6A01481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4E374F8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177.995,00</w:t>
            </w:r>
          </w:p>
        </w:tc>
        <w:tc>
          <w:tcPr>
            <w:tcW w:w="1474" w:type="dxa"/>
          </w:tcPr>
          <w:p w14:paraId="3AF3D31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11.000,00</w:t>
            </w:r>
          </w:p>
        </w:tc>
        <w:tc>
          <w:tcPr>
            <w:tcW w:w="1474" w:type="dxa"/>
          </w:tcPr>
          <w:p w14:paraId="36F56D9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11.000,00</w:t>
            </w:r>
          </w:p>
        </w:tc>
      </w:tr>
      <w:tr w:rsidR="006E1AB1" w14:paraId="12367BCA" w14:textId="77777777">
        <w:trPr>
          <w:jc w:val="center"/>
        </w:trPr>
        <w:tc>
          <w:tcPr>
            <w:tcW w:w="4819" w:type="dxa"/>
          </w:tcPr>
          <w:p w14:paraId="715EE614" w14:textId="77777777" w:rsidR="006E1AB1" w:rsidRDefault="006E1AB1"/>
        </w:tc>
        <w:tc>
          <w:tcPr>
            <w:tcW w:w="454" w:type="dxa"/>
          </w:tcPr>
          <w:p w14:paraId="60AD720B" w14:textId="77777777" w:rsidR="006E1AB1" w:rsidRDefault="006E1AB1"/>
        </w:tc>
        <w:tc>
          <w:tcPr>
            <w:tcW w:w="1474" w:type="dxa"/>
          </w:tcPr>
          <w:p w14:paraId="78FD0136" w14:textId="77777777" w:rsidR="006E1AB1" w:rsidRDefault="006E1AB1"/>
        </w:tc>
        <w:tc>
          <w:tcPr>
            <w:tcW w:w="1474" w:type="dxa"/>
          </w:tcPr>
          <w:p w14:paraId="1D246011" w14:textId="77777777" w:rsidR="006E1AB1" w:rsidRDefault="006E1AB1"/>
        </w:tc>
        <w:tc>
          <w:tcPr>
            <w:tcW w:w="1474" w:type="dxa"/>
          </w:tcPr>
          <w:p w14:paraId="178631F0" w14:textId="77777777" w:rsidR="006E1AB1" w:rsidRDefault="006E1AB1"/>
        </w:tc>
      </w:tr>
      <w:tr w:rsidR="006E1AB1" w14:paraId="49262058" w14:textId="77777777">
        <w:trPr>
          <w:jc w:val="center"/>
        </w:trPr>
        <w:tc>
          <w:tcPr>
            <w:tcW w:w="4819" w:type="dxa"/>
          </w:tcPr>
          <w:p w14:paraId="4F379F51" w14:textId="77777777" w:rsidR="006E1AB1" w:rsidRDefault="00000000">
            <w:r>
              <w:rPr>
                <w:b/>
                <w:sz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454" w:type="dxa"/>
          </w:tcPr>
          <w:p w14:paraId="23E7C35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0D3D9D1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FBFABC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72DF53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1DCAF3FB" w14:textId="77777777">
        <w:trPr>
          <w:jc w:val="center"/>
        </w:trPr>
        <w:tc>
          <w:tcPr>
            <w:tcW w:w="4819" w:type="dxa"/>
          </w:tcPr>
          <w:p w14:paraId="56B39B1F" w14:textId="77777777" w:rsidR="006E1AB1" w:rsidRDefault="006E1AB1"/>
        </w:tc>
        <w:tc>
          <w:tcPr>
            <w:tcW w:w="454" w:type="dxa"/>
          </w:tcPr>
          <w:p w14:paraId="4352D538" w14:textId="77777777" w:rsidR="006E1AB1" w:rsidRDefault="006E1AB1"/>
        </w:tc>
        <w:tc>
          <w:tcPr>
            <w:tcW w:w="1474" w:type="dxa"/>
          </w:tcPr>
          <w:p w14:paraId="5BCAA0D4" w14:textId="77777777" w:rsidR="006E1AB1" w:rsidRDefault="006E1AB1"/>
        </w:tc>
        <w:tc>
          <w:tcPr>
            <w:tcW w:w="1474" w:type="dxa"/>
          </w:tcPr>
          <w:p w14:paraId="0788DCE8" w14:textId="77777777" w:rsidR="006E1AB1" w:rsidRDefault="006E1AB1"/>
        </w:tc>
        <w:tc>
          <w:tcPr>
            <w:tcW w:w="1474" w:type="dxa"/>
          </w:tcPr>
          <w:p w14:paraId="288F555F" w14:textId="77777777" w:rsidR="006E1AB1" w:rsidRDefault="006E1AB1"/>
        </w:tc>
      </w:tr>
      <w:tr w:rsidR="006E1AB1" w14:paraId="0303D2ED" w14:textId="77777777">
        <w:trPr>
          <w:jc w:val="center"/>
        </w:trPr>
        <w:tc>
          <w:tcPr>
            <w:tcW w:w="4819" w:type="dxa"/>
          </w:tcPr>
          <w:p w14:paraId="0DFEAF31" w14:textId="77777777" w:rsidR="006E1AB1" w:rsidRDefault="00000000">
            <w:r>
              <w:rPr>
                <w:b/>
                <w:sz w:val="16"/>
              </w:rPr>
              <w:t>I) Entrate di parte capitale destinate a spese correnti in base a specifiche disposizioni di legge o dei principi contabili</w:t>
            </w:r>
          </w:p>
        </w:tc>
        <w:tc>
          <w:tcPr>
            <w:tcW w:w="454" w:type="dxa"/>
          </w:tcPr>
          <w:p w14:paraId="7E93977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7F26473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A8799A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F1E287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73A2C248" w14:textId="77777777">
        <w:trPr>
          <w:jc w:val="center"/>
        </w:trPr>
        <w:tc>
          <w:tcPr>
            <w:tcW w:w="4819" w:type="dxa"/>
          </w:tcPr>
          <w:p w14:paraId="44BF7237" w14:textId="77777777" w:rsidR="006E1AB1" w:rsidRDefault="006E1AB1"/>
        </w:tc>
        <w:tc>
          <w:tcPr>
            <w:tcW w:w="454" w:type="dxa"/>
          </w:tcPr>
          <w:p w14:paraId="7F8D7096" w14:textId="77777777" w:rsidR="006E1AB1" w:rsidRDefault="006E1AB1"/>
        </w:tc>
        <w:tc>
          <w:tcPr>
            <w:tcW w:w="1474" w:type="dxa"/>
          </w:tcPr>
          <w:p w14:paraId="70251BB5" w14:textId="77777777" w:rsidR="006E1AB1" w:rsidRDefault="006E1AB1"/>
        </w:tc>
        <w:tc>
          <w:tcPr>
            <w:tcW w:w="1474" w:type="dxa"/>
          </w:tcPr>
          <w:p w14:paraId="5AA4DA46" w14:textId="77777777" w:rsidR="006E1AB1" w:rsidRDefault="006E1AB1"/>
        </w:tc>
        <w:tc>
          <w:tcPr>
            <w:tcW w:w="1474" w:type="dxa"/>
          </w:tcPr>
          <w:p w14:paraId="0156A273" w14:textId="77777777" w:rsidR="006E1AB1" w:rsidRDefault="006E1AB1"/>
        </w:tc>
      </w:tr>
      <w:tr w:rsidR="006E1AB1" w14:paraId="61DB22E3" w14:textId="77777777">
        <w:trPr>
          <w:jc w:val="center"/>
        </w:trPr>
        <w:tc>
          <w:tcPr>
            <w:tcW w:w="4819" w:type="dxa"/>
          </w:tcPr>
          <w:p w14:paraId="46044050" w14:textId="77777777" w:rsidR="006E1AB1" w:rsidRDefault="00000000">
            <w:r>
              <w:rPr>
                <w:b/>
                <w:sz w:val="16"/>
              </w:rPr>
              <w:t>S1) Entrate Titolo 5.02 per Riscossione crediti di breve termine</w:t>
            </w:r>
          </w:p>
        </w:tc>
        <w:tc>
          <w:tcPr>
            <w:tcW w:w="454" w:type="dxa"/>
          </w:tcPr>
          <w:p w14:paraId="2C2421B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012D5AF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407A38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418434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7DE546FC" w14:textId="77777777">
        <w:trPr>
          <w:jc w:val="center"/>
        </w:trPr>
        <w:tc>
          <w:tcPr>
            <w:tcW w:w="4819" w:type="dxa"/>
          </w:tcPr>
          <w:p w14:paraId="2ED63B9A" w14:textId="77777777" w:rsidR="006E1AB1" w:rsidRDefault="006E1AB1"/>
        </w:tc>
        <w:tc>
          <w:tcPr>
            <w:tcW w:w="454" w:type="dxa"/>
          </w:tcPr>
          <w:p w14:paraId="6BB95451" w14:textId="77777777" w:rsidR="006E1AB1" w:rsidRDefault="006E1AB1"/>
        </w:tc>
        <w:tc>
          <w:tcPr>
            <w:tcW w:w="1474" w:type="dxa"/>
          </w:tcPr>
          <w:p w14:paraId="3FE48B4E" w14:textId="77777777" w:rsidR="006E1AB1" w:rsidRDefault="006E1AB1"/>
        </w:tc>
        <w:tc>
          <w:tcPr>
            <w:tcW w:w="1474" w:type="dxa"/>
          </w:tcPr>
          <w:p w14:paraId="3DC10E1F" w14:textId="77777777" w:rsidR="006E1AB1" w:rsidRDefault="006E1AB1"/>
        </w:tc>
        <w:tc>
          <w:tcPr>
            <w:tcW w:w="1474" w:type="dxa"/>
          </w:tcPr>
          <w:p w14:paraId="32478C7C" w14:textId="77777777" w:rsidR="006E1AB1" w:rsidRDefault="006E1AB1"/>
        </w:tc>
      </w:tr>
      <w:tr w:rsidR="006E1AB1" w14:paraId="1D096F1F" w14:textId="77777777">
        <w:trPr>
          <w:jc w:val="center"/>
        </w:trPr>
        <w:tc>
          <w:tcPr>
            <w:tcW w:w="4819" w:type="dxa"/>
          </w:tcPr>
          <w:p w14:paraId="5FE13EDC" w14:textId="77777777" w:rsidR="006E1AB1" w:rsidRDefault="00000000">
            <w:r>
              <w:rPr>
                <w:b/>
                <w:sz w:val="16"/>
              </w:rPr>
              <w:t>S2) Entrate Titolo 5.03 per Riscossione crediti di medio-lungo termine</w:t>
            </w:r>
          </w:p>
        </w:tc>
        <w:tc>
          <w:tcPr>
            <w:tcW w:w="454" w:type="dxa"/>
          </w:tcPr>
          <w:p w14:paraId="5F356DF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1FC77F3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368DB9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8BE066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5FF94CA2" w14:textId="77777777">
        <w:trPr>
          <w:jc w:val="center"/>
        </w:trPr>
        <w:tc>
          <w:tcPr>
            <w:tcW w:w="4819" w:type="dxa"/>
          </w:tcPr>
          <w:p w14:paraId="0DF8C4D8" w14:textId="77777777" w:rsidR="006E1AB1" w:rsidRDefault="006E1AB1"/>
        </w:tc>
        <w:tc>
          <w:tcPr>
            <w:tcW w:w="454" w:type="dxa"/>
          </w:tcPr>
          <w:p w14:paraId="1BA43803" w14:textId="77777777" w:rsidR="006E1AB1" w:rsidRDefault="006E1AB1"/>
        </w:tc>
        <w:tc>
          <w:tcPr>
            <w:tcW w:w="1474" w:type="dxa"/>
          </w:tcPr>
          <w:p w14:paraId="06057EA5" w14:textId="77777777" w:rsidR="006E1AB1" w:rsidRDefault="006E1AB1"/>
        </w:tc>
        <w:tc>
          <w:tcPr>
            <w:tcW w:w="1474" w:type="dxa"/>
          </w:tcPr>
          <w:p w14:paraId="1BD83239" w14:textId="77777777" w:rsidR="006E1AB1" w:rsidRDefault="006E1AB1"/>
        </w:tc>
        <w:tc>
          <w:tcPr>
            <w:tcW w:w="1474" w:type="dxa"/>
          </w:tcPr>
          <w:p w14:paraId="500B639D" w14:textId="77777777" w:rsidR="006E1AB1" w:rsidRDefault="006E1AB1"/>
        </w:tc>
      </w:tr>
      <w:tr w:rsidR="006E1AB1" w14:paraId="2F16619F" w14:textId="77777777">
        <w:trPr>
          <w:jc w:val="center"/>
        </w:trPr>
        <w:tc>
          <w:tcPr>
            <w:tcW w:w="4819" w:type="dxa"/>
          </w:tcPr>
          <w:p w14:paraId="79FDD171" w14:textId="77777777" w:rsidR="006E1AB1" w:rsidRDefault="00000000">
            <w:r>
              <w:rPr>
                <w:b/>
                <w:sz w:val="16"/>
              </w:rPr>
              <w:t>T) Entrate Titolo 5.04 relative a Altre entrate per riduzioni di attività finanziaria</w:t>
            </w:r>
          </w:p>
        </w:tc>
        <w:tc>
          <w:tcPr>
            <w:tcW w:w="454" w:type="dxa"/>
          </w:tcPr>
          <w:p w14:paraId="1958E02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019BF4A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704DB1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056054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4AD64FD5" w14:textId="77777777">
        <w:trPr>
          <w:jc w:val="center"/>
        </w:trPr>
        <w:tc>
          <w:tcPr>
            <w:tcW w:w="4819" w:type="dxa"/>
          </w:tcPr>
          <w:p w14:paraId="08ABD3FA" w14:textId="77777777" w:rsidR="006E1AB1" w:rsidRDefault="006E1AB1"/>
        </w:tc>
        <w:tc>
          <w:tcPr>
            <w:tcW w:w="454" w:type="dxa"/>
          </w:tcPr>
          <w:p w14:paraId="42EFCEAC" w14:textId="77777777" w:rsidR="006E1AB1" w:rsidRDefault="006E1AB1"/>
        </w:tc>
        <w:tc>
          <w:tcPr>
            <w:tcW w:w="1474" w:type="dxa"/>
          </w:tcPr>
          <w:p w14:paraId="04D886D0" w14:textId="77777777" w:rsidR="006E1AB1" w:rsidRDefault="006E1AB1"/>
        </w:tc>
        <w:tc>
          <w:tcPr>
            <w:tcW w:w="1474" w:type="dxa"/>
          </w:tcPr>
          <w:p w14:paraId="01B88360" w14:textId="77777777" w:rsidR="006E1AB1" w:rsidRDefault="006E1AB1"/>
        </w:tc>
        <w:tc>
          <w:tcPr>
            <w:tcW w:w="1474" w:type="dxa"/>
          </w:tcPr>
          <w:p w14:paraId="1E94BAFD" w14:textId="77777777" w:rsidR="006E1AB1" w:rsidRDefault="006E1AB1"/>
        </w:tc>
      </w:tr>
      <w:tr w:rsidR="006E1AB1" w14:paraId="04685839" w14:textId="77777777">
        <w:trPr>
          <w:jc w:val="center"/>
        </w:trPr>
        <w:tc>
          <w:tcPr>
            <w:tcW w:w="4819" w:type="dxa"/>
          </w:tcPr>
          <w:p w14:paraId="1AC179A5" w14:textId="77777777" w:rsidR="006E1AB1" w:rsidRDefault="00000000">
            <w:r>
              <w:rPr>
                <w:b/>
                <w:sz w:val="16"/>
              </w:rPr>
              <w:t>L) Entrate di parte corrente destinate a spese di investimento in base a specifiche disposizioni di legge o dei principi contabili</w:t>
            </w:r>
          </w:p>
        </w:tc>
        <w:tc>
          <w:tcPr>
            <w:tcW w:w="454" w:type="dxa"/>
          </w:tcPr>
          <w:p w14:paraId="0B646B9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267F24C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6B2488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095F86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636524C8" w14:textId="77777777">
        <w:trPr>
          <w:jc w:val="center"/>
        </w:trPr>
        <w:tc>
          <w:tcPr>
            <w:tcW w:w="4819" w:type="dxa"/>
          </w:tcPr>
          <w:p w14:paraId="320D4864" w14:textId="77777777" w:rsidR="006E1AB1" w:rsidRDefault="006E1AB1"/>
        </w:tc>
        <w:tc>
          <w:tcPr>
            <w:tcW w:w="454" w:type="dxa"/>
          </w:tcPr>
          <w:p w14:paraId="429EFB52" w14:textId="77777777" w:rsidR="006E1AB1" w:rsidRDefault="006E1AB1"/>
        </w:tc>
        <w:tc>
          <w:tcPr>
            <w:tcW w:w="1474" w:type="dxa"/>
          </w:tcPr>
          <w:p w14:paraId="681C4E35" w14:textId="77777777" w:rsidR="006E1AB1" w:rsidRDefault="006E1AB1"/>
        </w:tc>
        <w:tc>
          <w:tcPr>
            <w:tcW w:w="1474" w:type="dxa"/>
          </w:tcPr>
          <w:p w14:paraId="20F123CB" w14:textId="77777777" w:rsidR="006E1AB1" w:rsidRDefault="006E1AB1"/>
        </w:tc>
        <w:tc>
          <w:tcPr>
            <w:tcW w:w="1474" w:type="dxa"/>
          </w:tcPr>
          <w:p w14:paraId="5DF6E2BC" w14:textId="77777777" w:rsidR="006E1AB1" w:rsidRDefault="006E1AB1"/>
        </w:tc>
      </w:tr>
      <w:tr w:rsidR="006E1AB1" w14:paraId="7005253D" w14:textId="77777777">
        <w:trPr>
          <w:jc w:val="center"/>
        </w:trPr>
        <w:tc>
          <w:tcPr>
            <w:tcW w:w="4819" w:type="dxa"/>
          </w:tcPr>
          <w:p w14:paraId="3A40E85F" w14:textId="77777777" w:rsidR="006E1AB1" w:rsidRDefault="00000000">
            <w:r>
              <w:rPr>
                <w:b/>
                <w:sz w:val="16"/>
              </w:rPr>
              <w:t>M) Entrate da accensione di prestiti destinate a estinzione anticipata dei prestiti</w:t>
            </w:r>
          </w:p>
        </w:tc>
        <w:tc>
          <w:tcPr>
            <w:tcW w:w="454" w:type="dxa"/>
          </w:tcPr>
          <w:p w14:paraId="671F449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596A0D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EA5C92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9229D9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2AC28061" w14:textId="77777777">
        <w:trPr>
          <w:jc w:val="center"/>
        </w:trPr>
        <w:tc>
          <w:tcPr>
            <w:tcW w:w="4819" w:type="dxa"/>
          </w:tcPr>
          <w:p w14:paraId="10727E83" w14:textId="77777777" w:rsidR="006E1AB1" w:rsidRDefault="006E1AB1"/>
        </w:tc>
        <w:tc>
          <w:tcPr>
            <w:tcW w:w="454" w:type="dxa"/>
          </w:tcPr>
          <w:p w14:paraId="136C2A0E" w14:textId="77777777" w:rsidR="006E1AB1" w:rsidRDefault="006E1AB1"/>
        </w:tc>
        <w:tc>
          <w:tcPr>
            <w:tcW w:w="1474" w:type="dxa"/>
          </w:tcPr>
          <w:p w14:paraId="379612FC" w14:textId="77777777" w:rsidR="006E1AB1" w:rsidRDefault="006E1AB1"/>
        </w:tc>
        <w:tc>
          <w:tcPr>
            <w:tcW w:w="1474" w:type="dxa"/>
          </w:tcPr>
          <w:p w14:paraId="1363145B" w14:textId="77777777" w:rsidR="006E1AB1" w:rsidRDefault="006E1AB1"/>
        </w:tc>
        <w:tc>
          <w:tcPr>
            <w:tcW w:w="1474" w:type="dxa"/>
          </w:tcPr>
          <w:p w14:paraId="5B10B37C" w14:textId="77777777" w:rsidR="006E1AB1" w:rsidRDefault="006E1AB1"/>
        </w:tc>
      </w:tr>
      <w:tr w:rsidR="006E1AB1" w14:paraId="09520D7A" w14:textId="77777777">
        <w:trPr>
          <w:jc w:val="center"/>
        </w:trPr>
        <w:tc>
          <w:tcPr>
            <w:tcW w:w="4819" w:type="dxa"/>
          </w:tcPr>
          <w:p w14:paraId="02C3C509" w14:textId="77777777" w:rsidR="006E1AB1" w:rsidRDefault="00000000">
            <w:r>
              <w:rPr>
                <w:b/>
                <w:sz w:val="16"/>
              </w:rPr>
              <w:t>U) Spese Titolo 2.00 - Spese in conto capitale</w:t>
            </w:r>
          </w:p>
        </w:tc>
        <w:tc>
          <w:tcPr>
            <w:tcW w:w="454" w:type="dxa"/>
          </w:tcPr>
          <w:p w14:paraId="2B6A9BC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3E7BD6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581.038,72</w:t>
            </w:r>
          </w:p>
        </w:tc>
        <w:tc>
          <w:tcPr>
            <w:tcW w:w="1474" w:type="dxa"/>
          </w:tcPr>
          <w:p w14:paraId="5C5AC0A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11.000,00</w:t>
            </w:r>
          </w:p>
        </w:tc>
        <w:tc>
          <w:tcPr>
            <w:tcW w:w="1474" w:type="dxa"/>
          </w:tcPr>
          <w:p w14:paraId="209EDB5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11.000,00</w:t>
            </w:r>
          </w:p>
        </w:tc>
      </w:tr>
      <w:tr w:rsidR="006E1AB1" w14:paraId="4DB2D4F3" w14:textId="77777777">
        <w:trPr>
          <w:jc w:val="center"/>
        </w:trPr>
        <w:tc>
          <w:tcPr>
            <w:tcW w:w="4819" w:type="dxa"/>
          </w:tcPr>
          <w:p w14:paraId="2BDBA583" w14:textId="77777777" w:rsidR="006E1AB1" w:rsidRDefault="00000000">
            <w:r>
              <w:rPr>
                <w:sz w:val="16"/>
              </w:rPr>
              <w:t>di cui fondo pluriennale vincolato di spesa</w:t>
            </w:r>
          </w:p>
        </w:tc>
        <w:tc>
          <w:tcPr>
            <w:tcW w:w="454" w:type="dxa"/>
          </w:tcPr>
          <w:p w14:paraId="2469622A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79E7BB5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4A0B3A38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BC55DF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685BC84C" w14:textId="77777777">
        <w:trPr>
          <w:jc w:val="center"/>
        </w:trPr>
        <w:tc>
          <w:tcPr>
            <w:tcW w:w="4819" w:type="dxa"/>
          </w:tcPr>
          <w:p w14:paraId="60A050A8" w14:textId="77777777" w:rsidR="006E1AB1" w:rsidRDefault="006E1AB1"/>
        </w:tc>
        <w:tc>
          <w:tcPr>
            <w:tcW w:w="454" w:type="dxa"/>
          </w:tcPr>
          <w:p w14:paraId="014329D5" w14:textId="77777777" w:rsidR="006E1AB1" w:rsidRDefault="006E1AB1"/>
        </w:tc>
        <w:tc>
          <w:tcPr>
            <w:tcW w:w="1474" w:type="dxa"/>
          </w:tcPr>
          <w:p w14:paraId="08A879F8" w14:textId="77777777" w:rsidR="006E1AB1" w:rsidRDefault="006E1AB1"/>
        </w:tc>
        <w:tc>
          <w:tcPr>
            <w:tcW w:w="1474" w:type="dxa"/>
          </w:tcPr>
          <w:p w14:paraId="425BCB4E" w14:textId="77777777" w:rsidR="006E1AB1" w:rsidRDefault="006E1AB1"/>
        </w:tc>
        <w:tc>
          <w:tcPr>
            <w:tcW w:w="1474" w:type="dxa"/>
          </w:tcPr>
          <w:p w14:paraId="569334C2" w14:textId="77777777" w:rsidR="006E1AB1" w:rsidRDefault="006E1AB1"/>
        </w:tc>
      </w:tr>
      <w:tr w:rsidR="006E1AB1" w14:paraId="38BB4985" w14:textId="77777777">
        <w:trPr>
          <w:jc w:val="center"/>
        </w:trPr>
        <w:tc>
          <w:tcPr>
            <w:tcW w:w="4819" w:type="dxa"/>
          </w:tcPr>
          <w:p w14:paraId="241FF2F0" w14:textId="77777777" w:rsidR="006E1AB1" w:rsidRDefault="00000000">
            <w:r>
              <w:rPr>
                <w:b/>
                <w:sz w:val="16"/>
              </w:rPr>
              <w:t>V) Spese Titolo 3.01 per Acquisizioni di attività finanziarie</w:t>
            </w:r>
          </w:p>
        </w:tc>
        <w:tc>
          <w:tcPr>
            <w:tcW w:w="454" w:type="dxa"/>
          </w:tcPr>
          <w:p w14:paraId="78B7A72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8950F7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97FF36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CAA34E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57E468E1" w14:textId="77777777">
        <w:trPr>
          <w:jc w:val="center"/>
        </w:trPr>
        <w:tc>
          <w:tcPr>
            <w:tcW w:w="4819" w:type="dxa"/>
          </w:tcPr>
          <w:p w14:paraId="04004C7C" w14:textId="77777777" w:rsidR="006E1AB1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1A82EA5F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2B65F044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0BF2B90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40F6D20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2B9712B4" w14:textId="77777777">
        <w:trPr>
          <w:jc w:val="center"/>
        </w:trPr>
        <w:tc>
          <w:tcPr>
            <w:tcW w:w="4819" w:type="dxa"/>
          </w:tcPr>
          <w:p w14:paraId="70985B39" w14:textId="77777777" w:rsidR="006E1AB1" w:rsidRDefault="006E1AB1"/>
        </w:tc>
        <w:tc>
          <w:tcPr>
            <w:tcW w:w="454" w:type="dxa"/>
          </w:tcPr>
          <w:p w14:paraId="1FF09198" w14:textId="77777777" w:rsidR="006E1AB1" w:rsidRDefault="006E1AB1"/>
        </w:tc>
        <w:tc>
          <w:tcPr>
            <w:tcW w:w="1474" w:type="dxa"/>
          </w:tcPr>
          <w:p w14:paraId="6B0E3FAB" w14:textId="77777777" w:rsidR="006E1AB1" w:rsidRDefault="006E1AB1"/>
        </w:tc>
        <w:tc>
          <w:tcPr>
            <w:tcW w:w="1474" w:type="dxa"/>
          </w:tcPr>
          <w:p w14:paraId="1CAD7FF4" w14:textId="77777777" w:rsidR="006E1AB1" w:rsidRDefault="006E1AB1"/>
        </w:tc>
        <w:tc>
          <w:tcPr>
            <w:tcW w:w="1474" w:type="dxa"/>
          </w:tcPr>
          <w:p w14:paraId="47127ECB" w14:textId="77777777" w:rsidR="006E1AB1" w:rsidRDefault="006E1AB1"/>
        </w:tc>
      </w:tr>
      <w:tr w:rsidR="006E1AB1" w14:paraId="60A4184F" w14:textId="77777777">
        <w:trPr>
          <w:jc w:val="center"/>
        </w:trPr>
        <w:tc>
          <w:tcPr>
            <w:tcW w:w="4819" w:type="dxa"/>
          </w:tcPr>
          <w:p w14:paraId="5DB55EE0" w14:textId="77777777" w:rsidR="006E1AB1" w:rsidRDefault="00000000">
            <w:r>
              <w:rPr>
                <w:b/>
                <w:sz w:val="16"/>
              </w:rPr>
              <w:t>E) Spese Titolo 2.04 - Altri trasferimenti in conto capitale</w:t>
            </w:r>
          </w:p>
        </w:tc>
        <w:tc>
          <w:tcPr>
            <w:tcW w:w="454" w:type="dxa"/>
          </w:tcPr>
          <w:p w14:paraId="1205AF4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7F2168C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FBE0A3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89AAB2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21C55A85" w14:textId="77777777">
        <w:trPr>
          <w:jc w:val="center"/>
        </w:trPr>
        <w:tc>
          <w:tcPr>
            <w:tcW w:w="4819" w:type="dxa"/>
          </w:tcPr>
          <w:p w14:paraId="12456A57" w14:textId="77777777" w:rsidR="006E1AB1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0C0D44B4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7411709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C199B2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D625E37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54762CE9" w14:textId="77777777">
        <w:trPr>
          <w:jc w:val="center"/>
        </w:trPr>
        <w:tc>
          <w:tcPr>
            <w:tcW w:w="4819" w:type="dxa"/>
          </w:tcPr>
          <w:p w14:paraId="2B2E616E" w14:textId="77777777" w:rsidR="006E1AB1" w:rsidRDefault="006E1AB1"/>
        </w:tc>
        <w:tc>
          <w:tcPr>
            <w:tcW w:w="454" w:type="dxa"/>
          </w:tcPr>
          <w:p w14:paraId="2D5C8CE2" w14:textId="77777777" w:rsidR="006E1AB1" w:rsidRDefault="006E1AB1"/>
        </w:tc>
        <w:tc>
          <w:tcPr>
            <w:tcW w:w="1474" w:type="dxa"/>
          </w:tcPr>
          <w:p w14:paraId="52957E5C" w14:textId="77777777" w:rsidR="006E1AB1" w:rsidRDefault="006E1AB1"/>
        </w:tc>
        <w:tc>
          <w:tcPr>
            <w:tcW w:w="1474" w:type="dxa"/>
          </w:tcPr>
          <w:p w14:paraId="4C1D7B78" w14:textId="77777777" w:rsidR="006E1AB1" w:rsidRDefault="006E1AB1"/>
        </w:tc>
        <w:tc>
          <w:tcPr>
            <w:tcW w:w="1474" w:type="dxa"/>
          </w:tcPr>
          <w:p w14:paraId="22168196" w14:textId="77777777" w:rsidR="006E1AB1" w:rsidRDefault="006E1AB1"/>
        </w:tc>
      </w:tr>
      <w:tr w:rsidR="006E1AB1" w14:paraId="611A0A53" w14:textId="77777777">
        <w:trPr>
          <w:jc w:val="center"/>
        </w:trPr>
        <w:tc>
          <w:tcPr>
            <w:tcW w:w="4819" w:type="dxa"/>
          </w:tcPr>
          <w:p w14:paraId="54A5C32E" w14:textId="77777777" w:rsidR="006E1AB1" w:rsidRDefault="00000000">
            <w:r>
              <w:rPr>
                <w:b/>
                <w:sz w:val="16"/>
              </w:rPr>
              <w:t>VF) Variazioni di attività finanziarie (se positivo)</w:t>
            </w:r>
          </w:p>
        </w:tc>
        <w:tc>
          <w:tcPr>
            <w:tcW w:w="454" w:type="dxa"/>
          </w:tcPr>
          <w:p w14:paraId="763DA20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357F1E4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8BA256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839811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126E6E7F" w14:textId="77777777">
        <w:trPr>
          <w:jc w:val="center"/>
        </w:trPr>
        <w:tc>
          <w:tcPr>
            <w:tcW w:w="4819" w:type="dxa"/>
          </w:tcPr>
          <w:p w14:paraId="3F0AEA1E" w14:textId="77777777" w:rsidR="006E1AB1" w:rsidRDefault="006E1AB1"/>
        </w:tc>
        <w:tc>
          <w:tcPr>
            <w:tcW w:w="454" w:type="dxa"/>
          </w:tcPr>
          <w:p w14:paraId="20C4642E" w14:textId="77777777" w:rsidR="006E1AB1" w:rsidRDefault="006E1AB1"/>
        </w:tc>
        <w:tc>
          <w:tcPr>
            <w:tcW w:w="1474" w:type="dxa"/>
          </w:tcPr>
          <w:p w14:paraId="2944060A" w14:textId="77777777" w:rsidR="006E1AB1" w:rsidRDefault="006E1AB1"/>
        </w:tc>
        <w:tc>
          <w:tcPr>
            <w:tcW w:w="1474" w:type="dxa"/>
          </w:tcPr>
          <w:p w14:paraId="31A8727E" w14:textId="77777777" w:rsidR="006E1AB1" w:rsidRDefault="006E1AB1"/>
        </w:tc>
        <w:tc>
          <w:tcPr>
            <w:tcW w:w="1474" w:type="dxa"/>
          </w:tcPr>
          <w:p w14:paraId="263D22D8" w14:textId="77777777" w:rsidR="006E1AB1" w:rsidRDefault="006E1AB1"/>
        </w:tc>
      </w:tr>
      <w:tr w:rsidR="006E1AB1" w14:paraId="75CBB821" w14:textId="77777777">
        <w:trPr>
          <w:jc w:val="center"/>
        </w:trPr>
        <w:tc>
          <w:tcPr>
            <w:tcW w:w="4819" w:type="dxa"/>
            <w:shd w:val="clear" w:color="auto" w:fill="BDD7EE"/>
          </w:tcPr>
          <w:p w14:paraId="3191B031" w14:textId="77777777" w:rsidR="006E1AB1" w:rsidRDefault="00000000">
            <w:r>
              <w:rPr>
                <w:sz w:val="16"/>
              </w:rPr>
              <w:t>Z) Equilibrio di parte capitale</w:t>
            </w:r>
          </w:p>
        </w:tc>
        <w:tc>
          <w:tcPr>
            <w:tcW w:w="454" w:type="dxa"/>
            <w:shd w:val="clear" w:color="auto" w:fill="BDD7EE"/>
          </w:tcPr>
          <w:p w14:paraId="3D21082A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BDD7EE"/>
          </w:tcPr>
          <w:p w14:paraId="37430E3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228567D1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72EC7EDC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565DA74A" w14:textId="77777777">
        <w:trPr>
          <w:jc w:val="center"/>
        </w:trPr>
        <w:tc>
          <w:tcPr>
            <w:tcW w:w="4819" w:type="dxa"/>
          </w:tcPr>
          <w:p w14:paraId="2363ADB8" w14:textId="77777777" w:rsidR="006E1AB1" w:rsidRDefault="006E1AB1"/>
        </w:tc>
        <w:tc>
          <w:tcPr>
            <w:tcW w:w="454" w:type="dxa"/>
          </w:tcPr>
          <w:p w14:paraId="420C3CB1" w14:textId="77777777" w:rsidR="006E1AB1" w:rsidRDefault="006E1AB1"/>
        </w:tc>
        <w:tc>
          <w:tcPr>
            <w:tcW w:w="1474" w:type="dxa"/>
          </w:tcPr>
          <w:p w14:paraId="6A812BC3" w14:textId="77777777" w:rsidR="006E1AB1" w:rsidRDefault="006E1AB1"/>
        </w:tc>
        <w:tc>
          <w:tcPr>
            <w:tcW w:w="1474" w:type="dxa"/>
          </w:tcPr>
          <w:p w14:paraId="7878D365" w14:textId="77777777" w:rsidR="006E1AB1" w:rsidRDefault="006E1AB1"/>
        </w:tc>
        <w:tc>
          <w:tcPr>
            <w:tcW w:w="1474" w:type="dxa"/>
          </w:tcPr>
          <w:p w14:paraId="4E52B7B0" w14:textId="77777777" w:rsidR="006E1AB1" w:rsidRDefault="006E1AB1"/>
        </w:tc>
      </w:tr>
      <w:tr w:rsidR="006E1AB1" w14:paraId="32A743E1" w14:textId="77777777">
        <w:trPr>
          <w:jc w:val="center"/>
        </w:trPr>
        <w:tc>
          <w:tcPr>
            <w:tcW w:w="4819" w:type="dxa"/>
          </w:tcPr>
          <w:p w14:paraId="61E79F3E" w14:textId="77777777" w:rsidR="006E1AB1" w:rsidRDefault="00000000">
            <w:r>
              <w:rPr>
                <w:b/>
                <w:sz w:val="16"/>
              </w:rPr>
              <w:t>J) Utilizzo risultato di amministrazione per l'incremento di attività finanziarie</w:t>
            </w:r>
          </w:p>
        </w:tc>
        <w:tc>
          <w:tcPr>
            <w:tcW w:w="454" w:type="dxa"/>
          </w:tcPr>
          <w:p w14:paraId="0DD4F3C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3D99D6F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1D987B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1396A1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661A0DDF" w14:textId="77777777">
        <w:trPr>
          <w:jc w:val="center"/>
        </w:trPr>
        <w:tc>
          <w:tcPr>
            <w:tcW w:w="4819" w:type="dxa"/>
          </w:tcPr>
          <w:p w14:paraId="55E3D492" w14:textId="77777777" w:rsidR="006E1AB1" w:rsidRDefault="006E1AB1"/>
        </w:tc>
        <w:tc>
          <w:tcPr>
            <w:tcW w:w="454" w:type="dxa"/>
          </w:tcPr>
          <w:p w14:paraId="205EC9F8" w14:textId="77777777" w:rsidR="006E1AB1" w:rsidRDefault="006E1AB1"/>
        </w:tc>
        <w:tc>
          <w:tcPr>
            <w:tcW w:w="1474" w:type="dxa"/>
          </w:tcPr>
          <w:p w14:paraId="6F76FC44" w14:textId="77777777" w:rsidR="006E1AB1" w:rsidRDefault="006E1AB1"/>
        </w:tc>
        <w:tc>
          <w:tcPr>
            <w:tcW w:w="1474" w:type="dxa"/>
          </w:tcPr>
          <w:p w14:paraId="42B8C05A" w14:textId="77777777" w:rsidR="006E1AB1" w:rsidRDefault="006E1AB1"/>
        </w:tc>
        <w:tc>
          <w:tcPr>
            <w:tcW w:w="1474" w:type="dxa"/>
          </w:tcPr>
          <w:p w14:paraId="44B81C14" w14:textId="77777777" w:rsidR="006E1AB1" w:rsidRDefault="006E1AB1"/>
        </w:tc>
      </w:tr>
      <w:tr w:rsidR="006E1AB1" w14:paraId="224CB3D9" w14:textId="77777777">
        <w:trPr>
          <w:jc w:val="center"/>
        </w:trPr>
        <w:tc>
          <w:tcPr>
            <w:tcW w:w="4819" w:type="dxa"/>
          </w:tcPr>
          <w:p w14:paraId="1092FF5A" w14:textId="77777777" w:rsidR="006E1AB1" w:rsidRDefault="00000000">
            <w:r>
              <w:rPr>
                <w:b/>
                <w:sz w:val="16"/>
              </w:rPr>
              <w:t>J1) Fondo pluriennale vincolato per incremento di attività finanziarie iscritto in entrata</w:t>
            </w:r>
          </w:p>
        </w:tc>
        <w:tc>
          <w:tcPr>
            <w:tcW w:w="454" w:type="dxa"/>
          </w:tcPr>
          <w:p w14:paraId="725AE34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23CE14D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402C4F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94BF6E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583FA234" w14:textId="77777777">
        <w:trPr>
          <w:jc w:val="center"/>
        </w:trPr>
        <w:tc>
          <w:tcPr>
            <w:tcW w:w="4819" w:type="dxa"/>
          </w:tcPr>
          <w:p w14:paraId="739C45D3" w14:textId="77777777" w:rsidR="006E1AB1" w:rsidRDefault="006E1AB1"/>
        </w:tc>
        <w:tc>
          <w:tcPr>
            <w:tcW w:w="454" w:type="dxa"/>
          </w:tcPr>
          <w:p w14:paraId="4D2FA01F" w14:textId="77777777" w:rsidR="006E1AB1" w:rsidRDefault="006E1AB1"/>
        </w:tc>
        <w:tc>
          <w:tcPr>
            <w:tcW w:w="1474" w:type="dxa"/>
          </w:tcPr>
          <w:p w14:paraId="371E9177" w14:textId="77777777" w:rsidR="006E1AB1" w:rsidRDefault="006E1AB1"/>
        </w:tc>
        <w:tc>
          <w:tcPr>
            <w:tcW w:w="1474" w:type="dxa"/>
          </w:tcPr>
          <w:p w14:paraId="2ABF51A8" w14:textId="77777777" w:rsidR="006E1AB1" w:rsidRDefault="006E1AB1"/>
        </w:tc>
        <w:tc>
          <w:tcPr>
            <w:tcW w:w="1474" w:type="dxa"/>
          </w:tcPr>
          <w:p w14:paraId="08AC6231" w14:textId="77777777" w:rsidR="006E1AB1" w:rsidRDefault="006E1AB1"/>
        </w:tc>
      </w:tr>
      <w:tr w:rsidR="006E1AB1" w14:paraId="3BE415D9" w14:textId="77777777">
        <w:trPr>
          <w:jc w:val="center"/>
        </w:trPr>
        <w:tc>
          <w:tcPr>
            <w:tcW w:w="4819" w:type="dxa"/>
          </w:tcPr>
          <w:p w14:paraId="1C3E8BC5" w14:textId="77777777" w:rsidR="006E1AB1" w:rsidRDefault="00000000">
            <w:r>
              <w:rPr>
                <w:b/>
                <w:sz w:val="16"/>
              </w:rPr>
              <w:t>J2) Fondo pluriennale vincolato per spese Titolo 3.01 Acquisizioni di attività finanziarie iscritto in entrata</w:t>
            </w:r>
          </w:p>
        </w:tc>
        <w:tc>
          <w:tcPr>
            <w:tcW w:w="454" w:type="dxa"/>
          </w:tcPr>
          <w:p w14:paraId="2684C71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ED715A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C67508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289649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0E9E1A96" w14:textId="77777777">
        <w:trPr>
          <w:jc w:val="center"/>
        </w:trPr>
        <w:tc>
          <w:tcPr>
            <w:tcW w:w="4819" w:type="dxa"/>
          </w:tcPr>
          <w:p w14:paraId="3826F362" w14:textId="77777777" w:rsidR="006E1AB1" w:rsidRDefault="006E1AB1"/>
        </w:tc>
        <w:tc>
          <w:tcPr>
            <w:tcW w:w="454" w:type="dxa"/>
          </w:tcPr>
          <w:p w14:paraId="4953D05E" w14:textId="77777777" w:rsidR="006E1AB1" w:rsidRDefault="006E1AB1"/>
        </w:tc>
        <w:tc>
          <w:tcPr>
            <w:tcW w:w="1474" w:type="dxa"/>
          </w:tcPr>
          <w:p w14:paraId="2F6D70DA" w14:textId="77777777" w:rsidR="006E1AB1" w:rsidRDefault="006E1AB1"/>
        </w:tc>
        <w:tc>
          <w:tcPr>
            <w:tcW w:w="1474" w:type="dxa"/>
          </w:tcPr>
          <w:p w14:paraId="148F38B5" w14:textId="77777777" w:rsidR="006E1AB1" w:rsidRDefault="006E1AB1"/>
        </w:tc>
        <w:tc>
          <w:tcPr>
            <w:tcW w:w="1474" w:type="dxa"/>
          </w:tcPr>
          <w:p w14:paraId="557F459A" w14:textId="77777777" w:rsidR="006E1AB1" w:rsidRDefault="006E1AB1"/>
        </w:tc>
      </w:tr>
      <w:tr w:rsidR="006E1AB1" w14:paraId="61C3B32D" w14:textId="77777777">
        <w:trPr>
          <w:jc w:val="center"/>
        </w:trPr>
        <w:tc>
          <w:tcPr>
            <w:tcW w:w="4819" w:type="dxa"/>
          </w:tcPr>
          <w:p w14:paraId="626EA6B6" w14:textId="77777777" w:rsidR="006E1AB1" w:rsidRDefault="00000000">
            <w:r>
              <w:rPr>
                <w:b/>
                <w:sz w:val="16"/>
              </w:rPr>
              <w:t>S1) Entrate Titolo 5.02 per Riscossione crediti di breve termine</w:t>
            </w:r>
          </w:p>
        </w:tc>
        <w:tc>
          <w:tcPr>
            <w:tcW w:w="454" w:type="dxa"/>
          </w:tcPr>
          <w:p w14:paraId="49FE732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419378C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18C4DB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E8D676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35ACF0C0" w14:textId="77777777">
        <w:trPr>
          <w:jc w:val="center"/>
        </w:trPr>
        <w:tc>
          <w:tcPr>
            <w:tcW w:w="4819" w:type="dxa"/>
          </w:tcPr>
          <w:p w14:paraId="2BBDB55E" w14:textId="77777777" w:rsidR="006E1AB1" w:rsidRDefault="006E1AB1"/>
        </w:tc>
        <w:tc>
          <w:tcPr>
            <w:tcW w:w="454" w:type="dxa"/>
          </w:tcPr>
          <w:p w14:paraId="27E39FD5" w14:textId="77777777" w:rsidR="006E1AB1" w:rsidRDefault="006E1AB1"/>
        </w:tc>
        <w:tc>
          <w:tcPr>
            <w:tcW w:w="1474" w:type="dxa"/>
          </w:tcPr>
          <w:p w14:paraId="62776932" w14:textId="77777777" w:rsidR="006E1AB1" w:rsidRDefault="006E1AB1"/>
        </w:tc>
        <w:tc>
          <w:tcPr>
            <w:tcW w:w="1474" w:type="dxa"/>
          </w:tcPr>
          <w:p w14:paraId="1A0B938F" w14:textId="77777777" w:rsidR="006E1AB1" w:rsidRDefault="006E1AB1"/>
        </w:tc>
        <w:tc>
          <w:tcPr>
            <w:tcW w:w="1474" w:type="dxa"/>
          </w:tcPr>
          <w:p w14:paraId="49289A1C" w14:textId="77777777" w:rsidR="006E1AB1" w:rsidRDefault="006E1AB1"/>
        </w:tc>
      </w:tr>
      <w:tr w:rsidR="006E1AB1" w14:paraId="3A506B34" w14:textId="77777777">
        <w:trPr>
          <w:jc w:val="center"/>
        </w:trPr>
        <w:tc>
          <w:tcPr>
            <w:tcW w:w="4819" w:type="dxa"/>
          </w:tcPr>
          <w:p w14:paraId="469CC1A7" w14:textId="77777777" w:rsidR="006E1AB1" w:rsidRDefault="00000000">
            <w:r>
              <w:rPr>
                <w:b/>
                <w:sz w:val="16"/>
              </w:rPr>
              <w:t>S2) Entrate Titolo 5.03 per Riscossione crediti di medio-lungo termine</w:t>
            </w:r>
          </w:p>
        </w:tc>
        <w:tc>
          <w:tcPr>
            <w:tcW w:w="454" w:type="dxa"/>
          </w:tcPr>
          <w:p w14:paraId="06BDFD9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41B615C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16DFBD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3630F5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0E60ADCC" w14:textId="77777777">
        <w:trPr>
          <w:jc w:val="center"/>
        </w:trPr>
        <w:tc>
          <w:tcPr>
            <w:tcW w:w="4819" w:type="dxa"/>
          </w:tcPr>
          <w:p w14:paraId="3A2D6CCD" w14:textId="77777777" w:rsidR="006E1AB1" w:rsidRDefault="006E1AB1"/>
        </w:tc>
        <w:tc>
          <w:tcPr>
            <w:tcW w:w="454" w:type="dxa"/>
          </w:tcPr>
          <w:p w14:paraId="7BB3D62D" w14:textId="77777777" w:rsidR="006E1AB1" w:rsidRDefault="006E1AB1"/>
        </w:tc>
        <w:tc>
          <w:tcPr>
            <w:tcW w:w="1474" w:type="dxa"/>
          </w:tcPr>
          <w:p w14:paraId="3D2C7728" w14:textId="77777777" w:rsidR="006E1AB1" w:rsidRDefault="006E1AB1"/>
        </w:tc>
        <w:tc>
          <w:tcPr>
            <w:tcW w:w="1474" w:type="dxa"/>
          </w:tcPr>
          <w:p w14:paraId="6DE40847" w14:textId="77777777" w:rsidR="006E1AB1" w:rsidRDefault="006E1AB1"/>
        </w:tc>
        <w:tc>
          <w:tcPr>
            <w:tcW w:w="1474" w:type="dxa"/>
          </w:tcPr>
          <w:p w14:paraId="601E8852" w14:textId="77777777" w:rsidR="006E1AB1" w:rsidRDefault="006E1AB1"/>
        </w:tc>
      </w:tr>
      <w:tr w:rsidR="006E1AB1" w14:paraId="184EC167" w14:textId="77777777">
        <w:trPr>
          <w:jc w:val="center"/>
        </w:trPr>
        <w:tc>
          <w:tcPr>
            <w:tcW w:w="4819" w:type="dxa"/>
          </w:tcPr>
          <w:p w14:paraId="2DF83630" w14:textId="77777777" w:rsidR="006E1AB1" w:rsidRDefault="00000000">
            <w:r>
              <w:rPr>
                <w:b/>
                <w:sz w:val="16"/>
              </w:rPr>
              <w:t>T) Entrate Titolo 5.04 relative a Altre entrate per riduzioni di attività finanziaria</w:t>
            </w:r>
          </w:p>
        </w:tc>
        <w:tc>
          <w:tcPr>
            <w:tcW w:w="454" w:type="dxa"/>
          </w:tcPr>
          <w:p w14:paraId="2643A96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0CC79A3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073B46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1DCA26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59A3AFD7" w14:textId="77777777">
        <w:trPr>
          <w:jc w:val="center"/>
        </w:trPr>
        <w:tc>
          <w:tcPr>
            <w:tcW w:w="4819" w:type="dxa"/>
          </w:tcPr>
          <w:p w14:paraId="205E558D" w14:textId="77777777" w:rsidR="006E1AB1" w:rsidRDefault="006E1AB1"/>
        </w:tc>
        <w:tc>
          <w:tcPr>
            <w:tcW w:w="454" w:type="dxa"/>
          </w:tcPr>
          <w:p w14:paraId="5E04C07D" w14:textId="77777777" w:rsidR="006E1AB1" w:rsidRDefault="006E1AB1"/>
        </w:tc>
        <w:tc>
          <w:tcPr>
            <w:tcW w:w="1474" w:type="dxa"/>
          </w:tcPr>
          <w:p w14:paraId="77595313" w14:textId="77777777" w:rsidR="006E1AB1" w:rsidRDefault="006E1AB1"/>
        </w:tc>
        <w:tc>
          <w:tcPr>
            <w:tcW w:w="1474" w:type="dxa"/>
          </w:tcPr>
          <w:p w14:paraId="38D4EDAC" w14:textId="77777777" w:rsidR="006E1AB1" w:rsidRDefault="006E1AB1"/>
        </w:tc>
        <w:tc>
          <w:tcPr>
            <w:tcW w:w="1474" w:type="dxa"/>
          </w:tcPr>
          <w:p w14:paraId="5BAEBD5E" w14:textId="77777777" w:rsidR="006E1AB1" w:rsidRDefault="006E1AB1"/>
        </w:tc>
      </w:tr>
      <w:tr w:rsidR="006E1AB1" w14:paraId="0923825D" w14:textId="77777777">
        <w:trPr>
          <w:jc w:val="center"/>
        </w:trPr>
        <w:tc>
          <w:tcPr>
            <w:tcW w:w="4819" w:type="dxa"/>
          </w:tcPr>
          <w:p w14:paraId="779DAC22" w14:textId="77777777" w:rsidR="006E1AB1" w:rsidRDefault="00000000">
            <w:r>
              <w:rPr>
                <w:b/>
                <w:sz w:val="16"/>
              </w:rPr>
              <w:t>X1) Spese Titolo 3.02 per Concessione crediti di breve termine</w:t>
            </w:r>
          </w:p>
        </w:tc>
        <w:tc>
          <w:tcPr>
            <w:tcW w:w="454" w:type="dxa"/>
          </w:tcPr>
          <w:p w14:paraId="76E19D2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8576E8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D38579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585CD5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71A17D88" w14:textId="77777777">
        <w:trPr>
          <w:jc w:val="center"/>
        </w:trPr>
        <w:tc>
          <w:tcPr>
            <w:tcW w:w="4819" w:type="dxa"/>
          </w:tcPr>
          <w:p w14:paraId="324CD1A6" w14:textId="77777777" w:rsidR="006E1AB1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4813990F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32E3A06D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618E567A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C988134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08DF4999" w14:textId="77777777">
        <w:trPr>
          <w:jc w:val="center"/>
        </w:trPr>
        <w:tc>
          <w:tcPr>
            <w:tcW w:w="4819" w:type="dxa"/>
          </w:tcPr>
          <w:p w14:paraId="5B59BBD9" w14:textId="77777777" w:rsidR="006E1AB1" w:rsidRDefault="006E1AB1"/>
        </w:tc>
        <w:tc>
          <w:tcPr>
            <w:tcW w:w="454" w:type="dxa"/>
          </w:tcPr>
          <w:p w14:paraId="1C884DF9" w14:textId="77777777" w:rsidR="006E1AB1" w:rsidRDefault="006E1AB1"/>
        </w:tc>
        <w:tc>
          <w:tcPr>
            <w:tcW w:w="1474" w:type="dxa"/>
          </w:tcPr>
          <w:p w14:paraId="342410A4" w14:textId="77777777" w:rsidR="006E1AB1" w:rsidRDefault="006E1AB1"/>
        </w:tc>
        <w:tc>
          <w:tcPr>
            <w:tcW w:w="1474" w:type="dxa"/>
          </w:tcPr>
          <w:p w14:paraId="669F2C7B" w14:textId="77777777" w:rsidR="006E1AB1" w:rsidRDefault="006E1AB1"/>
        </w:tc>
        <w:tc>
          <w:tcPr>
            <w:tcW w:w="1474" w:type="dxa"/>
          </w:tcPr>
          <w:p w14:paraId="037A60C6" w14:textId="77777777" w:rsidR="006E1AB1" w:rsidRDefault="006E1AB1"/>
        </w:tc>
      </w:tr>
      <w:tr w:rsidR="006E1AB1" w14:paraId="247F1E9D" w14:textId="77777777">
        <w:trPr>
          <w:jc w:val="center"/>
        </w:trPr>
        <w:tc>
          <w:tcPr>
            <w:tcW w:w="4819" w:type="dxa"/>
          </w:tcPr>
          <w:p w14:paraId="791738DD" w14:textId="77777777" w:rsidR="006E1AB1" w:rsidRDefault="00000000">
            <w:r>
              <w:rPr>
                <w:b/>
                <w:sz w:val="16"/>
              </w:rPr>
              <w:t>X2) Spese Titolo 3.03 per Concessione crediti di medio-lungo termine</w:t>
            </w:r>
          </w:p>
        </w:tc>
        <w:tc>
          <w:tcPr>
            <w:tcW w:w="454" w:type="dxa"/>
          </w:tcPr>
          <w:p w14:paraId="0AED5EA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F55544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78F34A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BE3FD7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77994D70" w14:textId="77777777">
        <w:trPr>
          <w:jc w:val="center"/>
        </w:trPr>
        <w:tc>
          <w:tcPr>
            <w:tcW w:w="4819" w:type="dxa"/>
          </w:tcPr>
          <w:p w14:paraId="3BC62E00" w14:textId="77777777" w:rsidR="006E1AB1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3CDF7BFC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64A43F0C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C139AA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6720FD10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1502F3A3" w14:textId="77777777">
        <w:trPr>
          <w:jc w:val="center"/>
        </w:trPr>
        <w:tc>
          <w:tcPr>
            <w:tcW w:w="4819" w:type="dxa"/>
          </w:tcPr>
          <w:p w14:paraId="4F3CC0D7" w14:textId="77777777" w:rsidR="006E1AB1" w:rsidRDefault="006E1AB1"/>
        </w:tc>
        <w:tc>
          <w:tcPr>
            <w:tcW w:w="454" w:type="dxa"/>
          </w:tcPr>
          <w:p w14:paraId="68BEDB62" w14:textId="77777777" w:rsidR="006E1AB1" w:rsidRDefault="006E1AB1"/>
        </w:tc>
        <w:tc>
          <w:tcPr>
            <w:tcW w:w="1474" w:type="dxa"/>
          </w:tcPr>
          <w:p w14:paraId="7CF3324A" w14:textId="77777777" w:rsidR="006E1AB1" w:rsidRDefault="006E1AB1"/>
        </w:tc>
        <w:tc>
          <w:tcPr>
            <w:tcW w:w="1474" w:type="dxa"/>
          </w:tcPr>
          <w:p w14:paraId="18DD2C1C" w14:textId="77777777" w:rsidR="006E1AB1" w:rsidRDefault="006E1AB1"/>
        </w:tc>
        <w:tc>
          <w:tcPr>
            <w:tcW w:w="1474" w:type="dxa"/>
          </w:tcPr>
          <w:p w14:paraId="77F1DEF2" w14:textId="77777777" w:rsidR="006E1AB1" w:rsidRDefault="006E1AB1"/>
        </w:tc>
      </w:tr>
      <w:tr w:rsidR="006E1AB1" w14:paraId="2F48887F" w14:textId="77777777">
        <w:trPr>
          <w:jc w:val="center"/>
        </w:trPr>
        <w:tc>
          <w:tcPr>
            <w:tcW w:w="4819" w:type="dxa"/>
          </w:tcPr>
          <w:p w14:paraId="2D49624C" w14:textId="77777777" w:rsidR="006E1AB1" w:rsidRDefault="00000000">
            <w:r>
              <w:rPr>
                <w:b/>
                <w:sz w:val="16"/>
              </w:rPr>
              <w:t>Y) Spese Titolo 3.04 per Altre spese per acquisizioni di attività finanziarie</w:t>
            </w:r>
          </w:p>
        </w:tc>
        <w:tc>
          <w:tcPr>
            <w:tcW w:w="454" w:type="dxa"/>
          </w:tcPr>
          <w:p w14:paraId="734CCC4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6445DBB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70AFB8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B607A82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6E1AB1" w14:paraId="006BE9E4" w14:textId="77777777">
        <w:trPr>
          <w:jc w:val="center"/>
        </w:trPr>
        <w:tc>
          <w:tcPr>
            <w:tcW w:w="4819" w:type="dxa"/>
          </w:tcPr>
          <w:p w14:paraId="0CA93D9E" w14:textId="77777777" w:rsidR="006E1AB1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53AD82D4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4280F434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68254C06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9E279E9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41DADAEF" w14:textId="77777777">
        <w:trPr>
          <w:jc w:val="center"/>
        </w:trPr>
        <w:tc>
          <w:tcPr>
            <w:tcW w:w="4819" w:type="dxa"/>
          </w:tcPr>
          <w:p w14:paraId="46F88840" w14:textId="77777777" w:rsidR="006E1AB1" w:rsidRDefault="006E1AB1"/>
        </w:tc>
        <w:tc>
          <w:tcPr>
            <w:tcW w:w="454" w:type="dxa"/>
          </w:tcPr>
          <w:p w14:paraId="478FD079" w14:textId="77777777" w:rsidR="006E1AB1" w:rsidRDefault="006E1AB1"/>
        </w:tc>
        <w:tc>
          <w:tcPr>
            <w:tcW w:w="1474" w:type="dxa"/>
          </w:tcPr>
          <w:p w14:paraId="733D935C" w14:textId="77777777" w:rsidR="006E1AB1" w:rsidRDefault="006E1AB1"/>
        </w:tc>
        <w:tc>
          <w:tcPr>
            <w:tcW w:w="1474" w:type="dxa"/>
          </w:tcPr>
          <w:p w14:paraId="1C4B35B9" w14:textId="77777777" w:rsidR="006E1AB1" w:rsidRDefault="006E1AB1"/>
        </w:tc>
        <w:tc>
          <w:tcPr>
            <w:tcW w:w="1474" w:type="dxa"/>
          </w:tcPr>
          <w:p w14:paraId="0C58B315" w14:textId="77777777" w:rsidR="006E1AB1" w:rsidRDefault="006E1AB1"/>
        </w:tc>
      </w:tr>
      <w:tr w:rsidR="006E1AB1" w14:paraId="35B8103A" w14:textId="77777777">
        <w:trPr>
          <w:jc w:val="center"/>
        </w:trPr>
        <w:tc>
          <w:tcPr>
            <w:tcW w:w="4819" w:type="dxa"/>
          </w:tcPr>
          <w:p w14:paraId="040DE668" w14:textId="77777777" w:rsidR="006E1AB1" w:rsidRDefault="00000000">
            <w:r>
              <w:rPr>
                <w:sz w:val="16"/>
              </w:rPr>
              <w:t>VF) Variazioni attività finanziaria</w:t>
            </w:r>
          </w:p>
        </w:tc>
        <w:tc>
          <w:tcPr>
            <w:tcW w:w="454" w:type="dxa"/>
          </w:tcPr>
          <w:p w14:paraId="244CE69F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3538162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43B61548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B5B3975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186221A6" w14:textId="77777777">
        <w:trPr>
          <w:jc w:val="center"/>
        </w:trPr>
        <w:tc>
          <w:tcPr>
            <w:tcW w:w="4819" w:type="dxa"/>
          </w:tcPr>
          <w:p w14:paraId="715348ED" w14:textId="77777777" w:rsidR="006E1AB1" w:rsidRDefault="006E1AB1"/>
        </w:tc>
        <w:tc>
          <w:tcPr>
            <w:tcW w:w="454" w:type="dxa"/>
          </w:tcPr>
          <w:p w14:paraId="23218D5B" w14:textId="77777777" w:rsidR="006E1AB1" w:rsidRDefault="006E1AB1"/>
        </w:tc>
        <w:tc>
          <w:tcPr>
            <w:tcW w:w="1474" w:type="dxa"/>
          </w:tcPr>
          <w:p w14:paraId="5938AD34" w14:textId="77777777" w:rsidR="006E1AB1" w:rsidRDefault="006E1AB1"/>
        </w:tc>
        <w:tc>
          <w:tcPr>
            <w:tcW w:w="1474" w:type="dxa"/>
          </w:tcPr>
          <w:p w14:paraId="6E59993A" w14:textId="77777777" w:rsidR="006E1AB1" w:rsidRDefault="006E1AB1"/>
        </w:tc>
        <w:tc>
          <w:tcPr>
            <w:tcW w:w="1474" w:type="dxa"/>
          </w:tcPr>
          <w:p w14:paraId="7E583124" w14:textId="77777777" w:rsidR="006E1AB1" w:rsidRDefault="006E1AB1"/>
        </w:tc>
      </w:tr>
      <w:tr w:rsidR="006E1AB1" w14:paraId="6219D1B5" w14:textId="77777777">
        <w:trPr>
          <w:jc w:val="center"/>
        </w:trPr>
        <w:tc>
          <w:tcPr>
            <w:tcW w:w="4819" w:type="dxa"/>
            <w:shd w:val="clear" w:color="auto" w:fill="BDD7EE"/>
          </w:tcPr>
          <w:p w14:paraId="07B1A29E" w14:textId="77777777" w:rsidR="006E1AB1" w:rsidRDefault="00000000">
            <w:r>
              <w:rPr>
                <w:sz w:val="16"/>
              </w:rPr>
              <w:t>EQUILIBRIO FINALE (W=O+Z)</w:t>
            </w:r>
          </w:p>
        </w:tc>
        <w:tc>
          <w:tcPr>
            <w:tcW w:w="454" w:type="dxa"/>
            <w:shd w:val="clear" w:color="auto" w:fill="BDD7EE"/>
          </w:tcPr>
          <w:p w14:paraId="44B83B8C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BDD7EE"/>
          </w:tcPr>
          <w:p w14:paraId="6AD153E1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7B8BDFC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401433F3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73184BC4" w14:textId="77777777">
        <w:trPr>
          <w:jc w:val="center"/>
        </w:trPr>
        <w:tc>
          <w:tcPr>
            <w:tcW w:w="4819" w:type="dxa"/>
          </w:tcPr>
          <w:p w14:paraId="138F0431" w14:textId="77777777" w:rsidR="006E1AB1" w:rsidRDefault="006E1AB1"/>
        </w:tc>
        <w:tc>
          <w:tcPr>
            <w:tcW w:w="454" w:type="dxa"/>
          </w:tcPr>
          <w:p w14:paraId="70A093CE" w14:textId="77777777" w:rsidR="006E1AB1" w:rsidRDefault="006E1AB1"/>
        </w:tc>
        <w:tc>
          <w:tcPr>
            <w:tcW w:w="1474" w:type="dxa"/>
          </w:tcPr>
          <w:p w14:paraId="5B533507" w14:textId="77777777" w:rsidR="006E1AB1" w:rsidRDefault="006E1AB1"/>
        </w:tc>
        <w:tc>
          <w:tcPr>
            <w:tcW w:w="1474" w:type="dxa"/>
          </w:tcPr>
          <w:p w14:paraId="22263CAA" w14:textId="77777777" w:rsidR="006E1AB1" w:rsidRDefault="006E1AB1"/>
        </w:tc>
        <w:tc>
          <w:tcPr>
            <w:tcW w:w="1474" w:type="dxa"/>
          </w:tcPr>
          <w:p w14:paraId="2FF2078C" w14:textId="77777777" w:rsidR="006E1AB1" w:rsidRDefault="006E1AB1"/>
        </w:tc>
      </w:tr>
      <w:tr w:rsidR="006E1AB1" w14:paraId="32D79FF0" w14:textId="77777777">
        <w:trPr>
          <w:jc w:val="center"/>
        </w:trPr>
        <w:tc>
          <w:tcPr>
            <w:tcW w:w="4819" w:type="dxa"/>
            <w:shd w:val="clear" w:color="auto" w:fill="F2F2F2"/>
          </w:tcPr>
          <w:p w14:paraId="061F8A1B" w14:textId="77777777" w:rsidR="006E1AB1" w:rsidRDefault="00000000">
            <w:r>
              <w:rPr>
                <w:sz w:val="16"/>
              </w:rPr>
              <w:t>Saldo corrente ai fini della copertura degli investimenti pluriennali :</w:t>
            </w:r>
          </w:p>
        </w:tc>
        <w:tc>
          <w:tcPr>
            <w:tcW w:w="454" w:type="dxa"/>
            <w:shd w:val="clear" w:color="auto" w:fill="F2F2F2"/>
          </w:tcPr>
          <w:p w14:paraId="0301D081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F2F2F2"/>
          </w:tcPr>
          <w:p w14:paraId="77A89C28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F2F2F2"/>
          </w:tcPr>
          <w:p w14:paraId="1A7BACB0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F2F2F2"/>
          </w:tcPr>
          <w:p w14:paraId="159C939D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6E1AB1" w14:paraId="78BDE4AF" w14:textId="77777777">
        <w:trPr>
          <w:jc w:val="center"/>
        </w:trPr>
        <w:tc>
          <w:tcPr>
            <w:tcW w:w="4819" w:type="dxa"/>
          </w:tcPr>
          <w:p w14:paraId="151F92FB" w14:textId="77777777" w:rsidR="006E1AB1" w:rsidRDefault="00000000">
            <w:r>
              <w:rPr>
                <w:sz w:val="16"/>
              </w:rPr>
              <w:t>Equilibrio di parte corrente (O)</w:t>
            </w:r>
          </w:p>
        </w:tc>
        <w:tc>
          <w:tcPr>
            <w:tcW w:w="454" w:type="dxa"/>
          </w:tcPr>
          <w:p w14:paraId="77566406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484826E7" w14:textId="77777777" w:rsidR="006E1AB1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130934FA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6342121E" w14:textId="77777777" w:rsidR="006E1AB1" w:rsidRDefault="006E1AB1">
            <w:pPr>
              <w:jc w:val="right"/>
            </w:pPr>
          </w:p>
        </w:tc>
      </w:tr>
      <w:tr w:rsidR="006E1AB1" w14:paraId="26E440B8" w14:textId="77777777">
        <w:trPr>
          <w:jc w:val="center"/>
        </w:trPr>
        <w:tc>
          <w:tcPr>
            <w:tcW w:w="4819" w:type="dxa"/>
          </w:tcPr>
          <w:p w14:paraId="27FAFAF9" w14:textId="77777777" w:rsidR="006E1AB1" w:rsidRDefault="00000000">
            <w:r>
              <w:rPr>
                <w:b/>
                <w:sz w:val="16"/>
              </w:rPr>
              <w:t>Utilizzo risultato di amministrazione per il finanziamento di spese correnti e del rimborso prestiti (H) al netto del fondo di anticipazione di liquidità</w:t>
            </w:r>
          </w:p>
        </w:tc>
        <w:tc>
          <w:tcPr>
            <w:tcW w:w="454" w:type="dxa"/>
          </w:tcPr>
          <w:p w14:paraId="627ADD6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1E8D769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36.416,12</w:t>
            </w:r>
          </w:p>
        </w:tc>
        <w:tc>
          <w:tcPr>
            <w:tcW w:w="1474" w:type="dxa"/>
          </w:tcPr>
          <w:p w14:paraId="340A5598" w14:textId="77777777" w:rsidR="006E1AB1" w:rsidRDefault="006E1AB1">
            <w:pPr>
              <w:jc w:val="right"/>
            </w:pPr>
          </w:p>
        </w:tc>
        <w:tc>
          <w:tcPr>
            <w:tcW w:w="1474" w:type="dxa"/>
          </w:tcPr>
          <w:p w14:paraId="0B82758C" w14:textId="77777777" w:rsidR="006E1AB1" w:rsidRDefault="006E1AB1">
            <w:pPr>
              <w:jc w:val="right"/>
            </w:pPr>
          </w:p>
        </w:tc>
      </w:tr>
      <w:tr w:rsidR="006E1AB1" w14:paraId="090DAB7B" w14:textId="77777777">
        <w:trPr>
          <w:jc w:val="center"/>
        </w:trPr>
        <w:tc>
          <w:tcPr>
            <w:tcW w:w="4819" w:type="dxa"/>
            <w:shd w:val="clear" w:color="auto" w:fill="FFF2CC"/>
          </w:tcPr>
          <w:p w14:paraId="1D93A9EA" w14:textId="77777777" w:rsidR="006E1AB1" w:rsidRDefault="00000000">
            <w:r>
              <w:rPr>
                <w:sz w:val="16"/>
              </w:rPr>
              <w:t>Equilibrio di parte corrente ai fini della copertura degli investimenti plurien.</w:t>
            </w:r>
          </w:p>
        </w:tc>
        <w:tc>
          <w:tcPr>
            <w:tcW w:w="454" w:type="dxa"/>
            <w:shd w:val="clear" w:color="auto" w:fill="FFF2CC"/>
          </w:tcPr>
          <w:p w14:paraId="44EA2C08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FFF2CC"/>
          </w:tcPr>
          <w:p w14:paraId="66A80752" w14:textId="77777777" w:rsidR="006E1AB1" w:rsidRDefault="00000000">
            <w:pPr>
              <w:jc w:val="right"/>
            </w:pPr>
            <w:r>
              <w:rPr>
                <w:sz w:val="16"/>
              </w:rPr>
              <w:t>-36.416,12</w:t>
            </w:r>
          </w:p>
        </w:tc>
        <w:tc>
          <w:tcPr>
            <w:tcW w:w="1474" w:type="dxa"/>
            <w:shd w:val="clear" w:color="auto" w:fill="FFF2CC"/>
          </w:tcPr>
          <w:p w14:paraId="572DBB84" w14:textId="77777777" w:rsidR="006E1AB1" w:rsidRDefault="006E1AB1">
            <w:pPr>
              <w:jc w:val="right"/>
            </w:pPr>
          </w:p>
        </w:tc>
        <w:tc>
          <w:tcPr>
            <w:tcW w:w="1474" w:type="dxa"/>
            <w:shd w:val="clear" w:color="auto" w:fill="FFF2CC"/>
          </w:tcPr>
          <w:p w14:paraId="107F91EB" w14:textId="77777777" w:rsidR="006E1AB1" w:rsidRDefault="006E1AB1">
            <w:pPr>
              <w:jc w:val="right"/>
            </w:pPr>
          </w:p>
        </w:tc>
      </w:tr>
    </w:tbl>
    <w:p w14:paraId="6C784F9E" w14:textId="77777777" w:rsidR="006E1AB1" w:rsidRDefault="00000000">
      <w:r>
        <w:br w:type="page"/>
      </w:r>
    </w:p>
    <w:p w14:paraId="5E935A9B" w14:textId="77777777" w:rsidR="006E1AB1" w:rsidRDefault="00000000">
      <w:pPr>
        <w:spacing w:before="120" w:after="60"/>
        <w:jc w:val="center"/>
      </w:pPr>
      <w:r>
        <w:rPr>
          <w:b/>
        </w:rPr>
        <w:lastRenderedPageBreak/>
        <w:t>EQUILIBRIO TRA ENTRATE E SPESE CORRENTI ED IN CONTO CAPITALE (accertamenti/impegni)</w:t>
      </w:r>
    </w:p>
    <w:p w14:paraId="5607D00A" w14:textId="77777777" w:rsidR="006E1AB1" w:rsidRDefault="00000000">
      <w:pPr>
        <w:spacing w:after="60"/>
        <w:ind w:firstLine="851"/>
        <w:jc w:val="both"/>
      </w:pPr>
      <w:r>
        <w:t>Dall'analisi dei dati contabili degli equilibri gestionali di parte corrente e di parte capitale si evidenzia il rispetto degli stessi: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6236"/>
        <w:gridCol w:w="896"/>
        <w:gridCol w:w="1984"/>
      </w:tblGrid>
      <w:tr w:rsidR="006E1AB1" w14:paraId="50156A6E" w14:textId="77777777">
        <w:trPr>
          <w:jc w:val="center"/>
        </w:trPr>
        <w:tc>
          <w:tcPr>
            <w:tcW w:w="6236" w:type="dxa"/>
            <w:shd w:val="clear" w:color="auto" w:fill="DEEAF1"/>
          </w:tcPr>
          <w:p w14:paraId="04C4E069" w14:textId="77777777" w:rsidR="006E1AB1" w:rsidRDefault="00000000">
            <w:r>
              <w:rPr>
                <w:b/>
                <w:sz w:val="16"/>
              </w:rPr>
              <w:t>EQUILIBRIO ECONOMICO-FINANZIARIO</w:t>
            </w:r>
          </w:p>
        </w:tc>
        <w:tc>
          <w:tcPr>
            <w:tcW w:w="454" w:type="dxa"/>
            <w:shd w:val="clear" w:color="auto" w:fill="DEEAF1"/>
          </w:tcPr>
          <w:p w14:paraId="0FE1C848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DEEAF1"/>
          </w:tcPr>
          <w:p w14:paraId="63CD251B" w14:textId="77777777" w:rsidR="006E1AB1" w:rsidRDefault="00000000">
            <w:pPr>
              <w:jc w:val="center"/>
            </w:pPr>
            <w:r>
              <w:rPr>
                <w:b/>
                <w:sz w:val="16"/>
              </w:rPr>
              <w:t>COMPETENZA (ACCERTAMENTI E IMPEGNI IMPUTATI AL 2026)</w:t>
            </w:r>
          </w:p>
        </w:tc>
      </w:tr>
      <w:tr w:rsidR="006E1AB1" w14:paraId="253AEFA3" w14:textId="77777777">
        <w:trPr>
          <w:jc w:val="center"/>
        </w:trPr>
        <w:tc>
          <w:tcPr>
            <w:tcW w:w="6236" w:type="dxa"/>
          </w:tcPr>
          <w:p w14:paraId="60A0CDD5" w14:textId="77777777" w:rsidR="006E1AB1" w:rsidRDefault="006E1AB1"/>
        </w:tc>
        <w:tc>
          <w:tcPr>
            <w:tcW w:w="454" w:type="dxa"/>
          </w:tcPr>
          <w:p w14:paraId="14055659" w14:textId="77777777" w:rsidR="006E1AB1" w:rsidRDefault="006E1AB1"/>
        </w:tc>
        <w:tc>
          <w:tcPr>
            <w:tcW w:w="1984" w:type="dxa"/>
          </w:tcPr>
          <w:p w14:paraId="2BCE5260" w14:textId="77777777" w:rsidR="006E1AB1" w:rsidRDefault="006E1AB1"/>
        </w:tc>
      </w:tr>
      <w:tr w:rsidR="006E1AB1" w14:paraId="26154D74" w14:textId="77777777">
        <w:trPr>
          <w:jc w:val="center"/>
        </w:trPr>
        <w:tc>
          <w:tcPr>
            <w:tcW w:w="6236" w:type="dxa"/>
          </w:tcPr>
          <w:p w14:paraId="610813FC" w14:textId="77777777" w:rsidR="006E1AB1" w:rsidRDefault="00000000">
            <w:r>
              <w:rPr>
                <w:b/>
                <w:sz w:val="16"/>
              </w:rPr>
              <w:t>H) Utilizzo avanzo di amministrazione per spese correnti e per rimborso prestiti</w:t>
            </w:r>
          </w:p>
        </w:tc>
        <w:tc>
          <w:tcPr>
            <w:tcW w:w="454" w:type="dxa"/>
          </w:tcPr>
          <w:p w14:paraId="0DF3873D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5297D6B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33.962,12</w:t>
            </w:r>
          </w:p>
        </w:tc>
      </w:tr>
      <w:tr w:rsidR="006E1AB1" w14:paraId="54AEEBC9" w14:textId="77777777">
        <w:trPr>
          <w:jc w:val="center"/>
        </w:trPr>
        <w:tc>
          <w:tcPr>
            <w:tcW w:w="6236" w:type="dxa"/>
          </w:tcPr>
          <w:p w14:paraId="1A49113E" w14:textId="77777777" w:rsidR="006E1AB1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0027308C" w14:textId="77777777" w:rsidR="006E1AB1" w:rsidRDefault="006E1AB1">
            <w:pPr>
              <w:jc w:val="right"/>
            </w:pPr>
          </w:p>
        </w:tc>
        <w:tc>
          <w:tcPr>
            <w:tcW w:w="1984" w:type="dxa"/>
          </w:tcPr>
          <w:p w14:paraId="7A7E2719" w14:textId="77777777" w:rsidR="006E1AB1" w:rsidRDefault="006E1AB1">
            <w:pPr>
              <w:jc w:val="right"/>
            </w:pPr>
          </w:p>
        </w:tc>
      </w:tr>
      <w:tr w:rsidR="006E1AB1" w14:paraId="6A1E3DCF" w14:textId="77777777">
        <w:trPr>
          <w:jc w:val="center"/>
        </w:trPr>
        <w:tc>
          <w:tcPr>
            <w:tcW w:w="6236" w:type="dxa"/>
          </w:tcPr>
          <w:p w14:paraId="55985011" w14:textId="77777777" w:rsidR="006E1AB1" w:rsidRDefault="006E1AB1"/>
        </w:tc>
        <w:tc>
          <w:tcPr>
            <w:tcW w:w="454" w:type="dxa"/>
          </w:tcPr>
          <w:p w14:paraId="4F44720B" w14:textId="77777777" w:rsidR="006E1AB1" w:rsidRDefault="006E1AB1"/>
        </w:tc>
        <w:tc>
          <w:tcPr>
            <w:tcW w:w="1984" w:type="dxa"/>
          </w:tcPr>
          <w:p w14:paraId="0FD7EFFC" w14:textId="77777777" w:rsidR="006E1AB1" w:rsidRDefault="006E1AB1"/>
        </w:tc>
      </w:tr>
      <w:tr w:rsidR="006E1AB1" w14:paraId="0E2E0674" w14:textId="77777777">
        <w:trPr>
          <w:jc w:val="center"/>
        </w:trPr>
        <w:tc>
          <w:tcPr>
            <w:tcW w:w="6236" w:type="dxa"/>
          </w:tcPr>
          <w:p w14:paraId="25360EEF" w14:textId="77777777" w:rsidR="006E1AB1" w:rsidRDefault="00000000">
            <w:r>
              <w:rPr>
                <w:b/>
                <w:sz w:val="16"/>
              </w:rPr>
              <w:t>AA) Recupero disavanzo di amministrazione esercizio precedente</w:t>
            </w:r>
          </w:p>
        </w:tc>
        <w:tc>
          <w:tcPr>
            <w:tcW w:w="454" w:type="dxa"/>
          </w:tcPr>
          <w:p w14:paraId="25E7AD6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3F44CAB" w14:textId="77777777" w:rsidR="006E1AB1" w:rsidRDefault="006E1AB1">
            <w:pPr>
              <w:jc w:val="right"/>
            </w:pPr>
          </w:p>
        </w:tc>
      </w:tr>
      <w:tr w:rsidR="006E1AB1" w14:paraId="2C7C1127" w14:textId="77777777">
        <w:trPr>
          <w:jc w:val="center"/>
        </w:trPr>
        <w:tc>
          <w:tcPr>
            <w:tcW w:w="6236" w:type="dxa"/>
          </w:tcPr>
          <w:p w14:paraId="16BA4AD0" w14:textId="77777777" w:rsidR="006E1AB1" w:rsidRDefault="006E1AB1"/>
        </w:tc>
        <w:tc>
          <w:tcPr>
            <w:tcW w:w="454" w:type="dxa"/>
          </w:tcPr>
          <w:p w14:paraId="03D4C9A9" w14:textId="77777777" w:rsidR="006E1AB1" w:rsidRDefault="006E1AB1"/>
        </w:tc>
        <w:tc>
          <w:tcPr>
            <w:tcW w:w="1984" w:type="dxa"/>
          </w:tcPr>
          <w:p w14:paraId="1548FF6F" w14:textId="77777777" w:rsidR="006E1AB1" w:rsidRDefault="006E1AB1"/>
        </w:tc>
      </w:tr>
      <w:tr w:rsidR="006E1AB1" w14:paraId="74F6540F" w14:textId="77777777">
        <w:trPr>
          <w:jc w:val="center"/>
        </w:trPr>
        <w:tc>
          <w:tcPr>
            <w:tcW w:w="6236" w:type="dxa"/>
          </w:tcPr>
          <w:p w14:paraId="2EAAD81D" w14:textId="77777777" w:rsidR="006E1AB1" w:rsidRDefault="00000000">
            <w:r>
              <w:rPr>
                <w:b/>
                <w:sz w:val="16"/>
              </w:rPr>
              <w:t>A) Fondo pluriennale vincolato per spese correnti iscritto in entrata</w:t>
            </w:r>
          </w:p>
        </w:tc>
        <w:tc>
          <w:tcPr>
            <w:tcW w:w="454" w:type="dxa"/>
          </w:tcPr>
          <w:p w14:paraId="6B31AD4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6BD2118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19.226,29</w:t>
            </w:r>
          </w:p>
        </w:tc>
      </w:tr>
      <w:tr w:rsidR="006E1AB1" w14:paraId="3A57831C" w14:textId="77777777">
        <w:trPr>
          <w:jc w:val="center"/>
        </w:trPr>
        <w:tc>
          <w:tcPr>
            <w:tcW w:w="6236" w:type="dxa"/>
          </w:tcPr>
          <w:p w14:paraId="2903A755" w14:textId="77777777" w:rsidR="006E1AB1" w:rsidRDefault="006E1AB1"/>
        </w:tc>
        <w:tc>
          <w:tcPr>
            <w:tcW w:w="454" w:type="dxa"/>
          </w:tcPr>
          <w:p w14:paraId="0C37204E" w14:textId="77777777" w:rsidR="006E1AB1" w:rsidRDefault="006E1AB1"/>
        </w:tc>
        <w:tc>
          <w:tcPr>
            <w:tcW w:w="1984" w:type="dxa"/>
          </w:tcPr>
          <w:p w14:paraId="39DEFB32" w14:textId="77777777" w:rsidR="006E1AB1" w:rsidRDefault="006E1AB1"/>
        </w:tc>
      </w:tr>
      <w:tr w:rsidR="006E1AB1" w14:paraId="190F2E54" w14:textId="77777777">
        <w:trPr>
          <w:jc w:val="center"/>
        </w:trPr>
        <w:tc>
          <w:tcPr>
            <w:tcW w:w="6236" w:type="dxa"/>
          </w:tcPr>
          <w:p w14:paraId="4A4D89C2" w14:textId="77777777" w:rsidR="006E1AB1" w:rsidRDefault="00000000">
            <w:r>
              <w:rPr>
                <w:b/>
                <w:sz w:val="16"/>
              </w:rPr>
              <w:t>Q1) Fondo pluriennale vincolato per spese titolo 2.04  Altri trasferimenti in conto capitale iscritto in entrata</w:t>
            </w:r>
          </w:p>
        </w:tc>
        <w:tc>
          <w:tcPr>
            <w:tcW w:w="454" w:type="dxa"/>
          </w:tcPr>
          <w:p w14:paraId="1BAAC75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01AE5C14" w14:textId="77777777" w:rsidR="006E1AB1" w:rsidRDefault="006E1AB1">
            <w:pPr>
              <w:jc w:val="right"/>
            </w:pPr>
          </w:p>
        </w:tc>
      </w:tr>
      <w:tr w:rsidR="006E1AB1" w14:paraId="52EAD313" w14:textId="77777777">
        <w:trPr>
          <w:jc w:val="center"/>
        </w:trPr>
        <w:tc>
          <w:tcPr>
            <w:tcW w:w="6236" w:type="dxa"/>
          </w:tcPr>
          <w:p w14:paraId="767115CB" w14:textId="77777777" w:rsidR="006E1AB1" w:rsidRDefault="006E1AB1"/>
        </w:tc>
        <w:tc>
          <w:tcPr>
            <w:tcW w:w="454" w:type="dxa"/>
          </w:tcPr>
          <w:p w14:paraId="6B5E1650" w14:textId="77777777" w:rsidR="006E1AB1" w:rsidRDefault="006E1AB1"/>
        </w:tc>
        <w:tc>
          <w:tcPr>
            <w:tcW w:w="1984" w:type="dxa"/>
          </w:tcPr>
          <w:p w14:paraId="138AE7C9" w14:textId="77777777" w:rsidR="006E1AB1" w:rsidRDefault="006E1AB1"/>
        </w:tc>
      </w:tr>
      <w:tr w:rsidR="006E1AB1" w14:paraId="108966A8" w14:textId="77777777">
        <w:trPr>
          <w:jc w:val="center"/>
        </w:trPr>
        <w:tc>
          <w:tcPr>
            <w:tcW w:w="6236" w:type="dxa"/>
          </w:tcPr>
          <w:p w14:paraId="15B05D91" w14:textId="77777777" w:rsidR="006E1AB1" w:rsidRDefault="00000000">
            <w:r>
              <w:rPr>
                <w:b/>
                <w:sz w:val="16"/>
              </w:rPr>
              <w:t>B) Entrate Titoli 1.00 - 2.00 - 3.00</w:t>
            </w:r>
          </w:p>
        </w:tc>
        <w:tc>
          <w:tcPr>
            <w:tcW w:w="454" w:type="dxa"/>
          </w:tcPr>
          <w:p w14:paraId="2A02391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3255617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770.164,96</w:t>
            </w:r>
          </w:p>
        </w:tc>
      </w:tr>
      <w:tr w:rsidR="006E1AB1" w14:paraId="4E38B613" w14:textId="77777777">
        <w:trPr>
          <w:jc w:val="center"/>
        </w:trPr>
        <w:tc>
          <w:tcPr>
            <w:tcW w:w="6236" w:type="dxa"/>
          </w:tcPr>
          <w:p w14:paraId="0233ECA3" w14:textId="77777777" w:rsidR="006E1AB1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1D09E622" w14:textId="77777777" w:rsidR="006E1AB1" w:rsidRDefault="006E1AB1">
            <w:pPr>
              <w:jc w:val="right"/>
            </w:pPr>
          </w:p>
        </w:tc>
        <w:tc>
          <w:tcPr>
            <w:tcW w:w="1984" w:type="dxa"/>
          </w:tcPr>
          <w:p w14:paraId="1FCE73AF" w14:textId="77777777" w:rsidR="006E1AB1" w:rsidRDefault="006E1AB1">
            <w:pPr>
              <w:jc w:val="right"/>
            </w:pPr>
          </w:p>
        </w:tc>
      </w:tr>
      <w:tr w:rsidR="006E1AB1" w14:paraId="40273F46" w14:textId="77777777">
        <w:trPr>
          <w:jc w:val="center"/>
        </w:trPr>
        <w:tc>
          <w:tcPr>
            <w:tcW w:w="6236" w:type="dxa"/>
          </w:tcPr>
          <w:p w14:paraId="70ADC4E6" w14:textId="77777777" w:rsidR="006E1AB1" w:rsidRDefault="006E1AB1"/>
        </w:tc>
        <w:tc>
          <w:tcPr>
            <w:tcW w:w="454" w:type="dxa"/>
          </w:tcPr>
          <w:p w14:paraId="5567AF21" w14:textId="77777777" w:rsidR="006E1AB1" w:rsidRDefault="006E1AB1"/>
        </w:tc>
        <w:tc>
          <w:tcPr>
            <w:tcW w:w="1984" w:type="dxa"/>
          </w:tcPr>
          <w:p w14:paraId="05B65D55" w14:textId="77777777" w:rsidR="006E1AB1" w:rsidRDefault="006E1AB1"/>
        </w:tc>
      </w:tr>
      <w:tr w:rsidR="006E1AB1" w14:paraId="34F03524" w14:textId="77777777">
        <w:trPr>
          <w:jc w:val="center"/>
        </w:trPr>
        <w:tc>
          <w:tcPr>
            <w:tcW w:w="6236" w:type="dxa"/>
          </w:tcPr>
          <w:p w14:paraId="3CB33F84" w14:textId="77777777" w:rsidR="006E1AB1" w:rsidRDefault="00000000">
            <w:r>
              <w:rPr>
                <w:b/>
                <w:sz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454" w:type="dxa"/>
          </w:tcPr>
          <w:p w14:paraId="439871A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4A4E3265" w14:textId="77777777" w:rsidR="006E1AB1" w:rsidRDefault="006E1AB1">
            <w:pPr>
              <w:jc w:val="right"/>
            </w:pPr>
          </w:p>
        </w:tc>
      </w:tr>
      <w:tr w:rsidR="006E1AB1" w14:paraId="596888AF" w14:textId="77777777">
        <w:trPr>
          <w:jc w:val="center"/>
        </w:trPr>
        <w:tc>
          <w:tcPr>
            <w:tcW w:w="6236" w:type="dxa"/>
          </w:tcPr>
          <w:p w14:paraId="7E3387DB" w14:textId="77777777" w:rsidR="006E1AB1" w:rsidRDefault="006E1AB1"/>
        </w:tc>
        <w:tc>
          <w:tcPr>
            <w:tcW w:w="454" w:type="dxa"/>
          </w:tcPr>
          <w:p w14:paraId="19EFDE56" w14:textId="77777777" w:rsidR="006E1AB1" w:rsidRDefault="006E1AB1"/>
        </w:tc>
        <w:tc>
          <w:tcPr>
            <w:tcW w:w="1984" w:type="dxa"/>
          </w:tcPr>
          <w:p w14:paraId="223153CC" w14:textId="77777777" w:rsidR="006E1AB1" w:rsidRDefault="006E1AB1"/>
        </w:tc>
      </w:tr>
      <w:tr w:rsidR="006E1AB1" w14:paraId="45A0CA88" w14:textId="77777777">
        <w:trPr>
          <w:jc w:val="center"/>
        </w:trPr>
        <w:tc>
          <w:tcPr>
            <w:tcW w:w="6236" w:type="dxa"/>
          </w:tcPr>
          <w:p w14:paraId="1A5077AB" w14:textId="77777777" w:rsidR="006E1AB1" w:rsidRDefault="00000000">
            <w:r>
              <w:rPr>
                <w:b/>
                <w:sz w:val="16"/>
              </w:rPr>
              <w:t>I) Entrate di parte capitale destinate a spese correnti in base a specifiche disposizioni di legge o dei principi contabili</w:t>
            </w:r>
          </w:p>
        </w:tc>
        <w:tc>
          <w:tcPr>
            <w:tcW w:w="454" w:type="dxa"/>
          </w:tcPr>
          <w:p w14:paraId="1C0BA9A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06780692" w14:textId="77777777" w:rsidR="006E1AB1" w:rsidRDefault="006E1AB1">
            <w:pPr>
              <w:jc w:val="right"/>
            </w:pPr>
          </w:p>
        </w:tc>
      </w:tr>
      <w:tr w:rsidR="006E1AB1" w14:paraId="5E903D05" w14:textId="77777777">
        <w:trPr>
          <w:jc w:val="center"/>
        </w:trPr>
        <w:tc>
          <w:tcPr>
            <w:tcW w:w="6236" w:type="dxa"/>
          </w:tcPr>
          <w:p w14:paraId="4486A5CA" w14:textId="77777777" w:rsidR="006E1AB1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7C92FCD0" w14:textId="77777777" w:rsidR="006E1AB1" w:rsidRDefault="006E1AB1">
            <w:pPr>
              <w:jc w:val="right"/>
            </w:pPr>
          </w:p>
        </w:tc>
        <w:tc>
          <w:tcPr>
            <w:tcW w:w="1984" w:type="dxa"/>
          </w:tcPr>
          <w:p w14:paraId="2DF9ADE0" w14:textId="77777777" w:rsidR="006E1AB1" w:rsidRDefault="006E1AB1">
            <w:pPr>
              <w:jc w:val="right"/>
            </w:pPr>
          </w:p>
        </w:tc>
      </w:tr>
      <w:tr w:rsidR="006E1AB1" w14:paraId="2D9D5D2E" w14:textId="77777777">
        <w:trPr>
          <w:jc w:val="center"/>
        </w:trPr>
        <w:tc>
          <w:tcPr>
            <w:tcW w:w="6236" w:type="dxa"/>
          </w:tcPr>
          <w:p w14:paraId="5E81D011" w14:textId="77777777" w:rsidR="006E1AB1" w:rsidRDefault="006E1AB1"/>
        </w:tc>
        <w:tc>
          <w:tcPr>
            <w:tcW w:w="454" w:type="dxa"/>
          </w:tcPr>
          <w:p w14:paraId="3518018E" w14:textId="77777777" w:rsidR="006E1AB1" w:rsidRDefault="006E1AB1"/>
        </w:tc>
        <w:tc>
          <w:tcPr>
            <w:tcW w:w="1984" w:type="dxa"/>
          </w:tcPr>
          <w:p w14:paraId="75007535" w14:textId="77777777" w:rsidR="006E1AB1" w:rsidRDefault="006E1AB1"/>
        </w:tc>
      </w:tr>
      <w:tr w:rsidR="006E1AB1" w14:paraId="60E936A0" w14:textId="77777777">
        <w:trPr>
          <w:jc w:val="center"/>
        </w:trPr>
        <w:tc>
          <w:tcPr>
            <w:tcW w:w="6236" w:type="dxa"/>
          </w:tcPr>
          <w:p w14:paraId="090C68FC" w14:textId="77777777" w:rsidR="006E1AB1" w:rsidRDefault="00000000">
            <w:r>
              <w:rPr>
                <w:b/>
                <w:sz w:val="16"/>
              </w:rPr>
              <w:t>L) Entrate di parte corrente destinate a spese di investimento in base a specifiche disposizioni di legge o dei principi contabili</w:t>
            </w:r>
          </w:p>
        </w:tc>
        <w:tc>
          <w:tcPr>
            <w:tcW w:w="454" w:type="dxa"/>
          </w:tcPr>
          <w:p w14:paraId="3C2432A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53B85030" w14:textId="77777777" w:rsidR="006E1AB1" w:rsidRDefault="006E1AB1">
            <w:pPr>
              <w:jc w:val="right"/>
            </w:pPr>
          </w:p>
        </w:tc>
      </w:tr>
      <w:tr w:rsidR="006E1AB1" w14:paraId="3055F62A" w14:textId="77777777">
        <w:trPr>
          <w:jc w:val="center"/>
        </w:trPr>
        <w:tc>
          <w:tcPr>
            <w:tcW w:w="6236" w:type="dxa"/>
          </w:tcPr>
          <w:p w14:paraId="6DE17542" w14:textId="77777777" w:rsidR="006E1AB1" w:rsidRDefault="006E1AB1"/>
        </w:tc>
        <w:tc>
          <w:tcPr>
            <w:tcW w:w="454" w:type="dxa"/>
          </w:tcPr>
          <w:p w14:paraId="7D5C5CB5" w14:textId="77777777" w:rsidR="006E1AB1" w:rsidRDefault="006E1AB1"/>
        </w:tc>
        <w:tc>
          <w:tcPr>
            <w:tcW w:w="1984" w:type="dxa"/>
          </w:tcPr>
          <w:p w14:paraId="5B5D9625" w14:textId="77777777" w:rsidR="006E1AB1" w:rsidRDefault="006E1AB1"/>
        </w:tc>
      </w:tr>
      <w:tr w:rsidR="006E1AB1" w14:paraId="783BB555" w14:textId="77777777">
        <w:trPr>
          <w:jc w:val="center"/>
        </w:trPr>
        <w:tc>
          <w:tcPr>
            <w:tcW w:w="6236" w:type="dxa"/>
          </w:tcPr>
          <w:p w14:paraId="6CD1723C" w14:textId="77777777" w:rsidR="006E1AB1" w:rsidRDefault="00000000">
            <w:r>
              <w:rPr>
                <w:b/>
                <w:sz w:val="16"/>
              </w:rPr>
              <w:t>M) Entrate da accensione di prestiti destinate a estinzione anticipata dei prestiti</w:t>
            </w:r>
          </w:p>
        </w:tc>
        <w:tc>
          <w:tcPr>
            <w:tcW w:w="454" w:type="dxa"/>
          </w:tcPr>
          <w:p w14:paraId="3A1864D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54E1DF2D" w14:textId="77777777" w:rsidR="006E1AB1" w:rsidRDefault="006E1AB1">
            <w:pPr>
              <w:jc w:val="right"/>
            </w:pPr>
          </w:p>
        </w:tc>
      </w:tr>
      <w:tr w:rsidR="006E1AB1" w14:paraId="39FA568E" w14:textId="77777777">
        <w:trPr>
          <w:jc w:val="center"/>
        </w:trPr>
        <w:tc>
          <w:tcPr>
            <w:tcW w:w="6236" w:type="dxa"/>
          </w:tcPr>
          <w:p w14:paraId="25A884FA" w14:textId="77777777" w:rsidR="006E1AB1" w:rsidRDefault="006E1AB1"/>
        </w:tc>
        <w:tc>
          <w:tcPr>
            <w:tcW w:w="454" w:type="dxa"/>
          </w:tcPr>
          <w:p w14:paraId="4D02317A" w14:textId="77777777" w:rsidR="006E1AB1" w:rsidRDefault="006E1AB1"/>
        </w:tc>
        <w:tc>
          <w:tcPr>
            <w:tcW w:w="1984" w:type="dxa"/>
          </w:tcPr>
          <w:p w14:paraId="6830FA2C" w14:textId="77777777" w:rsidR="006E1AB1" w:rsidRDefault="006E1AB1"/>
        </w:tc>
      </w:tr>
      <w:tr w:rsidR="006E1AB1" w14:paraId="4BE1E535" w14:textId="77777777">
        <w:trPr>
          <w:jc w:val="center"/>
        </w:trPr>
        <w:tc>
          <w:tcPr>
            <w:tcW w:w="6236" w:type="dxa"/>
          </w:tcPr>
          <w:p w14:paraId="53D766FE" w14:textId="77777777" w:rsidR="006E1AB1" w:rsidRDefault="00000000">
            <w:r>
              <w:rPr>
                <w:b/>
                <w:sz w:val="16"/>
              </w:rPr>
              <w:t>D)Spese Titolo 1.00 - Spese correnti</w:t>
            </w:r>
          </w:p>
        </w:tc>
        <w:tc>
          <w:tcPr>
            <w:tcW w:w="454" w:type="dxa"/>
          </w:tcPr>
          <w:p w14:paraId="0996FD3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007CB96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654.960,35</w:t>
            </w:r>
          </w:p>
        </w:tc>
      </w:tr>
      <w:tr w:rsidR="006E1AB1" w14:paraId="61D226DA" w14:textId="77777777">
        <w:trPr>
          <w:jc w:val="center"/>
        </w:trPr>
        <w:tc>
          <w:tcPr>
            <w:tcW w:w="6236" w:type="dxa"/>
          </w:tcPr>
          <w:p w14:paraId="342309F5" w14:textId="77777777" w:rsidR="006E1AB1" w:rsidRDefault="00000000">
            <w:r>
              <w:rPr>
                <w:sz w:val="16"/>
              </w:rPr>
              <w:t>di cui spese correnti non ricorrenti finanziate con utilizzo del risultato di amministrazione</w:t>
            </w:r>
          </w:p>
        </w:tc>
        <w:tc>
          <w:tcPr>
            <w:tcW w:w="454" w:type="dxa"/>
          </w:tcPr>
          <w:p w14:paraId="3F41C9EE" w14:textId="77777777" w:rsidR="006E1AB1" w:rsidRDefault="006E1AB1">
            <w:pPr>
              <w:jc w:val="right"/>
            </w:pPr>
          </w:p>
        </w:tc>
        <w:tc>
          <w:tcPr>
            <w:tcW w:w="1984" w:type="dxa"/>
          </w:tcPr>
          <w:p w14:paraId="59EC85B4" w14:textId="77777777" w:rsidR="006E1AB1" w:rsidRDefault="006E1AB1">
            <w:pPr>
              <w:jc w:val="right"/>
            </w:pPr>
          </w:p>
        </w:tc>
      </w:tr>
      <w:tr w:rsidR="006E1AB1" w14:paraId="1E5511C8" w14:textId="77777777">
        <w:trPr>
          <w:jc w:val="center"/>
        </w:trPr>
        <w:tc>
          <w:tcPr>
            <w:tcW w:w="6236" w:type="dxa"/>
          </w:tcPr>
          <w:p w14:paraId="56295894" w14:textId="77777777" w:rsidR="006E1AB1" w:rsidRDefault="00000000">
            <w:r>
              <w:rPr>
                <w:b/>
                <w:sz w:val="16"/>
              </w:rPr>
              <w:t>D1) Fondo pluriennale vincolato di parte corrente (di spesa)</w:t>
            </w:r>
          </w:p>
        </w:tc>
        <w:tc>
          <w:tcPr>
            <w:tcW w:w="454" w:type="dxa"/>
          </w:tcPr>
          <w:p w14:paraId="0B38086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7FA5FFD9" w14:textId="77777777" w:rsidR="006E1AB1" w:rsidRDefault="006E1AB1">
            <w:pPr>
              <w:jc w:val="right"/>
            </w:pPr>
          </w:p>
        </w:tc>
      </w:tr>
      <w:tr w:rsidR="006E1AB1" w14:paraId="5A9460DC" w14:textId="77777777">
        <w:trPr>
          <w:jc w:val="center"/>
        </w:trPr>
        <w:tc>
          <w:tcPr>
            <w:tcW w:w="6236" w:type="dxa"/>
          </w:tcPr>
          <w:p w14:paraId="4097F980" w14:textId="77777777" w:rsidR="006E1AB1" w:rsidRDefault="006E1AB1"/>
        </w:tc>
        <w:tc>
          <w:tcPr>
            <w:tcW w:w="454" w:type="dxa"/>
          </w:tcPr>
          <w:p w14:paraId="214B8728" w14:textId="77777777" w:rsidR="006E1AB1" w:rsidRDefault="006E1AB1"/>
        </w:tc>
        <w:tc>
          <w:tcPr>
            <w:tcW w:w="1984" w:type="dxa"/>
          </w:tcPr>
          <w:p w14:paraId="698CD355" w14:textId="77777777" w:rsidR="006E1AB1" w:rsidRDefault="006E1AB1"/>
        </w:tc>
      </w:tr>
      <w:tr w:rsidR="006E1AB1" w14:paraId="2FDA49FA" w14:textId="77777777">
        <w:trPr>
          <w:jc w:val="center"/>
        </w:trPr>
        <w:tc>
          <w:tcPr>
            <w:tcW w:w="6236" w:type="dxa"/>
          </w:tcPr>
          <w:p w14:paraId="0954B0DE" w14:textId="77777777" w:rsidR="006E1AB1" w:rsidRDefault="00000000">
            <w:r>
              <w:rPr>
                <w:b/>
                <w:sz w:val="16"/>
              </w:rPr>
              <w:t>E) Spese Titolo 2.04 - Altri trasferimenti in conto capitale</w:t>
            </w:r>
          </w:p>
        </w:tc>
        <w:tc>
          <w:tcPr>
            <w:tcW w:w="454" w:type="dxa"/>
          </w:tcPr>
          <w:p w14:paraId="1111D91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74C11F4A" w14:textId="77777777" w:rsidR="006E1AB1" w:rsidRDefault="006E1AB1">
            <w:pPr>
              <w:jc w:val="right"/>
            </w:pPr>
          </w:p>
        </w:tc>
      </w:tr>
      <w:tr w:rsidR="006E1AB1" w14:paraId="5881D453" w14:textId="77777777">
        <w:trPr>
          <w:jc w:val="center"/>
        </w:trPr>
        <w:tc>
          <w:tcPr>
            <w:tcW w:w="6236" w:type="dxa"/>
          </w:tcPr>
          <w:p w14:paraId="6454CB78" w14:textId="77777777" w:rsidR="006E1AB1" w:rsidRDefault="006E1AB1"/>
        </w:tc>
        <w:tc>
          <w:tcPr>
            <w:tcW w:w="454" w:type="dxa"/>
          </w:tcPr>
          <w:p w14:paraId="240E97A8" w14:textId="77777777" w:rsidR="006E1AB1" w:rsidRDefault="006E1AB1"/>
        </w:tc>
        <w:tc>
          <w:tcPr>
            <w:tcW w:w="1984" w:type="dxa"/>
          </w:tcPr>
          <w:p w14:paraId="5EDCD26F" w14:textId="77777777" w:rsidR="006E1AB1" w:rsidRDefault="006E1AB1"/>
        </w:tc>
      </w:tr>
      <w:tr w:rsidR="006E1AB1" w14:paraId="4800FDBA" w14:textId="77777777">
        <w:trPr>
          <w:jc w:val="center"/>
        </w:trPr>
        <w:tc>
          <w:tcPr>
            <w:tcW w:w="6236" w:type="dxa"/>
          </w:tcPr>
          <w:p w14:paraId="07BB527E" w14:textId="77777777" w:rsidR="006E1AB1" w:rsidRDefault="00000000">
            <w:r>
              <w:rPr>
                <w:b/>
                <w:sz w:val="16"/>
              </w:rPr>
              <w:t>E1) Fondo pluriennale vincolato di spesa - titolo 2.04 Altri trasferimenti in conto capitale</w:t>
            </w:r>
          </w:p>
        </w:tc>
        <w:tc>
          <w:tcPr>
            <w:tcW w:w="454" w:type="dxa"/>
          </w:tcPr>
          <w:p w14:paraId="3858533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2F7C20BF" w14:textId="77777777" w:rsidR="006E1AB1" w:rsidRDefault="006E1AB1">
            <w:pPr>
              <w:jc w:val="right"/>
            </w:pPr>
          </w:p>
        </w:tc>
      </w:tr>
      <w:tr w:rsidR="006E1AB1" w14:paraId="0E0B7CA2" w14:textId="77777777">
        <w:trPr>
          <w:jc w:val="center"/>
        </w:trPr>
        <w:tc>
          <w:tcPr>
            <w:tcW w:w="6236" w:type="dxa"/>
          </w:tcPr>
          <w:p w14:paraId="6912A734" w14:textId="77777777" w:rsidR="006E1AB1" w:rsidRDefault="006E1AB1"/>
        </w:tc>
        <w:tc>
          <w:tcPr>
            <w:tcW w:w="454" w:type="dxa"/>
          </w:tcPr>
          <w:p w14:paraId="0BA55F8B" w14:textId="77777777" w:rsidR="006E1AB1" w:rsidRDefault="006E1AB1"/>
        </w:tc>
        <w:tc>
          <w:tcPr>
            <w:tcW w:w="1984" w:type="dxa"/>
          </w:tcPr>
          <w:p w14:paraId="624F0F51" w14:textId="77777777" w:rsidR="006E1AB1" w:rsidRDefault="006E1AB1"/>
        </w:tc>
      </w:tr>
      <w:tr w:rsidR="006E1AB1" w14:paraId="0201222D" w14:textId="77777777">
        <w:trPr>
          <w:jc w:val="center"/>
        </w:trPr>
        <w:tc>
          <w:tcPr>
            <w:tcW w:w="6236" w:type="dxa"/>
          </w:tcPr>
          <w:p w14:paraId="69B8FD09" w14:textId="77777777" w:rsidR="006E1AB1" w:rsidRDefault="00000000">
            <w:r>
              <w:rPr>
                <w:b/>
                <w:sz w:val="16"/>
              </w:rPr>
              <w:t>F1) Spese Titolo 4.00 - Quote di capitale amm.to dei mutui e prestiti obbligazionari</w:t>
            </w:r>
          </w:p>
        </w:tc>
        <w:tc>
          <w:tcPr>
            <w:tcW w:w="454" w:type="dxa"/>
          </w:tcPr>
          <w:p w14:paraId="78D0263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64573E62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35.107,00</w:t>
            </w:r>
          </w:p>
        </w:tc>
      </w:tr>
      <w:tr w:rsidR="006E1AB1" w14:paraId="6B8CF1FD" w14:textId="77777777">
        <w:trPr>
          <w:jc w:val="center"/>
        </w:trPr>
        <w:tc>
          <w:tcPr>
            <w:tcW w:w="6236" w:type="dxa"/>
          </w:tcPr>
          <w:p w14:paraId="0088D365" w14:textId="77777777" w:rsidR="006E1AB1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1C228244" w14:textId="77777777" w:rsidR="006E1AB1" w:rsidRDefault="006E1AB1">
            <w:pPr>
              <w:jc w:val="right"/>
            </w:pPr>
          </w:p>
        </w:tc>
        <w:tc>
          <w:tcPr>
            <w:tcW w:w="1984" w:type="dxa"/>
          </w:tcPr>
          <w:p w14:paraId="72EC3A7E" w14:textId="77777777" w:rsidR="006E1AB1" w:rsidRDefault="006E1AB1">
            <w:pPr>
              <w:jc w:val="right"/>
            </w:pPr>
          </w:p>
        </w:tc>
      </w:tr>
      <w:tr w:rsidR="006E1AB1" w14:paraId="1463AAB8" w14:textId="77777777">
        <w:trPr>
          <w:jc w:val="center"/>
        </w:trPr>
        <w:tc>
          <w:tcPr>
            <w:tcW w:w="6236" w:type="dxa"/>
          </w:tcPr>
          <w:p w14:paraId="192C6309" w14:textId="77777777" w:rsidR="006E1AB1" w:rsidRDefault="006E1AB1"/>
        </w:tc>
        <w:tc>
          <w:tcPr>
            <w:tcW w:w="454" w:type="dxa"/>
          </w:tcPr>
          <w:p w14:paraId="56E007F1" w14:textId="77777777" w:rsidR="006E1AB1" w:rsidRDefault="006E1AB1"/>
        </w:tc>
        <w:tc>
          <w:tcPr>
            <w:tcW w:w="1984" w:type="dxa"/>
          </w:tcPr>
          <w:p w14:paraId="6B9D80D0" w14:textId="77777777" w:rsidR="006E1AB1" w:rsidRDefault="006E1AB1"/>
        </w:tc>
      </w:tr>
      <w:tr w:rsidR="006E1AB1" w14:paraId="40CFEEC0" w14:textId="77777777">
        <w:trPr>
          <w:jc w:val="center"/>
        </w:trPr>
        <w:tc>
          <w:tcPr>
            <w:tcW w:w="6236" w:type="dxa"/>
          </w:tcPr>
          <w:p w14:paraId="4E9911C3" w14:textId="77777777" w:rsidR="006E1AB1" w:rsidRDefault="00000000">
            <w:r>
              <w:rPr>
                <w:b/>
                <w:sz w:val="16"/>
              </w:rPr>
              <w:t>F2) Fondo anticipazioni di liquidità</w:t>
            </w:r>
          </w:p>
        </w:tc>
        <w:tc>
          <w:tcPr>
            <w:tcW w:w="454" w:type="dxa"/>
          </w:tcPr>
          <w:p w14:paraId="614B332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CF6BD7C" w14:textId="77777777" w:rsidR="006E1AB1" w:rsidRDefault="006E1AB1">
            <w:pPr>
              <w:jc w:val="right"/>
            </w:pPr>
          </w:p>
        </w:tc>
      </w:tr>
      <w:tr w:rsidR="006E1AB1" w14:paraId="42C64672" w14:textId="77777777">
        <w:trPr>
          <w:jc w:val="center"/>
        </w:trPr>
        <w:tc>
          <w:tcPr>
            <w:tcW w:w="6236" w:type="dxa"/>
          </w:tcPr>
          <w:p w14:paraId="04071824" w14:textId="77777777" w:rsidR="006E1AB1" w:rsidRDefault="006E1AB1"/>
        </w:tc>
        <w:tc>
          <w:tcPr>
            <w:tcW w:w="454" w:type="dxa"/>
          </w:tcPr>
          <w:p w14:paraId="1F35CF22" w14:textId="77777777" w:rsidR="006E1AB1" w:rsidRDefault="006E1AB1"/>
        </w:tc>
        <w:tc>
          <w:tcPr>
            <w:tcW w:w="1984" w:type="dxa"/>
          </w:tcPr>
          <w:p w14:paraId="6E580BB6" w14:textId="77777777" w:rsidR="006E1AB1" w:rsidRDefault="006E1AB1"/>
        </w:tc>
      </w:tr>
      <w:tr w:rsidR="006E1AB1" w14:paraId="575C23A8" w14:textId="77777777">
        <w:trPr>
          <w:jc w:val="center"/>
        </w:trPr>
        <w:tc>
          <w:tcPr>
            <w:tcW w:w="6236" w:type="dxa"/>
          </w:tcPr>
          <w:p w14:paraId="4B894AAC" w14:textId="77777777" w:rsidR="006E1AB1" w:rsidRDefault="00000000">
            <w:r>
              <w:rPr>
                <w:b/>
                <w:sz w:val="16"/>
              </w:rPr>
              <w:t>VF1) Variazioni di attività finanziarie -saldo di competenza (se negativo VF/3)</w:t>
            </w:r>
          </w:p>
        </w:tc>
        <w:tc>
          <w:tcPr>
            <w:tcW w:w="454" w:type="dxa"/>
          </w:tcPr>
          <w:p w14:paraId="6D02785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2D02D07" w14:textId="77777777" w:rsidR="006E1AB1" w:rsidRDefault="006E1AB1">
            <w:pPr>
              <w:jc w:val="right"/>
            </w:pPr>
          </w:p>
        </w:tc>
      </w:tr>
      <w:tr w:rsidR="006E1AB1" w14:paraId="48ED352D" w14:textId="77777777">
        <w:trPr>
          <w:jc w:val="center"/>
        </w:trPr>
        <w:tc>
          <w:tcPr>
            <w:tcW w:w="6236" w:type="dxa"/>
          </w:tcPr>
          <w:p w14:paraId="04D0D421" w14:textId="77777777" w:rsidR="006E1AB1" w:rsidRDefault="006E1AB1"/>
        </w:tc>
        <w:tc>
          <w:tcPr>
            <w:tcW w:w="454" w:type="dxa"/>
          </w:tcPr>
          <w:p w14:paraId="5A669F46" w14:textId="77777777" w:rsidR="006E1AB1" w:rsidRDefault="006E1AB1"/>
        </w:tc>
        <w:tc>
          <w:tcPr>
            <w:tcW w:w="1984" w:type="dxa"/>
          </w:tcPr>
          <w:p w14:paraId="2DF91D7E" w14:textId="77777777" w:rsidR="006E1AB1" w:rsidRDefault="006E1AB1"/>
        </w:tc>
      </w:tr>
      <w:tr w:rsidR="006E1AB1" w14:paraId="65572FDC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4F1DE759" w14:textId="77777777" w:rsidR="006E1AB1" w:rsidRDefault="00000000">
            <w:r>
              <w:rPr>
                <w:sz w:val="16"/>
              </w:rPr>
              <w:t>O/1) Risultato di competenza di parte corrente</w:t>
            </w:r>
          </w:p>
        </w:tc>
        <w:tc>
          <w:tcPr>
            <w:tcW w:w="454" w:type="dxa"/>
            <w:shd w:val="clear" w:color="auto" w:fill="D9E1F2"/>
          </w:tcPr>
          <w:p w14:paraId="49411FAB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6268B0E5" w14:textId="77777777" w:rsidR="006E1AB1" w:rsidRDefault="00000000">
            <w:pPr>
              <w:jc w:val="right"/>
            </w:pPr>
            <w:r>
              <w:rPr>
                <w:sz w:val="16"/>
              </w:rPr>
              <w:t>133.286,02</w:t>
            </w:r>
          </w:p>
        </w:tc>
      </w:tr>
      <w:tr w:rsidR="006E1AB1" w14:paraId="3FFB78CF" w14:textId="77777777">
        <w:trPr>
          <w:jc w:val="center"/>
        </w:trPr>
        <w:tc>
          <w:tcPr>
            <w:tcW w:w="6236" w:type="dxa"/>
          </w:tcPr>
          <w:p w14:paraId="5CD3EFA0" w14:textId="77777777" w:rsidR="006E1AB1" w:rsidRDefault="006E1AB1"/>
        </w:tc>
        <w:tc>
          <w:tcPr>
            <w:tcW w:w="454" w:type="dxa"/>
          </w:tcPr>
          <w:p w14:paraId="499CABC2" w14:textId="77777777" w:rsidR="006E1AB1" w:rsidRDefault="006E1AB1"/>
        </w:tc>
        <w:tc>
          <w:tcPr>
            <w:tcW w:w="1984" w:type="dxa"/>
          </w:tcPr>
          <w:p w14:paraId="1A761B21" w14:textId="77777777" w:rsidR="006E1AB1" w:rsidRDefault="006E1AB1"/>
        </w:tc>
      </w:tr>
      <w:tr w:rsidR="006E1AB1" w14:paraId="7B4B1066" w14:textId="77777777">
        <w:trPr>
          <w:jc w:val="center"/>
        </w:trPr>
        <w:tc>
          <w:tcPr>
            <w:tcW w:w="6236" w:type="dxa"/>
          </w:tcPr>
          <w:p w14:paraId="2D568367" w14:textId="77777777" w:rsidR="006E1AB1" w:rsidRDefault="00000000">
            <w:r>
              <w:rPr>
                <w:b/>
                <w:sz w:val="16"/>
              </w:rPr>
              <w:t>- Risorse accantonate di parte corrente stanziate nel bilancio dell'esercizio 2026</w:t>
            </w:r>
          </w:p>
        </w:tc>
        <w:tc>
          <w:tcPr>
            <w:tcW w:w="454" w:type="dxa"/>
          </w:tcPr>
          <w:p w14:paraId="6AFBD6F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5A72A5AF" w14:textId="77777777" w:rsidR="006E1AB1" w:rsidRDefault="006E1AB1">
            <w:pPr>
              <w:jc w:val="right"/>
            </w:pPr>
          </w:p>
        </w:tc>
      </w:tr>
      <w:tr w:rsidR="006E1AB1" w14:paraId="2AACFE0F" w14:textId="77777777">
        <w:trPr>
          <w:jc w:val="center"/>
        </w:trPr>
        <w:tc>
          <w:tcPr>
            <w:tcW w:w="6236" w:type="dxa"/>
          </w:tcPr>
          <w:p w14:paraId="09C1137E" w14:textId="77777777" w:rsidR="006E1AB1" w:rsidRDefault="006E1AB1"/>
        </w:tc>
        <w:tc>
          <w:tcPr>
            <w:tcW w:w="454" w:type="dxa"/>
          </w:tcPr>
          <w:p w14:paraId="4F1574C1" w14:textId="77777777" w:rsidR="006E1AB1" w:rsidRDefault="006E1AB1"/>
        </w:tc>
        <w:tc>
          <w:tcPr>
            <w:tcW w:w="1984" w:type="dxa"/>
          </w:tcPr>
          <w:p w14:paraId="052D01DC" w14:textId="77777777" w:rsidR="006E1AB1" w:rsidRDefault="006E1AB1"/>
        </w:tc>
      </w:tr>
      <w:tr w:rsidR="006E1AB1" w14:paraId="53051B0D" w14:textId="77777777">
        <w:trPr>
          <w:jc w:val="center"/>
        </w:trPr>
        <w:tc>
          <w:tcPr>
            <w:tcW w:w="6236" w:type="dxa"/>
          </w:tcPr>
          <w:p w14:paraId="499B5493" w14:textId="77777777" w:rsidR="006E1AB1" w:rsidRDefault="00000000">
            <w:r>
              <w:rPr>
                <w:b/>
                <w:sz w:val="16"/>
              </w:rPr>
              <w:t>- Risorse vincolate di parte corrente nel bilancio</w:t>
            </w:r>
          </w:p>
        </w:tc>
        <w:tc>
          <w:tcPr>
            <w:tcW w:w="454" w:type="dxa"/>
          </w:tcPr>
          <w:p w14:paraId="67085E0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70CD99C" w14:textId="77777777" w:rsidR="006E1AB1" w:rsidRDefault="006E1AB1">
            <w:pPr>
              <w:jc w:val="right"/>
            </w:pPr>
          </w:p>
        </w:tc>
      </w:tr>
      <w:tr w:rsidR="006E1AB1" w14:paraId="67553C78" w14:textId="77777777">
        <w:trPr>
          <w:jc w:val="center"/>
        </w:trPr>
        <w:tc>
          <w:tcPr>
            <w:tcW w:w="6236" w:type="dxa"/>
          </w:tcPr>
          <w:p w14:paraId="05EB9259" w14:textId="77777777" w:rsidR="006E1AB1" w:rsidRDefault="006E1AB1"/>
        </w:tc>
        <w:tc>
          <w:tcPr>
            <w:tcW w:w="454" w:type="dxa"/>
          </w:tcPr>
          <w:p w14:paraId="395A24E4" w14:textId="77777777" w:rsidR="006E1AB1" w:rsidRDefault="006E1AB1"/>
        </w:tc>
        <w:tc>
          <w:tcPr>
            <w:tcW w:w="1984" w:type="dxa"/>
          </w:tcPr>
          <w:p w14:paraId="52462062" w14:textId="77777777" w:rsidR="006E1AB1" w:rsidRDefault="006E1AB1"/>
        </w:tc>
      </w:tr>
      <w:tr w:rsidR="006E1AB1" w14:paraId="52BD4AAD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4BFDC4E0" w14:textId="77777777" w:rsidR="006E1AB1" w:rsidRDefault="00000000">
            <w:r>
              <w:rPr>
                <w:sz w:val="16"/>
              </w:rPr>
              <w:t>O/2) Equilibrio di bilancio  di parte corrente</w:t>
            </w:r>
          </w:p>
        </w:tc>
        <w:tc>
          <w:tcPr>
            <w:tcW w:w="454" w:type="dxa"/>
            <w:shd w:val="clear" w:color="auto" w:fill="D9E1F2"/>
          </w:tcPr>
          <w:p w14:paraId="617693D3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1D11E650" w14:textId="77777777" w:rsidR="006E1AB1" w:rsidRDefault="00000000">
            <w:pPr>
              <w:jc w:val="right"/>
            </w:pPr>
            <w:r>
              <w:rPr>
                <w:sz w:val="16"/>
              </w:rPr>
              <w:t>133.286,02</w:t>
            </w:r>
          </w:p>
        </w:tc>
      </w:tr>
      <w:tr w:rsidR="006E1AB1" w14:paraId="09062D25" w14:textId="77777777">
        <w:trPr>
          <w:jc w:val="center"/>
        </w:trPr>
        <w:tc>
          <w:tcPr>
            <w:tcW w:w="6236" w:type="dxa"/>
          </w:tcPr>
          <w:p w14:paraId="42E6B0DB" w14:textId="77777777" w:rsidR="006E1AB1" w:rsidRDefault="006E1AB1"/>
        </w:tc>
        <w:tc>
          <w:tcPr>
            <w:tcW w:w="454" w:type="dxa"/>
          </w:tcPr>
          <w:p w14:paraId="271B8B84" w14:textId="77777777" w:rsidR="006E1AB1" w:rsidRDefault="006E1AB1"/>
        </w:tc>
        <w:tc>
          <w:tcPr>
            <w:tcW w:w="1984" w:type="dxa"/>
          </w:tcPr>
          <w:p w14:paraId="66C40524" w14:textId="77777777" w:rsidR="006E1AB1" w:rsidRDefault="006E1AB1"/>
        </w:tc>
      </w:tr>
      <w:tr w:rsidR="006E1AB1" w14:paraId="0296F477" w14:textId="77777777">
        <w:trPr>
          <w:jc w:val="center"/>
        </w:trPr>
        <w:tc>
          <w:tcPr>
            <w:tcW w:w="6236" w:type="dxa"/>
          </w:tcPr>
          <w:p w14:paraId="4CFE899B" w14:textId="77777777" w:rsidR="006E1AB1" w:rsidRDefault="00000000">
            <w:r>
              <w:rPr>
                <w:b/>
                <w:sz w:val="16"/>
              </w:rPr>
              <w:t>- Variazione accantonamenti di parte corrente effettuata in sede di rendiconto'(+)/(-)</w:t>
            </w:r>
          </w:p>
        </w:tc>
        <w:tc>
          <w:tcPr>
            <w:tcW w:w="454" w:type="dxa"/>
          </w:tcPr>
          <w:p w14:paraId="5BF1DCB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68AE5244" w14:textId="77777777" w:rsidR="006E1AB1" w:rsidRDefault="006E1AB1">
            <w:pPr>
              <w:jc w:val="right"/>
            </w:pPr>
          </w:p>
        </w:tc>
      </w:tr>
      <w:tr w:rsidR="006E1AB1" w14:paraId="56F49CAB" w14:textId="77777777">
        <w:trPr>
          <w:jc w:val="center"/>
        </w:trPr>
        <w:tc>
          <w:tcPr>
            <w:tcW w:w="6236" w:type="dxa"/>
          </w:tcPr>
          <w:p w14:paraId="742D3312" w14:textId="77777777" w:rsidR="006E1AB1" w:rsidRDefault="006E1AB1"/>
        </w:tc>
        <w:tc>
          <w:tcPr>
            <w:tcW w:w="454" w:type="dxa"/>
          </w:tcPr>
          <w:p w14:paraId="050D4270" w14:textId="77777777" w:rsidR="006E1AB1" w:rsidRDefault="006E1AB1"/>
        </w:tc>
        <w:tc>
          <w:tcPr>
            <w:tcW w:w="1984" w:type="dxa"/>
          </w:tcPr>
          <w:p w14:paraId="68BA87B2" w14:textId="77777777" w:rsidR="006E1AB1" w:rsidRDefault="006E1AB1"/>
        </w:tc>
      </w:tr>
      <w:tr w:rsidR="006E1AB1" w14:paraId="68C7659B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012B2045" w14:textId="77777777" w:rsidR="006E1AB1" w:rsidRDefault="00000000">
            <w:r>
              <w:rPr>
                <w:sz w:val="16"/>
              </w:rPr>
              <w:t>O/3)  Equilibrio complessivo di parte corrente</w:t>
            </w:r>
          </w:p>
        </w:tc>
        <w:tc>
          <w:tcPr>
            <w:tcW w:w="454" w:type="dxa"/>
            <w:shd w:val="clear" w:color="auto" w:fill="D9E1F2"/>
          </w:tcPr>
          <w:p w14:paraId="6E81A9DE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7F5E8954" w14:textId="77777777" w:rsidR="006E1AB1" w:rsidRDefault="00000000">
            <w:pPr>
              <w:jc w:val="right"/>
            </w:pPr>
            <w:r>
              <w:rPr>
                <w:sz w:val="16"/>
              </w:rPr>
              <w:t>133.286,02</w:t>
            </w:r>
          </w:p>
        </w:tc>
      </w:tr>
      <w:tr w:rsidR="006E1AB1" w14:paraId="623894D3" w14:textId="77777777">
        <w:trPr>
          <w:jc w:val="center"/>
        </w:trPr>
        <w:tc>
          <w:tcPr>
            <w:tcW w:w="6236" w:type="dxa"/>
          </w:tcPr>
          <w:p w14:paraId="4491E285" w14:textId="77777777" w:rsidR="006E1AB1" w:rsidRDefault="006E1AB1"/>
        </w:tc>
        <w:tc>
          <w:tcPr>
            <w:tcW w:w="454" w:type="dxa"/>
          </w:tcPr>
          <w:p w14:paraId="2BABE1C8" w14:textId="77777777" w:rsidR="006E1AB1" w:rsidRDefault="006E1AB1"/>
        </w:tc>
        <w:tc>
          <w:tcPr>
            <w:tcW w:w="1984" w:type="dxa"/>
          </w:tcPr>
          <w:p w14:paraId="7C018AD9" w14:textId="77777777" w:rsidR="006E1AB1" w:rsidRDefault="006E1AB1"/>
        </w:tc>
      </w:tr>
      <w:tr w:rsidR="006E1AB1" w14:paraId="0EBCDD62" w14:textId="77777777">
        <w:trPr>
          <w:jc w:val="center"/>
        </w:trPr>
        <w:tc>
          <w:tcPr>
            <w:tcW w:w="6236" w:type="dxa"/>
          </w:tcPr>
          <w:p w14:paraId="2FB2555E" w14:textId="77777777" w:rsidR="006E1AB1" w:rsidRDefault="00000000">
            <w:r>
              <w:rPr>
                <w:b/>
                <w:sz w:val="16"/>
              </w:rPr>
              <w:t>P) Utilizzo avanzo di amministrazione per spese di investimento</w:t>
            </w:r>
          </w:p>
        </w:tc>
        <w:tc>
          <w:tcPr>
            <w:tcW w:w="454" w:type="dxa"/>
          </w:tcPr>
          <w:p w14:paraId="6781D482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7AC2658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286.398,59</w:t>
            </w:r>
          </w:p>
        </w:tc>
      </w:tr>
      <w:tr w:rsidR="006E1AB1" w14:paraId="099407F5" w14:textId="77777777">
        <w:trPr>
          <w:jc w:val="center"/>
        </w:trPr>
        <w:tc>
          <w:tcPr>
            <w:tcW w:w="6236" w:type="dxa"/>
          </w:tcPr>
          <w:p w14:paraId="7E85B211" w14:textId="77777777" w:rsidR="006E1AB1" w:rsidRDefault="006E1AB1"/>
        </w:tc>
        <w:tc>
          <w:tcPr>
            <w:tcW w:w="454" w:type="dxa"/>
          </w:tcPr>
          <w:p w14:paraId="6A0D4297" w14:textId="77777777" w:rsidR="006E1AB1" w:rsidRDefault="006E1AB1"/>
        </w:tc>
        <w:tc>
          <w:tcPr>
            <w:tcW w:w="1984" w:type="dxa"/>
          </w:tcPr>
          <w:p w14:paraId="19C083FC" w14:textId="77777777" w:rsidR="006E1AB1" w:rsidRDefault="006E1AB1"/>
        </w:tc>
      </w:tr>
      <w:tr w:rsidR="006E1AB1" w14:paraId="3EB406B5" w14:textId="77777777">
        <w:trPr>
          <w:jc w:val="center"/>
        </w:trPr>
        <w:tc>
          <w:tcPr>
            <w:tcW w:w="6236" w:type="dxa"/>
          </w:tcPr>
          <w:p w14:paraId="0F01F855" w14:textId="77777777" w:rsidR="006E1AB1" w:rsidRDefault="00000000">
            <w:r>
              <w:rPr>
                <w:b/>
                <w:sz w:val="16"/>
              </w:rPr>
              <w:t>Q) Fondo pluriennale vincolato per spese in conto capitale iscritto in entrata</w:t>
            </w:r>
          </w:p>
        </w:tc>
        <w:tc>
          <w:tcPr>
            <w:tcW w:w="454" w:type="dxa"/>
          </w:tcPr>
          <w:p w14:paraId="59A07C7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7CD2D14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90.105,13</w:t>
            </w:r>
          </w:p>
        </w:tc>
      </w:tr>
      <w:tr w:rsidR="006E1AB1" w14:paraId="4B4690FB" w14:textId="77777777">
        <w:trPr>
          <w:jc w:val="center"/>
        </w:trPr>
        <w:tc>
          <w:tcPr>
            <w:tcW w:w="6236" w:type="dxa"/>
          </w:tcPr>
          <w:p w14:paraId="1B722D4A" w14:textId="77777777" w:rsidR="006E1AB1" w:rsidRDefault="006E1AB1"/>
        </w:tc>
        <w:tc>
          <w:tcPr>
            <w:tcW w:w="454" w:type="dxa"/>
          </w:tcPr>
          <w:p w14:paraId="06403A11" w14:textId="77777777" w:rsidR="006E1AB1" w:rsidRDefault="006E1AB1"/>
        </w:tc>
        <w:tc>
          <w:tcPr>
            <w:tcW w:w="1984" w:type="dxa"/>
          </w:tcPr>
          <w:p w14:paraId="69004AE8" w14:textId="77777777" w:rsidR="006E1AB1" w:rsidRDefault="006E1AB1"/>
        </w:tc>
      </w:tr>
      <w:tr w:rsidR="006E1AB1" w14:paraId="41326AC6" w14:textId="77777777">
        <w:trPr>
          <w:jc w:val="center"/>
        </w:trPr>
        <w:tc>
          <w:tcPr>
            <w:tcW w:w="6236" w:type="dxa"/>
          </w:tcPr>
          <w:p w14:paraId="6D34B9D5" w14:textId="77777777" w:rsidR="006E1AB1" w:rsidRDefault="00000000">
            <w:r>
              <w:rPr>
                <w:b/>
                <w:sz w:val="16"/>
              </w:rPr>
              <w:t>Q1) Fondo pluriennale vincolato per spese titolo 2.04  Altri trasferimenti in conto capitale iscritto in entrata</w:t>
            </w:r>
          </w:p>
        </w:tc>
        <w:tc>
          <w:tcPr>
            <w:tcW w:w="454" w:type="dxa"/>
          </w:tcPr>
          <w:p w14:paraId="1ACA199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564571FA" w14:textId="77777777" w:rsidR="006E1AB1" w:rsidRDefault="006E1AB1">
            <w:pPr>
              <w:jc w:val="right"/>
            </w:pPr>
          </w:p>
        </w:tc>
      </w:tr>
      <w:tr w:rsidR="006E1AB1" w14:paraId="07B4FE40" w14:textId="77777777">
        <w:trPr>
          <w:jc w:val="center"/>
        </w:trPr>
        <w:tc>
          <w:tcPr>
            <w:tcW w:w="6236" w:type="dxa"/>
          </w:tcPr>
          <w:p w14:paraId="4636F76F" w14:textId="77777777" w:rsidR="006E1AB1" w:rsidRDefault="006E1AB1"/>
        </w:tc>
        <w:tc>
          <w:tcPr>
            <w:tcW w:w="454" w:type="dxa"/>
          </w:tcPr>
          <w:p w14:paraId="45BF3E6E" w14:textId="77777777" w:rsidR="006E1AB1" w:rsidRDefault="006E1AB1"/>
        </w:tc>
        <w:tc>
          <w:tcPr>
            <w:tcW w:w="1984" w:type="dxa"/>
          </w:tcPr>
          <w:p w14:paraId="54CAEB62" w14:textId="77777777" w:rsidR="006E1AB1" w:rsidRDefault="006E1AB1"/>
        </w:tc>
      </w:tr>
      <w:tr w:rsidR="006E1AB1" w14:paraId="1C005A68" w14:textId="77777777">
        <w:trPr>
          <w:jc w:val="center"/>
        </w:trPr>
        <w:tc>
          <w:tcPr>
            <w:tcW w:w="6236" w:type="dxa"/>
          </w:tcPr>
          <w:p w14:paraId="458A8317" w14:textId="77777777" w:rsidR="006E1AB1" w:rsidRDefault="00000000">
            <w:r>
              <w:rPr>
                <w:b/>
                <w:sz w:val="16"/>
              </w:rPr>
              <w:t>J2) Fondo pluriennale vincolato per spese Titolo 3.01 Acquisizioni di attività finanziarie iscritto in entrata</w:t>
            </w:r>
          </w:p>
        </w:tc>
        <w:tc>
          <w:tcPr>
            <w:tcW w:w="454" w:type="dxa"/>
          </w:tcPr>
          <w:p w14:paraId="6DD3D8C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733038CF" w14:textId="77777777" w:rsidR="006E1AB1" w:rsidRDefault="006E1AB1">
            <w:pPr>
              <w:jc w:val="right"/>
            </w:pPr>
          </w:p>
        </w:tc>
      </w:tr>
      <w:tr w:rsidR="006E1AB1" w14:paraId="24BFAA3C" w14:textId="77777777">
        <w:trPr>
          <w:jc w:val="center"/>
        </w:trPr>
        <w:tc>
          <w:tcPr>
            <w:tcW w:w="6236" w:type="dxa"/>
          </w:tcPr>
          <w:p w14:paraId="54990F56" w14:textId="77777777" w:rsidR="006E1AB1" w:rsidRDefault="006E1AB1"/>
        </w:tc>
        <w:tc>
          <w:tcPr>
            <w:tcW w:w="454" w:type="dxa"/>
          </w:tcPr>
          <w:p w14:paraId="0EEE41FE" w14:textId="77777777" w:rsidR="006E1AB1" w:rsidRDefault="006E1AB1"/>
        </w:tc>
        <w:tc>
          <w:tcPr>
            <w:tcW w:w="1984" w:type="dxa"/>
          </w:tcPr>
          <w:p w14:paraId="65666864" w14:textId="77777777" w:rsidR="006E1AB1" w:rsidRDefault="006E1AB1"/>
        </w:tc>
      </w:tr>
      <w:tr w:rsidR="006E1AB1" w14:paraId="476F2F36" w14:textId="77777777">
        <w:trPr>
          <w:jc w:val="center"/>
        </w:trPr>
        <w:tc>
          <w:tcPr>
            <w:tcW w:w="6236" w:type="dxa"/>
          </w:tcPr>
          <w:p w14:paraId="67F27478" w14:textId="77777777" w:rsidR="006E1AB1" w:rsidRDefault="00000000">
            <w:r>
              <w:rPr>
                <w:b/>
                <w:sz w:val="16"/>
              </w:rPr>
              <w:t>R) Entrate Titoli 4.00-5.00-6.00</w:t>
            </w:r>
          </w:p>
        </w:tc>
        <w:tc>
          <w:tcPr>
            <w:tcW w:w="454" w:type="dxa"/>
          </w:tcPr>
          <w:p w14:paraId="5B6B140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35EC5B1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155.594,72</w:t>
            </w:r>
          </w:p>
        </w:tc>
      </w:tr>
      <w:tr w:rsidR="006E1AB1" w14:paraId="3C610AEB" w14:textId="77777777">
        <w:trPr>
          <w:jc w:val="center"/>
        </w:trPr>
        <w:tc>
          <w:tcPr>
            <w:tcW w:w="6236" w:type="dxa"/>
          </w:tcPr>
          <w:p w14:paraId="0F730AC1" w14:textId="77777777" w:rsidR="006E1AB1" w:rsidRDefault="006E1AB1"/>
        </w:tc>
        <w:tc>
          <w:tcPr>
            <w:tcW w:w="454" w:type="dxa"/>
          </w:tcPr>
          <w:p w14:paraId="4B704350" w14:textId="77777777" w:rsidR="006E1AB1" w:rsidRDefault="006E1AB1"/>
        </w:tc>
        <w:tc>
          <w:tcPr>
            <w:tcW w:w="1984" w:type="dxa"/>
          </w:tcPr>
          <w:p w14:paraId="2CD32C8E" w14:textId="77777777" w:rsidR="006E1AB1" w:rsidRDefault="006E1AB1"/>
        </w:tc>
      </w:tr>
      <w:tr w:rsidR="006E1AB1" w14:paraId="356A2349" w14:textId="77777777">
        <w:trPr>
          <w:jc w:val="center"/>
        </w:trPr>
        <w:tc>
          <w:tcPr>
            <w:tcW w:w="6236" w:type="dxa"/>
          </w:tcPr>
          <w:p w14:paraId="71ECB036" w14:textId="77777777" w:rsidR="006E1AB1" w:rsidRDefault="00000000">
            <w:r>
              <w:rPr>
                <w:b/>
                <w:sz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454" w:type="dxa"/>
          </w:tcPr>
          <w:p w14:paraId="2030F57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14594CC" w14:textId="77777777" w:rsidR="006E1AB1" w:rsidRDefault="006E1AB1">
            <w:pPr>
              <w:jc w:val="right"/>
            </w:pPr>
          </w:p>
        </w:tc>
      </w:tr>
      <w:tr w:rsidR="006E1AB1" w14:paraId="55020BB9" w14:textId="77777777">
        <w:trPr>
          <w:jc w:val="center"/>
        </w:trPr>
        <w:tc>
          <w:tcPr>
            <w:tcW w:w="6236" w:type="dxa"/>
          </w:tcPr>
          <w:p w14:paraId="43D884CE" w14:textId="77777777" w:rsidR="006E1AB1" w:rsidRDefault="006E1AB1"/>
        </w:tc>
        <w:tc>
          <w:tcPr>
            <w:tcW w:w="454" w:type="dxa"/>
          </w:tcPr>
          <w:p w14:paraId="646BB225" w14:textId="77777777" w:rsidR="006E1AB1" w:rsidRDefault="006E1AB1"/>
        </w:tc>
        <w:tc>
          <w:tcPr>
            <w:tcW w:w="1984" w:type="dxa"/>
          </w:tcPr>
          <w:p w14:paraId="129E1115" w14:textId="77777777" w:rsidR="006E1AB1" w:rsidRDefault="006E1AB1"/>
        </w:tc>
      </w:tr>
      <w:tr w:rsidR="006E1AB1" w14:paraId="216F407E" w14:textId="77777777">
        <w:trPr>
          <w:jc w:val="center"/>
        </w:trPr>
        <w:tc>
          <w:tcPr>
            <w:tcW w:w="6236" w:type="dxa"/>
          </w:tcPr>
          <w:p w14:paraId="4A88A1C8" w14:textId="77777777" w:rsidR="006E1AB1" w:rsidRDefault="00000000">
            <w:r>
              <w:rPr>
                <w:b/>
                <w:sz w:val="16"/>
              </w:rPr>
              <w:t>I) Entrate di parte capitale destinate a spese correnti in base a specifiche disposizioni di legge o dei principi contabili</w:t>
            </w:r>
          </w:p>
        </w:tc>
        <w:tc>
          <w:tcPr>
            <w:tcW w:w="454" w:type="dxa"/>
          </w:tcPr>
          <w:p w14:paraId="76B34CD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5798F155" w14:textId="77777777" w:rsidR="006E1AB1" w:rsidRDefault="006E1AB1">
            <w:pPr>
              <w:jc w:val="right"/>
            </w:pPr>
          </w:p>
        </w:tc>
      </w:tr>
      <w:tr w:rsidR="006E1AB1" w14:paraId="27B28D9D" w14:textId="77777777">
        <w:trPr>
          <w:jc w:val="center"/>
        </w:trPr>
        <w:tc>
          <w:tcPr>
            <w:tcW w:w="6236" w:type="dxa"/>
          </w:tcPr>
          <w:p w14:paraId="4409E9DB" w14:textId="77777777" w:rsidR="006E1AB1" w:rsidRDefault="006E1AB1"/>
        </w:tc>
        <w:tc>
          <w:tcPr>
            <w:tcW w:w="454" w:type="dxa"/>
          </w:tcPr>
          <w:p w14:paraId="4B5D465B" w14:textId="77777777" w:rsidR="006E1AB1" w:rsidRDefault="006E1AB1"/>
        </w:tc>
        <w:tc>
          <w:tcPr>
            <w:tcW w:w="1984" w:type="dxa"/>
          </w:tcPr>
          <w:p w14:paraId="5460FC0E" w14:textId="77777777" w:rsidR="006E1AB1" w:rsidRDefault="006E1AB1"/>
        </w:tc>
      </w:tr>
      <w:tr w:rsidR="006E1AB1" w14:paraId="79642D82" w14:textId="77777777">
        <w:trPr>
          <w:jc w:val="center"/>
        </w:trPr>
        <w:tc>
          <w:tcPr>
            <w:tcW w:w="6236" w:type="dxa"/>
          </w:tcPr>
          <w:p w14:paraId="07EF826D" w14:textId="77777777" w:rsidR="006E1AB1" w:rsidRDefault="00000000">
            <w:r>
              <w:rPr>
                <w:b/>
                <w:sz w:val="16"/>
              </w:rPr>
              <w:t>S1) Entrate Titolo 5.02 per Riscossione crediti di breve termine</w:t>
            </w:r>
          </w:p>
        </w:tc>
        <w:tc>
          <w:tcPr>
            <w:tcW w:w="454" w:type="dxa"/>
          </w:tcPr>
          <w:p w14:paraId="0A6B408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F9745F8" w14:textId="77777777" w:rsidR="006E1AB1" w:rsidRDefault="006E1AB1">
            <w:pPr>
              <w:jc w:val="right"/>
            </w:pPr>
          </w:p>
        </w:tc>
      </w:tr>
      <w:tr w:rsidR="006E1AB1" w14:paraId="577653A1" w14:textId="77777777">
        <w:trPr>
          <w:jc w:val="center"/>
        </w:trPr>
        <w:tc>
          <w:tcPr>
            <w:tcW w:w="6236" w:type="dxa"/>
          </w:tcPr>
          <w:p w14:paraId="1332BC15" w14:textId="77777777" w:rsidR="006E1AB1" w:rsidRDefault="006E1AB1"/>
        </w:tc>
        <w:tc>
          <w:tcPr>
            <w:tcW w:w="454" w:type="dxa"/>
          </w:tcPr>
          <w:p w14:paraId="1C661BD1" w14:textId="77777777" w:rsidR="006E1AB1" w:rsidRDefault="006E1AB1"/>
        </w:tc>
        <w:tc>
          <w:tcPr>
            <w:tcW w:w="1984" w:type="dxa"/>
          </w:tcPr>
          <w:p w14:paraId="1445DE85" w14:textId="77777777" w:rsidR="006E1AB1" w:rsidRDefault="006E1AB1"/>
        </w:tc>
      </w:tr>
      <w:tr w:rsidR="006E1AB1" w14:paraId="1CEF64AD" w14:textId="77777777">
        <w:trPr>
          <w:jc w:val="center"/>
        </w:trPr>
        <w:tc>
          <w:tcPr>
            <w:tcW w:w="6236" w:type="dxa"/>
          </w:tcPr>
          <w:p w14:paraId="717333FB" w14:textId="77777777" w:rsidR="006E1AB1" w:rsidRDefault="00000000">
            <w:r>
              <w:rPr>
                <w:b/>
                <w:sz w:val="16"/>
              </w:rPr>
              <w:t>S2) Entrate Titolo 5.03 per Riscossione crediti di medio-lungo termine</w:t>
            </w:r>
          </w:p>
        </w:tc>
        <w:tc>
          <w:tcPr>
            <w:tcW w:w="454" w:type="dxa"/>
          </w:tcPr>
          <w:p w14:paraId="6B9E24FC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2CFDBAAE" w14:textId="77777777" w:rsidR="006E1AB1" w:rsidRDefault="006E1AB1">
            <w:pPr>
              <w:jc w:val="right"/>
            </w:pPr>
          </w:p>
        </w:tc>
      </w:tr>
      <w:tr w:rsidR="006E1AB1" w14:paraId="1EF1216D" w14:textId="77777777">
        <w:trPr>
          <w:jc w:val="center"/>
        </w:trPr>
        <w:tc>
          <w:tcPr>
            <w:tcW w:w="6236" w:type="dxa"/>
          </w:tcPr>
          <w:p w14:paraId="26F614EB" w14:textId="77777777" w:rsidR="006E1AB1" w:rsidRDefault="006E1AB1"/>
        </w:tc>
        <w:tc>
          <w:tcPr>
            <w:tcW w:w="454" w:type="dxa"/>
          </w:tcPr>
          <w:p w14:paraId="498D4D91" w14:textId="77777777" w:rsidR="006E1AB1" w:rsidRDefault="006E1AB1"/>
        </w:tc>
        <w:tc>
          <w:tcPr>
            <w:tcW w:w="1984" w:type="dxa"/>
          </w:tcPr>
          <w:p w14:paraId="4CE5977B" w14:textId="77777777" w:rsidR="006E1AB1" w:rsidRDefault="006E1AB1"/>
        </w:tc>
      </w:tr>
      <w:tr w:rsidR="006E1AB1" w14:paraId="72A5AAC3" w14:textId="77777777">
        <w:trPr>
          <w:jc w:val="center"/>
        </w:trPr>
        <w:tc>
          <w:tcPr>
            <w:tcW w:w="6236" w:type="dxa"/>
          </w:tcPr>
          <w:p w14:paraId="239C20FA" w14:textId="77777777" w:rsidR="006E1AB1" w:rsidRDefault="00000000">
            <w:r>
              <w:rPr>
                <w:b/>
                <w:sz w:val="16"/>
              </w:rPr>
              <w:t>T) Entrate Titolo 5.04 relative a Altre entrate per riduzione di attività finanziarie</w:t>
            </w:r>
          </w:p>
        </w:tc>
        <w:tc>
          <w:tcPr>
            <w:tcW w:w="454" w:type="dxa"/>
          </w:tcPr>
          <w:p w14:paraId="37A9CA2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07BCD78B" w14:textId="77777777" w:rsidR="006E1AB1" w:rsidRDefault="006E1AB1">
            <w:pPr>
              <w:jc w:val="right"/>
            </w:pPr>
          </w:p>
        </w:tc>
      </w:tr>
      <w:tr w:rsidR="006E1AB1" w14:paraId="1FA4DD24" w14:textId="77777777">
        <w:trPr>
          <w:jc w:val="center"/>
        </w:trPr>
        <w:tc>
          <w:tcPr>
            <w:tcW w:w="6236" w:type="dxa"/>
          </w:tcPr>
          <w:p w14:paraId="5894EEAE" w14:textId="77777777" w:rsidR="006E1AB1" w:rsidRDefault="006E1AB1"/>
        </w:tc>
        <w:tc>
          <w:tcPr>
            <w:tcW w:w="454" w:type="dxa"/>
          </w:tcPr>
          <w:p w14:paraId="64955C28" w14:textId="77777777" w:rsidR="006E1AB1" w:rsidRDefault="006E1AB1"/>
        </w:tc>
        <w:tc>
          <w:tcPr>
            <w:tcW w:w="1984" w:type="dxa"/>
          </w:tcPr>
          <w:p w14:paraId="50FD474B" w14:textId="77777777" w:rsidR="006E1AB1" w:rsidRDefault="006E1AB1"/>
        </w:tc>
      </w:tr>
      <w:tr w:rsidR="006E1AB1" w14:paraId="7530364D" w14:textId="77777777">
        <w:trPr>
          <w:jc w:val="center"/>
        </w:trPr>
        <w:tc>
          <w:tcPr>
            <w:tcW w:w="6236" w:type="dxa"/>
          </w:tcPr>
          <w:p w14:paraId="12C48034" w14:textId="77777777" w:rsidR="006E1AB1" w:rsidRDefault="00000000">
            <w:r>
              <w:rPr>
                <w:b/>
                <w:sz w:val="16"/>
              </w:rPr>
              <w:t>L) Entrate di parte corrente destinate a spese di investimento in base a specifiche disposizioni di legge o dei principi contabili</w:t>
            </w:r>
          </w:p>
        </w:tc>
        <w:tc>
          <w:tcPr>
            <w:tcW w:w="454" w:type="dxa"/>
          </w:tcPr>
          <w:p w14:paraId="1777015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4B7C28A6" w14:textId="77777777" w:rsidR="006E1AB1" w:rsidRDefault="006E1AB1">
            <w:pPr>
              <w:jc w:val="right"/>
            </w:pPr>
          </w:p>
        </w:tc>
      </w:tr>
      <w:tr w:rsidR="006E1AB1" w14:paraId="6F3245C0" w14:textId="77777777">
        <w:trPr>
          <w:jc w:val="center"/>
        </w:trPr>
        <w:tc>
          <w:tcPr>
            <w:tcW w:w="6236" w:type="dxa"/>
          </w:tcPr>
          <w:p w14:paraId="55A02B8C" w14:textId="77777777" w:rsidR="006E1AB1" w:rsidRDefault="006E1AB1"/>
        </w:tc>
        <w:tc>
          <w:tcPr>
            <w:tcW w:w="454" w:type="dxa"/>
          </w:tcPr>
          <w:p w14:paraId="7CB37232" w14:textId="77777777" w:rsidR="006E1AB1" w:rsidRDefault="006E1AB1"/>
        </w:tc>
        <w:tc>
          <w:tcPr>
            <w:tcW w:w="1984" w:type="dxa"/>
          </w:tcPr>
          <w:p w14:paraId="0B30EE4A" w14:textId="77777777" w:rsidR="006E1AB1" w:rsidRDefault="006E1AB1"/>
        </w:tc>
      </w:tr>
      <w:tr w:rsidR="006E1AB1" w14:paraId="338C2407" w14:textId="77777777">
        <w:trPr>
          <w:jc w:val="center"/>
        </w:trPr>
        <w:tc>
          <w:tcPr>
            <w:tcW w:w="6236" w:type="dxa"/>
          </w:tcPr>
          <w:p w14:paraId="76AAD1C7" w14:textId="77777777" w:rsidR="006E1AB1" w:rsidRDefault="00000000">
            <w:r>
              <w:rPr>
                <w:b/>
                <w:sz w:val="16"/>
              </w:rPr>
              <w:t>M) Entrate da accensione di prestiti destinate a estinzione anticipata dei prestiti</w:t>
            </w:r>
          </w:p>
        </w:tc>
        <w:tc>
          <w:tcPr>
            <w:tcW w:w="454" w:type="dxa"/>
          </w:tcPr>
          <w:p w14:paraId="123EC96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0DC0ABD1" w14:textId="77777777" w:rsidR="006E1AB1" w:rsidRDefault="006E1AB1">
            <w:pPr>
              <w:jc w:val="right"/>
            </w:pPr>
          </w:p>
        </w:tc>
      </w:tr>
      <w:tr w:rsidR="006E1AB1" w14:paraId="5F9F42F1" w14:textId="77777777">
        <w:trPr>
          <w:jc w:val="center"/>
        </w:trPr>
        <w:tc>
          <w:tcPr>
            <w:tcW w:w="6236" w:type="dxa"/>
          </w:tcPr>
          <w:p w14:paraId="224EF5BD" w14:textId="77777777" w:rsidR="006E1AB1" w:rsidRDefault="006E1AB1"/>
        </w:tc>
        <w:tc>
          <w:tcPr>
            <w:tcW w:w="454" w:type="dxa"/>
          </w:tcPr>
          <w:p w14:paraId="4A361B4B" w14:textId="77777777" w:rsidR="006E1AB1" w:rsidRDefault="006E1AB1"/>
        </w:tc>
        <w:tc>
          <w:tcPr>
            <w:tcW w:w="1984" w:type="dxa"/>
          </w:tcPr>
          <w:p w14:paraId="18C1D89A" w14:textId="77777777" w:rsidR="006E1AB1" w:rsidRDefault="006E1AB1"/>
        </w:tc>
      </w:tr>
      <w:tr w:rsidR="006E1AB1" w14:paraId="3EE31436" w14:textId="77777777">
        <w:trPr>
          <w:jc w:val="center"/>
        </w:trPr>
        <w:tc>
          <w:tcPr>
            <w:tcW w:w="6236" w:type="dxa"/>
          </w:tcPr>
          <w:p w14:paraId="7BD7FDD3" w14:textId="77777777" w:rsidR="006E1AB1" w:rsidRDefault="00000000">
            <w:r>
              <w:rPr>
                <w:b/>
                <w:sz w:val="16"/>
              </w:rPr>
              <w:t>U) Spese Titolo 2.00 - Spese in conto capitale</w:t>
            </w:r>
          </w:p>
        </w:tc>
        <w:tc>
          <w:tcPr>
            <w:tcW w:w="454" w:type="dxa"/>
          </w:tcPr>
          <w:p w14:paraId="2831858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0EDC923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252.361,78</w:t>
            </w:r>
          </w:p>
        </w:tc>
      </w:tr>
      <w:tr w:rsidR="006E1AB1" w14:paraId="084EF7DA" w14:textId="77777777">
        <w:trPr>
          <w:jc w:val="center"/>
        </w:trPr>
        <w:tc>
          <w:tcPr>
            <w:tcW w:w="6236" w:type="dxa"/>
          </w:tcPr>
          <w:p w14:paraId="288B4498" w14:textId="77777777" w:rsidR="006E1AB1" w:rsidRDefault="006E1AB1"/>
        </w:tc>
        <w:tc>
          <w:tcPr>
            <w:tcW w:w="454" w:type="dxa"/>
          </w:tcPr>
          <w:p w14:paraId="01D3410E" w14:textId="77777777" w:rsidR="006E1AB1" w:rsidRDefault="006E1AB1"/>
        </w:tc>
        <w:tc>
          <w:tcPr>
            <w:tcW w:w="1984" w:type="dxa"/>
          </w:tcPr>
          <w:p w14:paraId="207374A7" w14:textId="77777777" w:rsidR="006E1AB1" w:rsidRDefault="006E1AB1"/>
        </w:tc>
      </w:tr>
      <w:tr w:rsidR="006E1AB1" w14:paraId="493D4BB8" w14:textId="77777777">
        <w:trPr>
          <w:jc w:val="center"/>
        </w:trPr>
        <w:tc>
          <w:tcPr>
            <w:tcW w:w="6236" w:type="dxa"/>
          </w:tcPr>
          <w:p w14:paraId="58870DC2" w14:textId="77777777" w:rsidR="006E1AB1" w:rsidRDefault="00000000">
            <w:r>
              <w:rPr>
                <w:b/>
                <w:sz w:val="16"/>
              </w:rPr>
              <w:t>U1) Fondo pluriennale vincolato in c/capitale (di spesa)</w:t>
            </w:r>
          </w:p>
        </w:tc>
        <w:tc>
          <w:tcPr>
            <w:tcW w:w="454" w:type="dxa"/>
          </w:tcPr>
          <w:p w14:paraId="5027A1B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B73EC4F" w14:textId="77777777" w:rsidR="006E1AB1" w:rsidRDefault="006E1AB1">
            <w:pPr>
              <w:jc w:val="right"/>
            </w:pPr>
          </w:p>
        </w:tc>
      </w:tr>
      <w:tr w:rsidR="006E1AB1" w14:paraId="1134F5BF" w14:textId="77777777">
        <w:trPr>
          <w:jc w:val="center"/>
        </w:trPr>
        <w:tc>
          <w:tcPr>
            <w:tcW w:w="6236" w:type="dxa"/>
          </w:tcPr>
          <w:p w14:paraId="4F8EB473" w14:textId="77777777" w:rsidR="006E1AB1" w:rsidRDefault="006E1AB1"/>
        </w:tc>
        <w:tc>
          <w:tcPr>
            <w:tcW w:w="454" w:type="dxa"/>
          </w:tcPr>
          <w:p w14:paraId="30AD7B1E" w14:textId="77777777" w:rsidR="006E1AB1" w:rsidRDefault="006E1AB1"/>
        </w:tc>
        <w:tc>
          <w:tcPr>
            <w:tcW w:w="1984" w:type="dxa"/>
          </w:tcPr>
          <w:p w14:paraId="0A58F17D" w14:textId="77777777" w:rsidR="006E1AB1" w:rsidRDefault="006E1AB1"/>
        </w:tc>
      </w:tr>
      <w:tr w:rsidR="006E1AB1" w14:paraId="14494BC5" w14:textId="77777777">
        <w:trPr>
          <w:jc w:val="center"/>
        </w:trPr>
        <w:tc>
          <w:tcPr>
            <w:tcW w:w="6236" w:type="dxa"/>
          </w:tcPr>
          <w:p w14:paraId="37C44FBE" w14:textId="77777777" w:rsidR="006E1AB1" w:rsidRDefault="00000000">
            <w:r>
              <w:rPr>
                <w:b/>
                <w:sz w:val="16"/>
              </w:rPr>
              <w:t>V) Spese Titolo 3.01 per Acquisizioni di attività finanziarie</w:t>
            </w:r>
          </w:p>
        </w:tc>
        <w:tc>
          <w:tcPr>
            <w:tcW w:w="454" w:type="dxa"/>
          </w:tcPr>
          <w:p w14:paraId="0133FE1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2A6CE68" w14:textId="77777777" w:rsidR="006E1AB1" w:rsidRDefault="006E1AB1">
            <w:pPr>
              <w:jc w:val="right"/>
            </w:pPr>
          </w:p>
        </w:tc>
      </w:tr>
      <w:tr w:rsidR="006E1AB1" w14:paraId="2EAA09CA" w14:textId="77777777">
        <w:trPr>
          <w:jc w:val="center"/>
        </w:trPr>
        <w:tc>
          <w:tcPr>
            <w:tcW w:w="6236" w:type="dxa"/>
          </w:tcPr>
          <w:p w14:paraId="5AEC774B" w14:textId="77777777" w:rsidR="006E1AB1" w:rsidRDefault="006E1AB1"/>
        </w:tc>
        <w:tc>
          <w:tcPr>
            <w:tcW w:w="454" w:type="dxa"/>
          </w:tcPr>
          <w:p w14:paraId="3CA950F6" w14:textId="77777777" w:rsidR="006E1AB1" w:rsidRDefault="006E1AB1"/>
        </w:tc>
        <w:tc>
          <w:tcPr>
            <w:tcW w:w="1984" w:type="dxa"/>
          </w:tcPr>
          <w:p w14:paraId="4693C99B" w14:textId="77777777" w:rsidR="006E1AB1" w:rsidRDefault="006E1AB1"/>
        </w:tc>
      </w:tr>
      <w:tr w:rsidR="006E1AB1" w14:paraId="2244AA14" w14:textId="77777777">
        <w:trPr>
          <w:jc w:val="center"/>
        </w:trPr>
        <w:tc>
          <w:tcPr>
            <w:tcW w:w="6236" w:type="dxa"/>
          </w:tcPr>
          <w:p w14:paraId="4C4652FD" w14:textId="77777777" w:rsidR="006E1AB1" w:rsidRDefault="00000000">
            <w:r>
              <w:rPr>
                <w:b/>
                <w:sz w:val="16"/>
              </w:rPr>
              <w:t>Y2) Fondo pluriennale vincolato per spese Titolo 3.01 Acquisizioni di attività finanziarie iscritto in spesa</w:t>
            </w:r>
          </w:p>
        </w:tc>
        <w:tc>
          <w:tcPr>
            <w:tcW w:w="454" w:type="dxa"/>
          </w:tcPr>
          <w:p w14:paraId="40EA8E2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015B2FC8" w14:textId="77777777" w:rsidR="006E1AB1" w:rsidRDefault="006E1AB1">
            <w:pPr>
              <w:jc w:val="right"/>
            </w:pPr>
          </w:p>
        </w:tc>
      </w:tr>
      <w:tr w:rsidR="006E1AB1" w14:paraId="4145AF0D" w14:textId="77777777">
        <w:trPr>
          <w:jc w:val="center"/>
        </w:trPr>
        <w:tc>
          <w:tcPr>
            <w:tcW w:w="6236" w:type="dxa"/>
          </w:tcPr>
          <w:p w14:paraId="3F3D915E" w14:textId="77777777" w:rsidR="006E1AB1" w:rsidRDefault="006E1AB1"/>
        </w:tc>
        <w:tc>
          <w:tcPr>
            <w:tcW w:w="454" w:type="dxa"/>
          </w:tcPr>
          <w:p w14:paraId="37FE88CC" w14:textId="77777777" w:rsidR="006E1AB1" w:rsidRDefault="006E1AB1"/>
        </w:tc>
        <w:tc>
          <w:tcPr>
            <w:tcW w:w="1984" w:type="dxa"/>
          </w:tcPr>
          <w:p w14:paraId="3AD2BA66" w14:textId="77777777" w:rsidR="006E1AB1" w:rsidRDefault="006E1AB1"/>
        </w:tc>
      </w:tr>
      <w:tr w:rsidR="006E1AB1" w14:paraId="782381DF" w14:textId="77777777">
        <w:trPr>
          <w:jc w:val="center"/>
        </w:trPr>
        <w:tc>
          <w:tcPr>
            <w:tcW w:w="6236" w:type="dxa"/>
          </w:tcPr>
          <w:p w14:paraId="295950F4" w14:textId="77777777" w:rsidR="006E1AB1" w:rsidRDefault="00000000">
            <w:r>
              <w:rPr>
                <w:b/>
                <w:sz w:val="16"/>
              </w:rPr>
              <w:t>E) Spese Titolo 2.04 - Altri trasferimenti in conto capitale</w:t>
            </w:r>
          </w:p>
        </w:tc>
        <w:tc>
          <w:tcPr>
            <w:tcW w:w="454" w:type="dxa"/>
          </w:tcPr>
          <w:p w14:paraId="6283623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655B3C41" w14:textId="77777777" w:rsidR="006E1AB1" w:rsidRDefault="006E1AB1">
            <w:pPr>
              <w:jc w:val="right"/>
            </w:pPr>
          </w:p>
        </w:tc>
      </w:tr>
      <w:tr w:rsidR="006E1AB1" w14:paraId="7DD1BC36" w14:textId="77777777">
        <w:trPr>
          <w:jc w:val="center"/>
        </w:trPr>
        <w:tc>
          <w:tcPr>
            <w:tcW w:w="6236" w:type="dxa"/>
          </w:tcPr>
          <w:p w14:paraId="053A364F" w14:textId="77777777" w:rsidR="006E1AB1" w:rsidRDefault="006E1AB1"/>
        </w:tc>
        <w:tc>
          <w:tcPr>
            <w:tcW w:w="454" w:type="dxa"/>
          </w:tcPr>
          <w:p w14:paraId="25423690" w14:textId="77777777" w:rsidR="006E1AB1" w:rsidRDefault="006E1AB1"/>
        </w:tc>
        <w:tc>
          <w:tcPr>
            <w:tcW w:w="1984" w:type="dxa"/>
          </w:tcPr>
          <w:p w14:paraId="7833FF30" w14:textId="77777777" w:rsidR="006E1AB1" w:rsidRDefault="006E1AB1"/>
        </w:tc>
      </w:tr>
      <w:tr w:rsidR="006E1AB1" w14:paraId="0C743C57" w14:textId="77777777">
        <w:trPr>
          <w:jc w:val="center"/>
        </w:trPr>
        <w:tc>
          <w:tcPr>
            <w:tcW w:w="6236" w:type="dxa"/>
          </w:tcPr>
          <w:p w14:paraId="722E537B" w14:textId="77777777" w:rsidR="006E1AB1" w:rsidRDefault="00000000">
            <w:r>
              <w:rPr>
                <w:b/>
                <w:sz w:val="16"/>
              </w:rPr>
              <w:lastRenderedPageBreak/>
              <w:t>E1) Fondo pluriennale vincolato di spesa - titolo 2.04  Altri trasferimenti in conto capitale</w:t>
            </w:r>
          </w:p>
        </w:tc>
        <w:tc>
          <w:tcPr>
            <w:tcW w:w="454" w:type="dxa"/>
          </w:tcPr>
          <w:p w14:paraId="76459D3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67ADAA89" w14:textId="77777777" w:rsidR="006E1AB1" w:rsidRDefault="006E1AB1">
            <w:pPr>
              <w:jc w:val="right"/>
            </w:pPr>
          </w:p>
        </w:tc>
      </w:tr>
      <w:tr w:rsidR="006E1AB1" w14:paraId="724EC4D3" w14:textId="77777777">
        <w:trPr>
          <w:jc w:val="center"/>
        </w:trPr>
        <w:tc>
          <w:tcPr>
            <w:tcW w:w="6236" w:type="dxa"/>
          </w:tcPr>
          <w:p w14:paraId="623B7EAA" w14:textId="77777777" w:rsidR="006E1AB1" w:rsidRDefault="006E1AB1"/>
        </w:tc>
        <w:tc>
          <w:tcPr>
            <w:tcW w:w="454" w:type="dxa"/>
          </w:tcPr>
          <w:p w14:paraId="1F772E48" w14:textId="77777777" w:rsidR="006E1AB1" w:rsidRDefault="006E1AB1"/>
        </w:tc>
        <w:tc>
          <w:tcPr>
            <w:tcW w:w="1984" w:type="dxa"/>
          </w:tcPr>
          <w:p w14:paraId="3A373090" w14:textId="77777777" w:rsidR="006E1AB1" w:rsidRDefault="006E1AB1"/>
        </w:tc>
      </w:tr>
      <w:tr w:rsidR="006E1AB1" w14:paraId="6E1D02D1" w14:textId="77777777">
        <w:trPr>
          <w:jc w:val="center"/>
        </w:trPr>
        <w:tc>
          <w:tcPr>
            <w:tcW w:w="6236" w:type="dxa"/>
          </w:tcPr>
          <w:p w14:paraId="52E1BB8D" w14:textId="77777777" w:rsidR="006E1AB1" w:rsidRDefault="00000000">
            <w:r>
              <w:rPr>
                <w:b/>
                <w:sz w:val="16"/>
              </w:rPr>
              <w:t>VF1) Variazioni di attività finanziarie -saldo di competenza (se positivo VF/3)</w:t>
            </w:r>
          </w:p>
        </w:tc>
        <w:tc>
          <w:tcPr>
            <w:tcW w:w="454" w:type="dxa"/>
          </w:tcPr>
          <w:p w14:paraId="38E4F57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42A925D4" w14:textId="77777777" w:rsidR="006E1AB1" w:rsidRDefault="006E1AB1">
            <w:pPr>
              <w:jc w:val="right"/>
            </w:pPr>
          </w:p>
        </w:tc>
      </w:tr>
      <w:tr w:rsidR="006E1AB1" w14:paraId="26FCFB4A" w14:textId="77777777">
        <w:trPr>
          <w:jc w:val="center"/>
        </w:trPr>
        <w:tc>
          <w:tcPr>
            <w:tcW w:w="6236" w:type="dxa"/>
          </w:tcPr>
          <w:p w14:paraId="6A01ECBB" w14:textId="77777777" w:rsidR="006E1AB1" w:rsidRDefault="006E1AB1"/>
        </w:tc>
        <w:tc>
          <w:tcPr>
            <w:tcW w:w="454" w:type="dxa"/>
          </w:tcPr>
          <w:p w14:paraId="66E3B5D8" w14:textId="77777777" w:rsidR="006E1AB1" w:rsidRDefault="006E1AB1"/>
        </w:tc>
        <w:tc>
          <w:tcPr>
            <w:tcW w:w="1984" w:type="dxa"/>
          </w:tcPr>
          <w:p w14:paraId="48C41F99" w14:textId="77777777" w:rsidR="006E1AB1" w:rsidRDefault="006E1AB1"/>
        </w:tc>
      </w:tr>
      <w:tr w:rsidR="006E1AB1" w14:paraId="2CB15456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5240FD07" w14:textId="77777777" w:rsidR="006E1AB1" w:rsidRDefault="00000000">
            <w:r>
              <w:rPr>
                <w:sz w:val="16"/>
              </w:rPr>
              <w:t>Z/1) Risultato di competenza in c/capitale</w:t>
            </w:r>
          </w:p>
        </w:tc>
        <w:tc>
          <w:tcPr>
            <w:tcW w:w="454" w:type="dxa"/>
            <w:shd w:val="clear" w:color="auto" w:fill="D9E1F2"/>
          </w:tcPr>
          <w:p w14:paraId="2237E9C2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560F86C0" w14:textId="77777777" w:rsidR="006E1AB1" w:rsidRDefault="00000000">
            <w:pPr>
              <w:jc w:val="right"/>
            </w:pPr>
            <w:r>
              <w:rPr>
                <w:sz w:val="16"/>
              </w:rPr>
              <w:t>279.736,66</w:t>
            </w:r>
          </w:p>
        </w:tc>
      </w:tr>
      <w:tr w:rsidR="006E1AB1" w14:paraId="6E381F55" w14:textId="77777777">
        <w:trPr>
          <w:jc w:val="center"/>
        </w:trPr>
        <w:tc>
          <w:tcPr>
            <w:tcW w:w="6236" w:type="dxa"/>
          </w:tcPr>
          <w:p w14:paraId="29FD1FE4" w14:textId="77777777" w:rsidR="006E1AB1" w:rsidRDefault="006E1AB1"/>
        </w:tc>
        <w:tc>
          <w:tcPr>
            <w:tcW w:w="454" w:type="dxa"/>
          </w:tcPr>
          <w:p w14:paraId="6EBD2D97" w14:textId="77777777" w:rsidR="006E1AB1" w:rsidRDefault="006E1AB1"/>
        </w:tc>
        <w:tc>
          <w:tcPr>
            <w:tcW w:w="1984" w:type="dxa"/>
          </w:tcPr>
          <w:p w14:paraId="6A8AE9CC" w14:textId="77777777" w:rsidR="006E1AB1" w:rsidRDefault="006E1AB1"/>
        </w:tc>
      </w:tr>
      <w:tr w:rsidR="006E1AB1" w14:paraId="5FFD2495" w14:textId="77777777">
        <w:trPr>
          <w:jc w:val="center"/>
        </w:trPr>
        <w:tc>
          <w:tcPr>
            <w:tcW w:w="6236" w:type="dxa"/>
          </w:tcPr>
          <w:p w14:paraId="7A16F31E" w14:textId="77777777" w:rsidR="006E1AB1" w:rsidRDefault="00000000">
            <w:r>
              <w:rPr>
                <w:b/>
                <w:sz w:val="16"/>
              </w:rPr>
              <w:t>- Risorse accantonate in c/capitale stanziate nel bilancio dell'esercizio 2026</w:t>
            </w:r>
          </w:p>
        </w:tc>
        <w:tc>
          <w:tcPr>
            <w:tcW w:w="454" w:type="dxa"/>
          </w:tcPr>
          <w:p w14:paraId="5D79ADD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200E4F19" w14:textId="77777777" w:rsidR="006E1AB1" w:rsidRDefault="006E1AB1">
            <w:pPr>
              <w:jc w:val="right"/>
            </w:pPr>
          </w:p>
        </w:tc>
      </w:tr>
      <w:tr w:rsidR="006E1AB1" w14:paraId="635191A5" w14:textId="77777777">
        <w:trPr>
          <w:jc w:val="center"/>
        </w:trPr>
        <w:tc>
          <w:tcPr>
            <w:tcW w:w="6236" w:type="dxa"/>
          </w:tcPr>
          <w:p w14:paraId="0D71524E" w14:textId="77777777" w:rsidR="006E1AB1" w:rsidRDefault="006E1AB1"/>
        </w:tc>
        <w:tc>
          <w:tcPr>
            <w:tcW w:w="454" w:type="dxa"/>
          </w:tcPr>
          <w:p w14:paraId="4F6F3C92" w14:textId="77777777" w:rsidR="006E1AB1" w:rsidRDefault="006E1AB1"/>
        </w:tc>
        <w:tc>
          <w:tcPr>
            <w:tcW w:w="1984" w:type="dxa"/>
          </w:tcPr>
          <w:p w14:paraId="79739CC1" w14:textId="77777777" w:rsidR="006E1AB1" w:rsidRDefault="006E1AB1"/>
        </w:tc>
      </w:tr>
      <w:tr w:rsidR="006E1AB1" w14:paraId="0D880078" w14:textId="77777777">
        <w:trPr>
          <w:jc w:val="center"/>
        </w:trPr>
        <w:tc>
          <w:tcPr>
            <w:tcW w:w="6236" w:type="dxa"/>
          </w:tcPr>
          <w:p w14:paraId="4B4D58C2" w14:textId="77777777" w:rsidR="006E1AB1" w:rsidRDefault="00000000">
            <w:r>
              <w:rPr>
                <w:b/>
                <w:sz w:val="16"/>
              </w:rPr>
              <w:t>- Risorse vincolate in c/capitale nel bilancio</w:t>
            </w:r>
          </w:p>
        </w:tc>
        <w:tc>
          <w:tcPr>
            <w:tcW w:w="454" w:type="dxa"/>
          </w:tcPr>
          <w:p w14:paraId="7152E0F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38C6EEC" w14:textId="77777777" w:rsidR="006E1AB1" w:rsidRDefault="006E1AB1">
            <w:pPr>
              <w:jc w:val="right"/>
            </w:pPr>
          </w:p>
        </w:tc>
      </w:tr>
      <w:tr w:rsidR="006E1AB1" w14:paraId="247D3493" w14:textId="77777777">
        <w:trPr>
          <w:jc w:val="center"/>
        </w:trPr>
        <w:tc>
          <w:tcPr>
            <w:tcW w:w="6236" w:type="dxa"/>
          </w:tcPr>
          <w:p w14:paraId="3586BFEE" w14:textId="77777777" w:rsidR="006E1AB1" w:rsidRDefault="006E1AB1"/>
        </w:tc>
        <w:tc>
          <w:tcPr>
            <w:tcW w:w="454" w:type="dxa"/>
          </w:tcPr>
          <w:p w14:paraId="0D7DDA1E" w14:textId="77777777" w:rsidR="006E1AB1" w:rsidRDefault="006E1AB1"/>
        </w:tc>
        <w:tc>
          <w:tcPr>
            <w:tcW w:w="1984" w:type="dxa"/>
          </w:tcPr>
          <w:p w14:paraId="30255D68" w14:textId="77777777" w:rsidR="006E1AB1" w:rsidRDefault="006E1AB1"/>
        </w:tc>
      </w:tr>
      <w:tr w:rsidR="006E1AB1" w14:paraId="31CCF374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7256C46A" w14:textId="77777777" w:rsidR="006E1AB1" w:rsidRDefault="00000000">
            <w:r>
              <w:rPr>
                <w:sz w:val="16"/>
              </w:rPr>
              <w:t>Z/2) Equilibrio di bilancio  in c/capitale</w:t>
            </w:r>
          </w:p>
        </w:tc>
        <w:tc>
          <w:tcPr>
            <w:tcW w:w="454" w:type="dxa"/>
            <w:shd w:val="clear" w:color="auto" w:fill="D9E1F2"/>
          </w:tcPr>
          <w:p w14:paraId="05BA0E9F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4DCFA3D5" w14:textId="77777777" w:rsidR="006E1AB1" w:rsidRDefault="00000000">
            <w:pPr>
              <w:jc w:val="right"/>
            </w:pPr>
            <w:r>
              <w:rPr>
                <w:sz w:val="16"/>
              </w:rPr>
              <w:t>279.736,66</w:t>
            </w:r>
          </w:p>
        </w:tc>
      </w:tr>
      <w:tr w:rsidR="006E1AB1" w14:paraId="1DA6523F" w14:textId="77777777">
        <w:trPr>
          <w:jc w:val="center"/>
        </w:trPr>
        <w:tc>
          <w:tcPr>
            <w:tcW w:w="6236" w:type="dxa"/>
          </w:tcPr>
          <w:p w14:paraId="1EA47126" w14:textId="77777777" w:rsidR="006E1AB1" w:rsidRDefault="006E1AB1"/>
        </w:tc>
        <w:tc>
          <w:tcPr>
            <w:tcW w:w="454" w:type="dxa"/>
          </w:tcPr>
          <w:p w14:paraId="259587A3" w14:textId="77777777" w:rsidR="006E1AB1" w:rsidRDefault="006E1AB1"/>
        </w:tc>
        <w:tc>
          <w:tcPr>
            <w:tcW w:w="1984" w:type="dxa"/>
          </w:tcPr>
          <w:p w14:paraId="748140F8" w14:textId="77777777" w:rsidR="006E1AB1" w:rsidRDefault="006E1AB1"/>
        </w:tc>
      </w:tr>
      <w:tr w:rsidR="006E1AB1" w14:paraId="10603DC8" w14:textId="77777777">
        <w:trPr>
          <w:jc w:val="center"/>
        </w:trPr>
        <w:tc>
          <w:tcPr>
            <w:tcW w:w="6236" w:type="dxa"/>
          </w:tcPr>
          <w:p w14:paraId="10AE00F3" w14:textId="77777777" w:rsidR="006E1AB1" w:rsidRDefault="00000000">
            <w:r>
              <w:rPr>
                <w:b/>
                <w:sz w:val="16"/>
              </w:rPr>
              <w:t>- Variazione accantonamenti in c/capitale effettuata in sede di rendiconto'(+)/(-)</w:t>
            </w:r>
          </w:p>
        </w:tc>
        <w:tc>
          <w:tcPr>
            <w:tcW w:w="454" w:type="dxa"/>
          </w:tcPr>
          <w:p w14:paraId="7E67176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53F8F1C7" w14:textId="77777777" w:rsidR="006E1AB1" w:rsidRDefault="006E1AB1">
            <w:pPr>
              <w:jc w:val="right"/>
            </w:pPr>
          </w:p>
        </w:tc>
      </w:tr>
      <w:tr w:rsidR="006E1AB1" w14:paraId="3613CA56" w14:textId="77777777">
        <w:trPr>
          <w:jc w:val="center"/>
        </w:trPr>
        <w:tc>
          <w:tcPr>
            <w:tcW w:w="6236" w:type="dxa"/>
          </w:tcPr>
          <w:p w14:paraId="572ED701" w14:textId="77777777" w:rsidR="006E1AB1" w:rsidRDefault="006E1AB1"/>
        </w:tc>
        <w:tc>
          <w:tcPr>
            <w:tcW w:w="454" w:type="dxa"/>
          </w:tcPr>
          <w:p w14:paraId="3AFB27CA" w14:textId="77777777" w:rsidR="006E1AB1" w:rsidRDefault="006E1AB1"/>
        </w:tc>
        <w:tc>
          <w:tcPr>
            <w:tcW w:w="1984" w:type="dxa"/>
          </w:tcPr>
          <w:p w14:paraId="503255D6" w14:textId="77777777" w:rsidR="006E1AB1" w:rsidRDefault="006E1AB1"/>
        </w:tc>
      </w:tr>
      <w:tr w:rsidR="006E1AB1" w14:paraId="4C150A46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304605AF" w14:textId="77777777" w:rsidR="006E1AB1" w:rsidRDefault="00000000">
            <w:r>
              <w:rPr>
                <w:sz w:val="16"/>
              </w:rPr>
              <w:t>Z/3)  Equilibrio complessivo in c/capitale</w:t>
            </w:r>
          </w:p>
        </w:tc>
        <w:tc>
          <w:tcPr>
            <w:tcW w:w="454" w:type="dxa"/>
            <w:shd w:val="clear" w:color="auto" w:fill="D9E1F2"/>
          </w:tcPr>
          <w:p w14:paraId="0954C625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14423C6E" w14:textId="77777777" w:rsidR="006E1AB1" w:rsidRDefault="00000000">
            <w:pPr>
              <w:jc w:val="right"/>
            </w:pPr>
            <w:r>
              <w:rPr>
                <w:sz w:val="16"/>
              </w:rPr>
              <w:t>279.736,66</w:t>
            </w:r>
          </w:p>
        </w:tc>
      </w:tr>
      <w:tr w:rsidR="006E1AB1" w14:paraId="75063832" w14:textId="77777777">
        <w:trPr>
          <w:jc w:val="center"/>
        </w:trPr>
        <w:tc>
          <w:tcPr>
            <w:tcW w:w="6236" w:type="dxa"/>
          </w:tcPr>
          <w:p w14:paraId="5E37EFC0" w14:textId="77777777" w:rsidR="006E1AB1" w:rsidRDefault="006E1AB1"/>
        </w:tc>
        <w:tc>
          <w:tcPr>
            <w:tcW w:w="454" w:type="dxa"/>
          </w:tcPr>
          <w:p w14:paraId="22F58E2A" w14:textId="77777777" w:rsidR="006E1AB1" w:rsidRDefault="006E1AB1"/>
        </w:tc>
        <w:tc>
          <w:tcPr>
            <w:tcW w:w="1984" w:type="dxa"/>
          </w:tcPr>
          <w:p w14:paraId="415BACF0" w14:textId="77777777" w:rsidR="006E1AB1" w:rsidRDefault="006E1AB1"/>
        </w:tc>
      </w:tr>
      <w:tr w:rsidR="006E1AB1" w14:paraId="4D2D21D5" w14:textId="77777777">
        <w:trPr>
          <w:jc w:val="center"/>
        </w:trPr>
        <w:tc>
          <w:tcPr>
            <w:tcW w:w="6236" w:type="dxa"/>
          </w:tcPr>
          <w:p w14:paraId="0AA6BB2C" w14:textId="77777777" w:rsidR="006E1AB1" w:rsidRDefault="00000000">
            <w:r>
              <w:rPr>
                <w:b/>
                <w:sz w:val="16"/>
              </w:rPr>
              <w:t>J) Utilizzo risultato di amministrazione per l'incremento di attività finanziarie</w:t>
            </w:r>
          </w:p>
        </w:tc>
        <w:tc>
          <w:tcPr>
            <w:tcW w:w="454" w:type="dxa"/>
          </w:tcPr>
          <w:p w14:paraId="396734C4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47601C5E" w14:textId="77777777" w:rsidR="006E1AB1" w:rsidRDefault="006E1AB1">
            <w:pPr>
              <w:jc w:val="right"/>
            </w:pPr>
          </w:p>
        </w:tc>
      </w:tr>
      <w:tr w:rsidR="006E1AB1" w14:paraId="038C9209" w14:textId="77777777">
        <w:trPr>
          <w:jc w:val="center"/>
        </w:trPr>
        <w:tc>
          <w:tcPr>
            <w:tcW w:w="6236" w:type="dxa"/>
          </w:tcPr>
          <w:p w14:paraId="5777C07E" w14:textId="77777777" w:rsidR="006E1AB1" w:rsidRDefault="006E1AB1"/>
        </w:tc>
        <w:tc>
          <w:tcPr>
            <w:tcW w:w="454" w:type="dxa"/>
          </w:tcPr>
          <w:p w14:paraId="282092FE" w14:textId="77777777" w:rsidR="006E1AB1" w:rsidRDefault="006E1AB1"/>
        </w:tc>
        <w:tc>
          <w:tcPr>
            <w:tcW w:w="1984" w:type="dxa"/>
          </w:tcPr>
          <w:p w14:paraId="04B3DF5C" w14:textId="77777777" w:rsidR="006E1AB1" w:rsidRDefault="006E1AB1"/>
        </w:tc>
      </w:tr>
      <w:tr w:rsidR="006E1AB1" w14:paraId="5149DAC5" w14:textId="77777777">
        <w:trPr>
          <w:jc w:val="center"/>
        </w:trPr>
        <w:tc>
          <w:tcPr>
            <w:tcW w:w="6236" w:type="dxa"/>
          </w:tcPr>
          <w:p w14:paraId="42CB0CEE" w14:textId="77777777" w:rsidR="006E1AB1" w:rsidRDefault="00000000">
            <w:r>
              <w:rPr>
                <w:b/>
                <w:sz w:val="16"/>
              </w:rPr>
              <w:t>J1) Fondo pluriennale vincolato per incremento di attività finanziarie iscritto in entrata</w:t>
            </w:r>
          </w:p>
        </w:tc>
        <w:tc>
          <w:tcPr>
            <w:tcW w:w="454" w:type="dxa"/>
          </w:tcPr>
          <w:p w14:paraId="02BBE00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7C8D3C29" w14:textId="77777777" w:rsidR="006E1AB1" w:rsidRDefault="006E1AB1">
            <w:pPr>
              <w:jc w:val="right"/>
            </w:pPr>
          </w:p>
        </w:tc>
      </w:tr>
      <w:tr w:rsidR="006E1AB1" w14:paraId="029CAD67" w14:textId="77777777">
        <w:trPr>
          <w:jc w:val="center"/>
        </w:trPr>
        <w:tc>
          <w:tcPr>
            <w:tcW w:w="6236" w:type="dxa"/>
          </w:tcPr>
          <w:p w14:paraId="195A9B4C" w14:textId="77777777" w:rsidR="006E1AB1" w:rsidRDefault="006E1AB1"/>
        </w:tc>
        <w:tc>
          <w:tcPr>
            <w:tcW w:w="454" w:type="dxa"/>
          </w:tcPr>
          <w:p w14:paraId="44048362" w14:textId="77777777" w:rsidR="006E1AB1" w:rsidRDefault="006E1AB1"/>
        </w:tc>
        <w:tc>
          <w:tcPr>
            <w:tcW w:w="1984" w:type="dxa"/>
          </w:tcPr>
          <w:p w14:paraId="7C311918" w14:textId="77777777" w:rsidR="006E1AB1" w:rsidRDefault="006E1AB1"/>
        </w:tc>
      </w:tr>
      <w:tr w:rsidR="006E1AB1" w14:paraId="74C4D515" w14:textId="77777777">
        <w:trPr>
          <w:jc w:val="center"/>
        </w:trPr>
        <w:tc>
          <w:tcPr>
            <w:tcW w:w="6236" w:type="dxa"/>
          </w:tcPr>
          <w:p w14:paraId="4FB4E950" w14:textId="77777777" w:rsidR="006E1AB1" w:rsidRDefault="00000000">
            <w:r>
              <w:rPr>
                <w:b/>
                <w:sz w:val="16"/>
              </w:rPr>
              <w:t>J2) Fondo pluriennale vincolato per spese Titolo 3.01 Acquisizioni di attività finanziarie iscritto in entrata</w:t>
            </w:r>
          </w:p>
        </w:tc>
        <w:tc>
          <w:tcPr>
            <w:tcW w:w="454" w:type="dxa"/>
          </w:tcPr>
          <w:p w14:paraId="6A6771F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D8AE6CC" w14:textId="77777777" w:rsidR="006E1AB1" w:rsidRDefault="006E1AB1">
            <w:pPr>
              <w:jc w:val="right"/>
            </w:pPr>
          </w:p>
        </w:tc>
      </w:tr>
      <w:tr w:rsidR="006E1AB1" w14:paraId="55040D52" w14:textId="77777777">
        <w:trPr>
          <w:jc w:val="center"/>
        </w:trPr>
        <w:tc>
          <w:tcPr>
            <w:tcW w:w="6236" w:type="dxa"/>
          </w:tcPr>
          <w:p w14:paraId="3E2F7094" w14:textId="77777777" w:rsidR="006E1AB1" w:rsidRDefault="006E1AB1"/>
        </w:tc>
        <w:tc>
          <w:tcPr>
            <w:tcW w:w="454" w:type="dxa"/>
          </w:tcPr>
          <w:p w14:paraId="3CFEB19C" w14:textId="77777777" w:rsidR="006E1AB1" w:rsidRDefault="006E1AB1"/>
        </w:tc>
        <w:tc>
          <w:tcPr>
            <w:tcW w:w="1984" w:type="dxa"/>
          </w:tcPr>
          <w:p w14:paraId="11F09154" w14:textId="77777777" w:rsidR="006E1AB1" w:rsidRDefault="006E1AB1"/>
        </w:tc>
      </w:tr>
      <w:tr w:rsidR="006E1AB1" w14:paraId="06EBDA08" w14:textId="77777777">
        <w:trPr>
          <w:jc w:val="center"/>
        </w:trPr>
        <w:tc>
          <w:tcPr>
            <w:tcW w:w="6236" w:type="dxa"/>
          </w:tcPr>
          <w:p w14:paraId="177FD969" w14:textId="77777777" w:rsidR="006E1AB1" w:rsidRDefault="00000000">
            <w:r>
              <w:rPr>
                <w:b/>
                <w:sz w:val="16"/>
              </w:rPr>
              <w:t>S1) Entrate Titolo 5.02 per Riscossione crediti di breve termine</w:t>
            </w:r>
          </w:p>
        </w:tc>
        <w:tc>
          <w:tcPr>
            <w:tcW w:w="454" w:type="dxa"/>
          </w:tcPr>
          <w:p w14:paraId="1EC443B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6A66DAFC" w14:textId="77777777" w:rsidR="006E1AB1" w:rsidRDefault="006E1AB1">
            <w:pPr>
              <w:jc w:val="right"/>
            </w:pPr>
          </w:p>
        </w:tc>
      </w:tr>
      <w:tr w:rsidR="006E1AB1" w14:paraId="3A60E9EC" w14:textId="77777777">
        <w:trPr>
          <w:jc w:val="center"/>
        </w:trPr>
        <w:tc>
          <w:tcPr>
            <w:tcW w:w="6236" w:type="dxa"/>
          </w:tcPr>
          <w:p w14:paraId="21180846" w14:textId="77777777" w:rsidR="006E1AB1" w:rsidRDefault="006E1AB1"/>
        </w:tc>
        <w:tc>
          <w:tcPr>
            <w:tcW w:w="454" w:type="dxa"/>
          </w:tcPr>
          <w:p w14:paraId="32023514" w14:textId="77777777" w:rsidR="006E1AB1" w:rsidRDefault="006E1AB1"/>
        </w:tc>
        <w:tc>
          <w:tcPr>
            <w:tcW w:w="1984" w:type="dxa"/>
          </w:tcPr>
          <w:p w14:paraId="19BB1D54" w14:textId="77777777" w:rsidR="006E1AB1" w:rsidRDefault="006E1AB1"/>
        </w:tc>
      </w:tr>
      <w:tr w:rsidR="006E1AB1" w14:paraId="594630FA" w14:textId="77777777">
        <w:trPr>
          <w:jc w:val="center"/>
        </w:trPr>
        <w:tc>
          <w:tcPr>
            <w:tcW w:w="6236" w:type="dxa"/>
          </w:tcPr>
          <w:p w14:paraId="32FAC45F" w14:textId="77777777" w:rsidR="006E1AB1" w:rsidRDefault="00000000">
            <w:r>
              <w:rPr>
                <w:b/>
                <w:sz w:val="16"/>
              </w:rPr>
              <w:t>S2) Entrate Titolo 5.03 per Riscossione crediti di medio-lungo termine</w:t>
            </w:r>
          </w:p>
        </w:tc>
        <w:tc>
          <w:tcPr>
            <w:tcW w:w="454" w:type="dxa"/>
          </w:tcPr>
          <w:p w14:paraId="594C4ED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5F79A89B" w14:textId="77777777" w:rsidR="006E1AB1" w:rsidRDefault="006E1AB1">
            <w:pPr>
              <w:jc w:val="right"/>
            </w:pPr>
          </w:p>
        </w:tc>
      </w:tr>
      <w:tr w:rsidR="006E1AB1" w14:paraId="1251542D" w14:textId="77777777">
        <w:trPr>
          <w:jc w:val="center"/>
        </w:trPr>
        <w:tc>
          <w:tcPr>
            <w:tcW w:w="6236" w:type="dxa"/>
          </w:tcPr>
          <w:p w14:paraId="74D1CB85" w14:textId="77777777" w:rsidR="006E1AB1" w:rsidRDefault="006E1AB1"/>
        </w:tc>
        <w:tc>
          <w:tcPr>
            <w:tcW w:w="454" w:type="dxa"/>
          </w:tcPr>
          <w:p w14:paraId="2F79B251" w14:textId="77777777" w:rsidR="006E1AB1" w:rsidRDefault="006E1AB1"/>
        </w:tc>
        <w:tc>
          <w:tcPr>
            <w:tcW w:w="1984" w:type="dxa"/>
          </w:tcPr>
          <w:p w14:paraId="6ABA90C9" w14:textId="77777777" w:rsidR="006E1AB1" w:rsidRDefault="006E1AB1"/>
        </w:tc>
      </w:tr>
      <w:tr w:rsidR="006E1AB1" w14:paraId="5B605719" w14:textId="77777777">
        <w:trPr>
          <w:jc w:val="center"/>
        </w:trPr>
        <w:tc>
          <w:tcPr>
            <w:tcW w:w="6236" w:type="dxa"/>
          </w:tcPr>
          <w:p w14:paraId="5516FE11" w14:textId="77777777" w:rsidR="006E1AB1" w:rsidRDefault="00000000">
            <w:r>
              <w:rPr>
                <w:b/>
                <w:sz w:val="16"/>
              </w:rPr>
              <w:t>T) Entrate Titolo 5.04 relative a Altre entrate per riduzioni di attività finanziarie</w:t>
            </w:r>
          </w:p>
        </w:tc>
        <w:tc>
          <w:tcPr>
            <w:tcW w:w="454" w:type="dxa"/>
          </w:tcPr>
          <w:p w14:paraId="6E1DA31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0206D685" w14:textId="77777777" w:rsidR="006E1AB1" w:rsidRDefault="006E1AB1">
            <w:pPr>
              <w:jc w:val="right"/>
            </w:pPr>
          </w:p>
        </w:tc>
      </w:tr>
      <w:tr w:rsidR="006E1AB1" w14:paraId="24FC960F" w14:textId="77777777">
        <w:trPr>
          <w:jc w:val="center"/>
        </w:trPr>
        <w:tc>
          <w:tcPr>
            <w:tcW w:w="6236" w:type="dxa"/>
          </w:tcPr>
          <w:p w14:paraId="19FA4F6D" w14:textId="77777777" w:rsidR="006E1AB1" w:rsidRDefault="006E1AB1"/>
        </w:tc>
        <w:tc>
          <w:tcPr>
            <w:tcW w:w="454" w:type="dxa"/>
          </w:tcPr>
          <w:p w14:paraId="32C5BDF3" w14:textId="77777777" w:rsidR="006E1AB1" w:rsidRDefault="006E1AB1"/>
        </w:tc>
        <w:tc>
          <w:tcPr>
            <w:tcW w:w="1984" w:type="dxa"/>
          </w:tcPr>
          <w:p w14:paraId="6714D357" w14:textId="77777777" w:rsidR="006E1AB1" w:rsidRDefault="006E1AB1"/>
        </w:tc>
      </w:tr>
      <w:tr w:rsidR="006E1AB1" w14:paraId="28D799F7" w14:textId="77777777">
        <w:trPr>
          <w:jc w:val="center"/>
        </w:trPr>
        <w:tc>
          <w:tcPr>
            <w:tcW w:w="6236" w:type="dxa"/>
          </w:tcPr>
          <w:p w14:paraId="0915950B" w14:textId="77777777" w:rsidR="006E1AB1" w:rsidRDefault="00000000">
            <w:r>
              <w:rPr>
                <w:b/>
                <w:sz w:val="16"/>
              </w:rPr>
              <w:t>X1) Spese Titolo 3.02 per Concessione crediti di breve termine</w:t>
            </w:r>
          </w:p>
        </w:tc>
        <w:tc>
          <w:tcPr>
            <w:tcW w:w="454" w:type="dxa"/>
          </w:tcPr>
          <w:p w14:paraId="1C038770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E6F8F41" w14:textId="77777777" w:rsidR="006E1AB1" w:rsidRDefault="006E1AB1">
            <w:pPr>
              <w:jc w:val="right"/>
            </w:pPr>
          </w:p>
        </w:tc>
      </w:tr>
      <w:tr w:rsidR="006E1AB1" w14:paraId="758F28C8" w14:textId="77777777">
        <w:trPr>
          <w:jc w:val="center"/>
        </w:trPr>
        <w:tc>
          <w:tcPr>
            <w:tcW w:w="6236" w:type="dxa"/>
          </w:tcPr>
          <w:p w14:paraId="723A5B0A" w14:textId="77777777" w:rsidR="006E1AB1" w:rsidRDefault="006E1AB1"/>
        </w:tc>
        <w:tc>
          <w:tcPr>
            <w:tcW w:w="454" w:type="dxa"/>
          </w:tcPr>
          <w:p w14:paraId="43C38552" w14:textId="77777777" w:rsidR="006E1AB1" w:rsidRDefault="006E1AB1"/>
        </w:tc>
        <w:tc>
          <w:tcPr>
            <w:tcW w:w="1984" w:type="dxa"/>
          </w:tcPr>
          <w:p w14:paraId="3EDE69D7" w14:textId="77777777" w:rsidR="006E1AB1" w:rsidRDefault="006E1AB1"/>
        </w:tc>
      </w:tr>
      <w:tr w:rsidR="006E1AB1" w14:paraId="4A22F16B" w14:textId="77777777">
        <w:trPr>
          <w:jc w:val="center"/>
        </w:trPr>
        <w:tc>
          <w:tcPr>
            <w:tcW w:w="6236" w:type="dxa"/>
          </w:tcPr>
          <w:p w14:paraId="101C6C08" w14:textId="77777777" w:rsidR="006E1AB1" w:rsidRDefault="00000000">
            <w:r>
              <w:rPr>
                <w:b/>
                <w:sz w:val="16"/>
              </w:rPr>
              <w:t>X2) Spese Titolo 3.03 per Concessione crediti di medio-lungo termine</w:t>
            </w:r>
          </w:p>
        </w:tc>
        <w:tc>
          <w:tcPr>
            <w:tcW w:w="454" w:type="dxa"/>
          </w:tcPr>
          <w:p w14:paraId="2D692D9F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370807E0" w14:textId="77777777" w:rsidR="006E1AB1" w:rsidRDefault="006E1AB1">
            <w:pPr>
              <w:jc w:val="right"/>
            </w:pPr>
          </w:p>
        </w:tc>
      </w:tr>
      <w:tr w:rsidR="006E1AB1" w14:paraId="1A199AFD" w14:textId="77777777">
        <w:trPr>
          <w:jc w:val="center"/>
        </w:trPr>
        <w:tc>
          <w:tcPr>
            <w:tcW w:w="6236" w:type="dxa"/>
          </w:tcPr>
          <w:p w14:paraId="399475EE" w14:textId="77777777" w:rsidR="006E1AB1" w:rsidRDefault="006E1AB1"/>
        </w:tc>
        <w:tc>
          <w:tcPr>
            <w:tcW w:w="454" w:type="dxa"/>
          </w:tcPr>
          <w:p w14:paraId="0F7D000F" w14:textId="77777777" w:rsidR="006E1AB1" w:rsidRDefault="006E1AB1"/>
        </w:tc>
        <w:tc>
          <w:tcPr>
            <w:tcW w:w="1984" w:type="dxa"/>
          </w:tcPr>
          <w:p w14:paraId="4977F5B2" w14:textId="77777777" w:rsidR="006E1AB1" w:rsidRDefault="006E1AB1"/>
        </w:tc>
      </w:tr>
      <w:tr w:rsidR="006E1AB1" w14:paraId="38AB91F4" w14:textId="77777777">
        <w:trPr>
          <w:jc w:val="center"/>
        </w:trPr>
        <w:tc>
          <w:tcPr>
            <w:tcW w:w="6236" w:type="dxa"/>
          </w:tcPr>
          <w:p w14:paraId="635B8FE9" w14:textId="77777777" w:rsidR="006E1AB1" w:rsidRDefault="00000000">
            <w:r>
              <w:rPr>
                <w:b/>
                <w:sz w:val="16"/>
              </w:rPr>
              <w:t>Y) Spese Titolo 3.04 per Altre spese per incremento di attività finanziarie</w:t>
            </w:r>
          </w:p>
        </w:tc>
        <w:tc>
          <w:tcPr>
            <w:tcW w:w="454" w:type="dxa"/>
          </w:tcPr>
          <w:p w14:paraId="4AACB9BB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5F5E1DD6" w14:textId="77777777" w:rsidR="006E1AB1" w:rsidRDefault="006E1AB1">
            <w:pPr>
              <w:jc w:val="right"/>
            </w:pPr>
          </w:p>
        </w:tc>
      </w:tr>
      <w:tr w:rsidR="006E1AB1" w14:paraId="5BA037FD" w14:textId="77777777">
        <w:trPr>
          <w:jc w:val="center"/>
        </w:trPr>
        <w:tc>
          <w:tcPr>
            <w:tcW w:w="6236" w:type="dxa"/>
          </w:tcPr>
          <w:p w14:paraId="290B171B" w14:textId="77777777" w:rsidR="006E1AB1" w:rsidRDefault="006E1AB1"/>
        </w:tc>
        <w:tc>
          <w:tcPr>
            <w:tcW w:w="454" w:type="dxa"/>
          </w:tcPr>
          <w:p w14:paraId="29823C01" w14:textId="77777777" w:rsidR="006E1AB1" w:rsidRDefault="006E1AB1"/>
        </w:tc>
        <w:tc>
          <w:tcPr>
            <w:tcW w:w="1984" w:type="dxa"/>
          </w:tcPr>
          <w:p w14:paraId="0444BA00" w14:textId="77777777" w:rsidR="006E1AB1" w:rsidRDefault="006E1AB1"/>
        </w:tc>
      </w:tr>
      <w:tr w:rsidR="006E1AB1" w14:paraId="1D49AEE2" w14:textId="77777777">
        <w:trPr>
          <w:jc w:val="center"/>
        </w:trPr>
        <w:tc>
          <w:tcPr>
            <w:tcW w:w="6236" w:type="dxa"/>
          </w:tcPr>
          <w:p w14:paraId="2C90C246" w14:textId="77777777" w:rsidR="006E1AB1" w:rsidRDefault="00000000">
            <w:r>
              <w:rPr>
                <w:b/>
                <w:sz w:val="16"/>
              </w:rPr>
              <w:t>Y1) Fondo pluriennale vincolato per incremento di attività finanziarie (di spesa)</w:t>
            </w:r>
          </w:p>
        </w:tc>
        <w:tc>
          <w:tcPr>
            <w:tcW w:w="454" w:type="dxa"/>
          </w:tcPr>
          <w:p w14:paraId="4879B75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007B827D" w14:textId="77777777" w:rsidR="006E1AB1" w:rsidRDefault="006E1AB1">
            <w:pPr>
              <w:jc w:val="right"/>
            </w:pPr>
          </w:p>
        </w:tc>
      </w:tr>
      <w:tr w:rsidR="006E1AB1" w14:paraId="33C650C2" w14:textId="77777777">
        <w:trPr>
          <w:jc w:val="center"/>
        </w:trPr>
        <w:tc>
          <w:tcPr>
            <w:tcW w:w="6236" w:type="dxa"/>
          </w:tcPr>
          <w:p w14:paraId="2EC6D3CB" w14:textId="77777777" w:rsidR="006E1AB1" w:rsidRDefault="006E1AB1"/>
        </w:tc>
        <w:tc>
          <w:tcPr>
            <w:tcW w:w="454" w:type="dxa"/>
          </w:tcPr>
          <w:p w14:paraId="1CB7E0DC" w14:textId="77777777" w:rsidR="006E1AB1" w:rsidRDefault="006E1AB1"/>
        </w:tc>
        <w:tc>
          <w:tcPr>
            <w:tcW w:w="1984" w:type="dxa"/>
          </w:tcPr>
          <w:p w14:paraId="553A2C67" w14:textId="77777777" w:rsidR="006E1AB1" w:rsidRDefault="006E1AB1"/>
        </w:tc>
      </w:tr>
      <w:tr w:rsidR="006E1AB1" w14:paraId="5F67B2D2" w14:textId="77777777">
        <w:trPr>
          <w:jc w:val="center"/>
        </w:trPr>
        <w:tc>
          <w:tcPr>
            <w:tcW w:w="6236" w:type="dxa"/>
          </w:tcPr>
          <w:p w14:paraId="5A1502D5" w14:textId="77777777" w:rsidR="006E1AB1" w:rsidRDefault="00000000">
            <w:r>
              <w:rPr>
                <w:b/>
                <w:sz w:val="16"/>
              </w:rPr>
              <w:t>Y2) Fondo pluriennale vincolato per spese Titolo 3.01 Acquisizioni di attività finanziarie iscritto in spesa</w:t>
            </w:r>
          </w:p>
        </w:tc>
        <w:tc>
          <w:tcPr>
            <w:tcW w:w="454" w:type="dxa"/>
          </w:tcPr>
          <w:p w14:paraId="731A95D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5DF371F5" w14:textId="77777777" w:rsidR="006E1AB1" w:rsidRDefault="006E1AB1">
            <w:pPr>
              <w:jc w:val="right"/>
            </w:pPr>
          </w:p>
        </w:tc>
      </w:tr>
      <w:tr w:rsidR="006E1AB1" w14:paraId="5B59A35C" w14:textId="77777777">
        <w:trPr>
          <w:jc w:val="center"/>
        </w:trPr>
        <w:tc>
          <w:tcPr>
            <w:tcW w:w="6236" w:type="dxa"/>
          </w:tcPr>
          <w:p w14:paraId="284414EE" w14:textId="77777777" w:rsidR="006E1AB1" w:rsidRDefault="006E1AB1"/>
        </w:tc>
        <w:tc>
          <w:tcPr>
            <w:tcW w:w="454" w:type="dxa"/>
          </w:tcPr>
          <w:p w14:paraId="56E3C4DA" w14:textId="77777777" w:rsidR="006E1AB1" w:rsidRDefault="006E1AB1"/>
        </w:tc>
        <w:tc>
          <w:tcPr>
            <w:tcW w:w="1984" w:type="dxa"/>
          </w:tcPr>
          <w:p w14:paraId="7B03C997" w14:textId="77777777" w:rsidR="006E1AB1" w:rsidRDefault="006E1AB1"/>
        </w:tc>
      </w:tr>
      <w:tr w:rsidR="006E1AB1" w14:paraId="0C62F0F1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18DCE3DB" w14:textId="77777777" w:rsidR="006E1AB1" w:rsidRDefault="00000000">
            <w:r>
              <w:rPr>
                <w:sz w:val="16"/>
              </w:rPr>
              <w:t>VF/1) Variazioni attività finanziaria - saldo di competenza</w:t>
            </w:r>
          </w:p>
        </w:tc>
        <w:tc>
          <w:tcPr>
            <w:tcW w:w="454" w:type="dxa"/>
            <w:shd w:val="clear" w:color="auto" w:fill="D9E1F2"/>
          </w:tcPr>
          <w:p w14:paraId="6D1DFD75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3291547C" w14:textId="77777777" w:rsidR="006E1AB1" w:rsidRDefault="006E1AB1">
            <w:pPr>
              <w:jc w:val="right"/>
            </w:pPr>
          </w:p>
        </w:tc>
      </w:tr>
      <w:tr w:rsidR="006E1AB1" w14:paraId="76600F6D" w14:textId="77777777">
        <w:trPr>
          <w:jc w:val="center"/>
        </w:trPr>
        <w:tc>
          <w:tcPr>
            <w:tcW w:w="6236" w:type="dxa"/>
          </w:tcPr>
          <w:p w14:paraId="4AC20380" w14:textId="77777777" w:rsidR="006E1AB1" w:rsidRDefault="006E1AB1"/>
        </w:tc>
        <w:tc>
          <w:tcPr>
            <w:tcW w:w="454" w:type="dxa"/>
          </w:tcPr>
          <w:p w14:paraId="100D16F3" w14:textId="77777777" w:rsidR="006E1AB1" w:rsidRDefault="006E1AB1"/>
        </w:tc>
        <w:tc>
          <w:tcPr>
            <w:tcW w:w="1984" w:type="dxa"/>
          </w:tcPr>
          <w:p w14:paraId="61362CC3" w14:textId="77777777" w:rsidR="006E1AB1" w:rsidRDefault="006E1AB1"/>
        </w:tc>
      </w:tr>
      <w:tr w:rsidR="006E1AB1" w14:paraId="29B0B672" w14:textId="77777777">
        <w:trPr>
          <w:jc w:val="center"/>
        </w:trPr>
        <w:tc>
          <w:tcPr>
            <w:tcW w:w="6236" w:type="dxa"/>
          </w:tcPr>
          <w:p w14:paraId="5E3CB997" w14:textId="77777777" w:rsidR="006E1AB1" w:rsidRDefault="00000000">
            <w:r>
              <w:rPr>
                <w:b/>
                <w:sz w:val="16"/>
              </w:rPr>
              <w:t>- Risorse accantonate - attività finanziarie stanziate nel bilancio dell'esercizio 2026</w:t>
            </w:r>
          </w:p>
        </w:tc>
        <w:tc>
          <w:tcPr>
            <w:tcW w:w="454" w:type="dxa"/>
          </w:tcPr>
          <w:p w14:paraId="5AA8AC6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3EA9707" w14:textId="77777777" w:rsidR="006E1AB1" w:rsidRDefault="006E1AB1">
            <w:pPr>
              <w:jc w:val="right"/>
            </w:pPr>
          </w:p>
        </w:tc>
      </w:tr>
      <w:tr w:rsidR="006E1AB1" w14:paraId="0CF8A9B5" w14:textId="77777777">
        <w:trPr>
          <w:jc w:val="center"/>
        </w:trPr>
        <w:tc>
          <w:tcPr>
            <w:tcW w:w="6236" w:type="dxa"/>
          </w:tcPr>
          <w:p w14:paraId="7B53F127" w14:textId="77777777" w:rsidR="006E1AB1" w:rsidRDefault="006E1AB1"/>
        </w:tc>
        <w:tc>
          <w:tcPr>
            <w:tcW w:w="454" w:type="dxa"/>
          </w:tcPr>
          <w:p w14:paraId="5E5758C8" w14:textId="77777777" w:rsidR="006E1AB1" w:rsidRDefault="006E1AB1"/>
        </w:tc>
        <w:tc>
          <w:tcPr>
            <w:tcW w:w="1984" w:type="dxa"/>
          </w:tcPr>
          <w:p w14:paraId="57F5D4FC" w14:textId="77777777" w:rsidR="006E1AB1" w:rsidRDefault="006E1AB1"/>
        </w:tc>
      </w:tr>
      <w:tr w:rsidR="006E1AB1" w14:paraId="45DC477B" w14:textId="77777777">
        <w:trPr>
          <w:jc w:val="center"/>
        </w:trPr>
        <w:tc>
          <w:tcPr>
            <w:tcW w:w="6236" w:type="dxa"/>
          </w:tcPr>
          <w:p w14:paraId="3A933648" w14:textId="77777777" w:rsidR="006E1AB1" w:rsidRDefault="00000000">
            <w:r>
              <w:rPr>
                <w:b/>
                <w:sz w:val="16"/>
              </w:rPr>
              <w:t>- Risorse vincolate - attività finanziarie nel bilancio</w:t>
            </w:r>
          </w:p>
        </w:tc>
        <w:tc>
          <w:tcPr>
            <w:tcW w:w="454" w:type="dxa"/>
          </w:tcPr>
          <w:p w14:paraId="3C964478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6BCD810A" w14:textId="77777777" w:rsidR="006E1AB1" w:rsidRDefault="006E1AB1">
            <w:pPr>
              <w:jc w:val="right"/>
            </w:pPr>
          </w:p>
        </w:tc>
      </w:tr>
      <w:tr w:rsidR="006E1AB1" w14:paraId="0DDF0FA7" w14:textId="77777777">
        <w:trPr>
          <w:jc w:val="center"/>
        </w:trPr>
        <w:tc>
          <w:tcPr>
            <w:tcW w:w="6236" w:type="dxa"/>
          </w:tcPr>
          <w:p w14:paraId="2EAF146C" w14:textId="77777777" w:rsidR="006E1AB1" w:rsidRDefault="006E1AB1"/>
        </w:tc>
        <w:tc>
          <w:tcPr>
            <w:tcW w:w="454" w:type="dxa"/>
          </w:tcPr>
          <w:p w14:paraId="0DAF4BCE" w14:textId="77777777" w:rsidR="006E1AB1" w:rsidRDefault="006E1AB1"/>
        </w:tc>
        <w:tc>
          <w:tcPr>
            <w:tcW w:w="1984" w:type="dxa"/>
          </w:tcPr>
          <w:p w14:paraId="18FBC5C7" w14:textId="77777777" w:rsidR="006E1AB1" w:rsidRDefault="006E1AB1"/>
        </w:tc>
      </w:tr>
      <w:tr w:rsidR="006E1AB1" w14:paraId="730F3C79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41684186" w14:textId="77777777" w:rsidR="006E1AB1" w:rsidRDefault="00000000">
            <w:r>
              <w:rPr>
                <w:sz w:val="16"/>
              </w:rPr>
              <w:t>VF/2) Variazioni attività finanziaria - equilibrio di bilancio</w:t>
            </w:r>
          </w:p>
        </w:tc>
        <w:tc>
          <w:tcPr>
            <w:tcW w:w="454" w:type="dxa"/>
            <w:shd w:val="clear" w:color="auto" w:fill="D9E1F2"/>
          </w:tcPr>
          <w:p w14:paraId="57A692EF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2C5FD230" w14:textId="77777777" w:rsidR="006E1AB1" w:rsidRDefault="006E1AB1">
            <w:pPr>
              <w:jc w:val="right"/>
            </w:pPr>
          </w:p>
        </w:tc>
      </w:tr>
      <w:tr w:rsidR="006E1AB1" w14:paraId="0BD87192" w14:textId="77777777">
        <w:trPr>
          <w:jc w:val="center"/>
        </w:trPr>
        <w:tc>
          <w:tcPr>
            <w:tcW w:w="6236" w:type="dxa"/>
          </w:tcPr>
          <w:p w14:paraId="2A8FE146" w14:textId="77777777" w:rsidR="006E1AB1" w:rsidRDefault="006E1AB1"/>
        </w:tc>
        <w:tc>
          <w:tcPr>
            <w:tcW w:w="454" w:type="dxa"/>
          </w:tcPr>
          <w:p w14:paraId="6CC202E2" w14:textId="77777777" w:rsidR="006E1AB1" w:rsidRDefault="006E1AB1"/>
        </w:tc>
        <w:tc>
          <w:tcPr>
            <w:tcW w:w="1984" w:type="dxa"/>
          </w:tcPr>
          <w:p w14:paraId="69F58ABD" w14:textId="77777777" w:rsidR="006E1AB1" w:rsidRDefault="006E1AB1"/>
        </w:tc>
      </w:tr>
      <w:tr w:rsidR="006E1AB1" w14:paraId="018B9DE4" w14:textId="77777777">
        <w:trPr>
          <w:jc w:val="center"/>
        </w:trPr>
        <w:tc>
          <w:tcPr>
            <w:tcW w:w="6236" w:type="dxa"/>
          </w:tcPr>
          <w:p w14:paraId="098999A7" w14:textId="77777777" w:rsidR="006E1AB1" w:rsidRDefault="00000000">
            <w:r>
              <w:rPr>
                <w:b/>
                <w:sz w:val="16"/>
              </w:rPr>
              <w:t>- Variazione accantonamenti - attività finanziarie effettuata in sede di rendiconto'(+)/(-)</w:t>
            </w:r>
          </w:p>
        </w:tc>
        <w:tc>
          <w:tcPr>
            <w:tcW w:w="454" w:type="dxa"/>
          </w:tcPr>
          <w:p w14:paraId="7ED84433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9BD62FF" w14:textId="77777777" w:rsidR="006E1AB1" w:rsidRDefault="006E1AB1">
            <w:pPr>
              <w:jc w:val="right"/>
            </w:pPr>
          </w:p>
        </w:tc>
      </w:tr>
      <w:tr w:rsidR="006E1AB1" w14:paraId="395C0886" w14:textId="77777777">
        <w:trPr>
          <w:jc w:val="center"/>
        </w:trPr>
        <w:tc>
          <w:tcPr>
            <w:tcW w:w="6236" w:type="dxa"/>
          </w:tcPr>
          <w:p w14:paraId="6434F1B8" w14:textId="77777777" w:rsidR="006E1AB1" w:rsidRDefault="006E1AB1"/>
        </w:tc>
        <w:tc>
          <w:tcPr>
            <w:tcW w:w="454" w:type="dxa"/>
          </w:tcPr>
          <w:p w14:paraId="5E29FB08" w14:textId="77777777" w:rsidR="006E1AB1" w:rsidRDefault="006E1AB1"/>
        </w:tc>
        <w:tc>
          <w:tcPr>
            <w:tcW w:w="1984" w:type="dxa"/>
          </w:tcPr>
          <w:p w14:paraId="0B904963" w14:textId="77777777" w:rsidR="006E1AB1" w:rsidRDefault="006E1AB1"/>
        </w:tc>
      </w:tr>
      <w:tr w:rsidR="006E1AB1" w14:paraId="114919CE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1ABFC0F1" w14:textId="77777777" w:rsidR="006E1AB1" w:rsidRDefault="00000000">
            <w:r>
              <w:rPr>
                <w:sz w:val="16"/>
              </w:rPr>
              <w:t>VF/3) Variazioni attività finanziaria - equilibrio complessivo</w:t>
            </w:r>
          </w:p>
        </w:tc>
        <w:tc>
          <w:tcPr>
            <w:tcW w:w="454" w:type="dxa"/>
            <w:shd w:val="clear" w:color="auto" w:fill="D9E1F2"/>
          </w:tcPr>
          <w:p w14:paraId="4959A33C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0ED80BCB" w14:textId="77777777" w:rsidR="006E1AB1" w:rsidRDefault="006E1AB1">
            <w:pPr>
              <w:jc w:val="right"/>
            </w:pPr>
          </w:p>
        </w:tc>
      </w:tr>
      <w:tr w:rsidR="006E1AB1" w14:paraId="5CBD4776" w14:textId="77777777">
        <w:trPr>
          <w:jc w:val="center"/>
        </w:trPr>
        <w:tc>
          <w:tcPr>
            <w:tcW w:w="6236" w:type="dxa"/>
          </w:tcPr>
          <w:p w14:paraId="3C6FAA02" w14:textId="77777777" w:rsidR="006E1AB1" w:rsidRDefault="006E1AB1"/>
        </w:tc>
        <w:tc>
          <w:tcPr>
            <w:tcW w:w="454" w:type="dxa"/>
          </w:tcPr>
          <w:p w14:paraId="22D9F515" w14:textId="77777777" w:rsidR="006E1AB1" w:rsidRDefault="006E1AB1"/>
        </w:tc>
        <w:tc>
          <w:tcPr>
            <w:tcW w:w="1984" w:type="dxa"/>
          </w:tcPr>
          <w:p w14:paraId="1E9BDEC1" w14:textId="77777777" w:rsidR="006E1AB1" w:rsidRDefault="006E1AB1"/>
        </w:tc>
      </w:tr>
      <w:tr w:rsidR="006E1AB1" w14:paraId="49EEE833" w14:textId="77777777">
        <w:trPr>
          <w:jc w:val="center"/>
        </w:trPr>
        <w:tc>
          <w:tcPr>
            <w:tcW w:w="6236" w:type="dxa"/>
            <w:shd w:val="clear" w:color="auto" w:fill="BDD7EE"/>
          </w:tcPr>
          <w:p w14:paraId="646B604B" w14:textId="77777777" w:rsidR="006E1AB1" w:rsidRDefault="00000000">
            <w:r>
              <w:rPr>
                <w:b/>
                <w:sz w:val="16"/>
              </w:rPr>
              <w:t>W/1) RISULTATO DI COMPETENZA (W/1 = O/1 + Z/1)</w:t>
            </w:r>
          </w:p>
        </w:tc>
        <w:tc>
          <w:tcPr>
            <w:tcW w:w="454" w:type="dxa"/>
            <w:shd w:val="clear" w:color="auto" w:fill="BDD7EE"/>
          </w:tcPr>
          <w:p w14:paraId="065A02B4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BDD7EE"/>
          </w:tcPr>
          <w:p w14:paraId="4626649E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413.022,68</w:t>
            </w:r>
          </w:p>
        </w:tc>
      </w:tr>
      <w:tr w:rsidR="006E1AB1" w14:paraId="4F622114" w14:textId="77777777">
        <w:trPr>
          <w:jc w:val="center"/>
        </w:trPr>
        <w:tc>
          <w:tcPr>
            <w:tcW w:w="6236" w:type="dxa"/>
            <w:shd w:val="clear" w:color="auto" w:fill="BDD7EE"/>
          </w:tcPr>
          <w:p w14:paraId="6D4ECE75" w14:textId="77777777" w:rsidR="006E1AB1" w:rsidRDefault="00000000">
            <w:r>
              <w:rPr>
                <w:b/>
                <w:sz w:val="16"/>
              </w:rPr>
              <w:t>W/2) EQUILIBRIO DI BILANCIO (W/2 = O2 + Z/2)</w:t>
            </w:r>
          </w:p>
        </w:tc>
        <w:tc>
          <w:tcPr>
            <w:tcW w:w="454" w:type="dxa"/>
            <w:shd w:val="clear" w:color="auto" w:fill="BDD7EE"/>
          </w:tcPr>
          <w:p w14:paraId="035347DB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BDD7EE"/>
          </w:tcPr>
          <w:p w14:paraId="2CF85F0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413.022,68</w:t>
            </w:r>
          </w:p>
        </w:tc>
      </w:tr>
      <w:tr w:rsidR="006E1AB1" w14:paraId="0D8B33E1" w14:textId="77777777">
        <w:trPr>
          <w:jc w:val="center"/>
        </w:trPr>
        <w:tc>
          <w:tcPr>
            <w:tcW w:w="6236" w:type="dxa"/>
            <w:shd w:val="clear" w:color="auto" w:fill="BDD7EE"/>
          </w:tcPr>
          <w:p w14:paraId="029BDA14" w14:textId="77777777" w:rsidR="006E1AB1" w:rsidRDefault="00000000">
            <w:r>
              <w:rPr>
                <w:b/>
                <w:sz w:val="16"/>
              </w:rPr>
              <w:t>W/3) EQUILIBRIO COMPLESSIVO (W/3 = O/3 + Z/3)</w:t>
            </w:r>
          </w:p>
        </w:tc>
        <w:tc>
          <w:tcPr>
            <w:tcW w:w="454" w:type="dxa"/>
            <w:shd w:val="clear" w:color="auto" w:fill="BDD7EE"/>
          </w:tcPr>
          <w:p w14:paraId="3009F4A1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BDD7EE"/>
          </w:tcPr>
          <w:p w14:paraId="08FA834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413.022,68</w:t>
            </w:r>
          </w:p>
        </w:tc>
      </w:tr>
      <w:tr w:rsidR="006E1AB1" w14:paraId="056C25D5" w14:textId="77777777">
        <w:trPr>
          <w:jc w:val="center"/>
        </w:trPr>
        <w:tc>
          <w:tcPr>
            <w:tcW w:w="6236" w:type="dxa"/>
          </w:tcPr>
          <w:p w14:paraId="30520699" w14:textId="77777777" w:rsidR="006E1AB1" w:rsidRDefault="006E1AB1"/>
        </w:tc>
        <w:tc>
          <w:tcPr>
            <w:tcW w:w="454" w:type="dxa"/>
          </w:tcPr>
          <w:p w14:paraId="55D3D67A" w14:textId="77777777" w:rsidR="006E1AB1" w:rsidRDefault="006E1AB1"/>
        </w:tc>
        <w:tc>
          <w:tcPr>
            <w:tcW w:w="1984" w:type="dxa"/>
          </w:tcPr>
          <w:p w14:paraId="3AD7D752" w14:textId="77777777" w:rsidR="006E1AB1" w:rsidRDefault="006E1AB1"/>
        </w:tc>
      </w:tr>
      <w:tr w:rsidR="006E1AB1" w14:paraId="458FC000" w14:textId="77777777">
        <w:trPr>
          <w:jc w:val="center"/>
        </w:trPr>
        <w:tc>
          <w:tcPr>
            <w:tcW w:w="6236" w:type="dxa"/>
            <w:shd w:val="clear" w:color="auto" w:fill="F2F2F2"/>
          </w:tcPr>
          <w:p w14:paraId="20F402F8" w14:textId="77777777" w:rsidR="006E1AB1" w:rsidRDefault="00000000">
            <w:r>
              <w:rPr>
                <w:sz w:val="16"/>
              </w:rPr>
              <w:t>Saldo corrente ai fini della copertura degli investimenti pluriennali:</w:t>
            </w:r>
          </w:p>
        </w:tc>
        <w:tc>
          <w:tcPr>
            <w:tcW w:w="454" w:type="dxa"/>
            <w:shd w:val="clear" w:color="auto" w:fill="F2F2F2"/>
          </w:tcPr>
          <w:p w14:paraId="4C22AC79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F2F2F2"/>
          </w:tcPr>
          <w:p w14:paraId="693F89A0" w14:textId="77777777" w:rsidR="006E1AB1" w:rsidRDefault="006E1AB1">
            <w:pPr>
              <w:jc w:val="right"/>
            </w:pPr>
          </w:p>
        </w:tc>
      </w:tr>
      <w:tr w:rsidR="006E1AB1" w14:paraId="70D1E098" w14:textId="77777777">
        <w:trPr>
          <w:jc w:val="center"/>
        </w:trPr>
        <w:tc>
          <w:tcPr>
            <w:tcW w:w="6236" w:type="dxa"/>
          </w:tcPr>
          <w:p w14:paraId="36C5AA06" w14:textId="77777777" w:rsidR="006E1AB1" w:rsidRDefault="00000000">
            <w:r>
              <w:rPr>
                <w:b/>
                <w:sz w:val="16"/>
              </w:rPr>
              <w:t>O1) Risultato di competenza di parte corrente</w:t>
            </w:r>
          </w:p>
        </w:tc>
        <w:tc>
          <w:tcPr>
            <w:tcW w:w="454" w:type="dxa"/>
          </w:tcPr>
          <w:p w14:paraId="581882D7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133286.02</w:t>
            </w:r>
          </w:p>
        </w:tc>
        <w:tc>
          <w:tcPr>
            <w:tcW w:w="1984" w:type="dxa"/>
          </w:tcPr>
          <w:p w14:paraId="3F606A11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133.286,02</w:t>
            </w:r>
          </w:p>
        </w:tc>
      </w:tr>
      <w:tr w:rsidR="006E1AB1" w14:paraId="709F7679" w14:textId="77777777">
        <w:trPr>
          <w:jc w:val="center"/>
        </w:trPr>
        <w:tc>
          <w:tcPr>
            <w:tcW w:w="6236" w:type="dxa"/>
          </w:tcPr>
          <w:p w14:paraId="3EA21FEE" w14:textId="77777777" w:rsidR="006E1AB1" w:rsidRDefault="00000000">
            <w:r>
              <w:rPr>
                <w:b/>
                <w:sz w:val="16"/>
              </w:rPr>
              <w:t>Utilizzo risultato di amministrazione destinato al finanziamento di spese correnti ricorrenti e al rimborso di prestiti al netto del fondo anticipazione di liquidità</w:t>
            </w:r>
          </w:p>
        </w:tc>
        <w:tc>
          <w:tcPr>
            <w:tcW w:w="454" w:type="dxa"/>
          </w:tcPr>
          <w:p w14:paraId="6CAFB8E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2C55BF7A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33.962,12</w:t>
            </w:r>
          </w:p>
        </w:tc>
      </w:tr>
      <w:tr w:rsidR="006E1AB1" w14:paraId="1C2B73A2" w14:textId="77777777">
        <w:trPr>
          <w:jc w:val="center"/>
        </w:trPr>
        <w:tc>
          <w:tcPr>
            <w:tcW w:w="6236" w:type="dxa"/>
          </w:tcPr>
          <w:p w14:paraId="3090E0EA" w14:textId="77777777" w:rsidR="006E1AB1" w:rsidRDefault="00000000">
            <w:r>
              <w:rPr>
                <w:b/>
                <w:sz w:val="16"/>
              </w:rPr>
              <w:t>Entrate non ricorrenti che non hanno dato copertura a impegni</w:t>
            </w:r>
          </w:p>
        </w:tc>
        <w:tc>
          <w:tcPr>
            <w:tcW w:w="454" w:type="dxa"/>
          </w:tcPr>
          <w:p w14:paraId="41114CA5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FB63566" w14:textId="77777777" w:rsidR="006E1AB1" w:rsidRDefault="006E1AB1">
            <w:pPr>
              <w:jc w:val="right"/>
            </w:pPr>
          </w:p>
        </w:tc>
      </w:tr>
      <w:tr w:rsidR="006E1AB1" w14:paraId="6C02AB4B" w14:textId="77777777">
        <w:trPr>
          <w:jc w:val="center"/>
        </w:trPr>
        <w:tc>
          <w:tcPr>
            <w:tcW w:w="6236" w:type="dxa"/>
          </w:tcPr>
          <w:p w14:paraId="49FFBEB4" w14:textId="77777777" w:rsidR="006E1AB1" w:rsidRDefault="00000000">
            <w:r>
              <w:rPr>
                <w:b/>
                <w:sz w:val="16"/>
              </w:rPr>
              <w:t>- Risorse accantonate di parte corrente stanziate nel bilancio dell'esercizio 2026</w:t>
            </w:r>
          </w:p>
        </w:tc>
        <w:tc>
          <w:tcPr>
            <w:tcW w:w="454" w:type="dxa"/>
          </w:tcPr>
          <w:p w14:paraId="7343E9B6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0F69E1A8" w14:textId="77777777" w:rsidR="006E1AB1" w:rsidRDefault="006E1AB1">
            <w:pPr>
              <w:jc w:val="right"/>
            </w:pPr>
          </w:p>
        </w:tc>
      </w:tr>
      <w:tr w:rsidR="006E1AB1" w14:paraId="1D3DD382" w14:textId="77777777">
        <w:trPr>
          <w:jc w:val="center"/>
        </w:trPr>
        <w:tc>
          <w:tcPr>
            <w:tcW w:w="6236" w:type="dxa"/>
          </w:tcPr>
          <w:p w14:paraId="3D723E1A" w14:textId="77777777" w:rsidR="006E1AB1" w:rsidRDefault="00000000">
            <w:r>
              <w:rPr>
                <w:b/>
                <w:sz w:val="16"/>
              </w:rPr>
              <w:t>- Variazione accantonamenti di parte corrente effettuata in sede di rendiconto'(+)/(-)</w:t>
            </w:r>
          </w:p>
        </w:tc>
        <w:tc>
          <w:tcPr>
            <w:tcW w:w="454" w:type="dxa"/>
          </w:tcPr>
          <w:p w14:paraId="62C54DF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64D4431" w14:textId="77777777" w:rsidR="006E1AB1" w:rsidRDefault="006E1AB1">
            <w:pPr>
              <w:jc w:val="right"/>
            </w:pPr>
          </w:p>
        </w:tc>
      </w:tr>
      <w:tr w:rsidR="006E1AB1" w14:paraId="09B62E4C" w14:textId="77777777">
        <w:trPr>
          <w:jc w:val="center"/>
        </w:trPr>
        <w:tc>
          <w:tcPr>
            <w:tcW w:w="6236" w:type="dxa"/>
          </w:tcPr>
          <w:p w14:paraId="67E7F58B" w14:textId="77777777" w:rsidR="006E1AB1" w:rsidRDefault="00000000">
            <w:r>
              <w:rPr>
                <w:b/>
                <w:sz w:val="16"/>
              </w:rPr>
              <w:t>- Risorse vincolate di parte corrente nel bilancio</w:t>
            </w:r>
          </w:p>
        </w:tc>
        <w:tc>
          <w:tcPr>
            <w:tcW w:w="454" w:type="dxa"/>
          </w:tcPr>
          <w:p w14:paraId="48C3D519" w14:textId="77777777" w:rsidR="006E1AB1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BD306BC" w14:textId="77777777" w:rsidR="006E1AB1" w:rsidRDefault="006E1AB1">
            <w:pPr>
              <w:jc w:val="right"/>
            </w:pPr>
          </w:p>
        </w:tc>
      </w:tr>
      <w:tr w:rsidR="006E1AB1" w14:paraId="35ED55A4" w14:textId="77777777">
        <w:trPr>
          <w:jc w:val="center"/>
        </w:trPr>
        <w:tc>
          <w:tcPr>
            <w:tcW w:w="6236" w:type="dxa"/>
            <w:shd w:val="clear" w:color="auto" w:fill="FFF2CC"/>
          </w:tcPr>
          <w:p w14:paraId="2D1ABE7A" w14:textId="77777777" w:rsidR="006E1AB1" w:rsidRDefault="00000000">
            <w:r>
              <w:rPr>
                <w:sz w:val="16"/>
              </w:rPr>
              <w:t>Equilibrio di parte corrente ai fini della copertura degli investimenti plurien.</w:t>
            </w:r>
          </w:p>
        </w:tc>
        <w:tc>
          <w:tcPr>
            <w:tcW w:w="454" w:type="dxa"/>
            <w:shd w:val="clear" w:color="auto" w:fill="FFF2CC"/>
          </w:tcPr>
          <w:p w14:paraId="760A0FE1" w14:textId="77777777" w:rsidR="006E1AB1" w:rsidRDefault="006E1AB1">
            <w:pPr>
              <w:jc w:val="right"/>
            </w:pPr>
          </w:p>
        </w:tc>
        <w:tc>
          <w:tcPr>
            <w:tcW w:w="1984" w:type="dxa"/>
            <w:shd w:val="clear" w:color="auto" w:fill="FFF2CC"/>
          </w:tcPr>
          <w:p w14:paraId="7B102877" w14:textId="77777777" w:rsidR="006E1AB1" w:rsidRDefault="00000000">
            <w:pPr>
              <w:jc w:val="right"/>
            </w:pPr>
            <w:r>
              <w:rPr>
                <w:sz w:val="16"/>
              </w:rPr>
              <w:t>99.323,90</w:t>
            </w:r>
          </w:p>
        </w:tc>
      </w:tr>
    </w:tbl>
    <w:p w14:paraId="6CFB4A85" w14:textId="77777777" w:rsidR="006E1AB1" w:rsidRDefault="006E1AB1"/>
    <w:p w14:paraId="7F66B744" w14:textId="0DFCAF00" w:rsidR="006E1AB1" w:rsidRDefault="00000000">
      <w:pPr>
        <w:spacing w:after="60"/>
        <w:ind w:firstLine="851"/>
        <w:jc w:val="both"/>
      </w:pPr>
      <w:r>
        <w:t xml:space="preserve">Nel bilancio di previsione 2026-2028, esercizio 2026, sono iscritti alla missione 20 fondi per complessivi euro </w:t>
      </w:r>
      <w:r w:rsidR="00032CC8">
        <w:t>22.893,52</w:t>
      </w:r>
      <w:r>
        <w:t xml:space="preserve">, al netto del Fondo di riserva di competenza. Come si può evincere dal dato esposto al rigo O3), alla data odierna i succitati fondi risultano realizzati per il </w:t>
      </w:r>
      <w:r w:rsidR="00032CC8">
        <w:t>100%</w:t>
      </w:r>
      <w:r>
        <w:t>.</w:t>
      </w:r>
    </w:p>
    <w:p w14:paraId="22919BB9" w14:textId="77777777" w:rsidR="006E1AB1" w:rsidRDefault="006E1AB1"/>
    <w:p w14:paraId="6A28D087" w14:textId="77777777" w:rsidR="00032CC8" w:rsidRDefault="00032CC8"/>
    <w:p w14:paraId="0B393E9B" w14:textId="77777777" w:rsidR="00032CC8" w:rsidRDefault="00032CC8"/>
    <w:p w14:paraId="1F578C21" w14:textId="77777777" w:rsidR="00032CC8" w:rsidRDefault="00032CC8"/>
    <w:p w14:paraId="470FD0F6" w14:textId="77777777" w:rsidR="006E1AB1" w:rsidRDefault="00000000">
      <w:pPr>
        <w:spacing w:before="120" w:after="60"/>
        <w:jc w:val="center"/>
      </w:pPr>
      <w:r>
        <w:rPr>
          <w:b/>
        </w:rPr>
        <w:t>EQUILIBRIO TRA ENTRATE E SPESE PER SERVIZI PER CONTO TERZI</w:t>
      </w:r>
    </w:p>
    <w:p w14:paraId="44D05584" w14:textId="77777777" w:rsidR="006E1AB1" w:rsidRDefault="00000000">
      <w:pPr>
        <w:spacing w:after="60"/>
        <w:ind w:firstLine="851"/>
        <w:jc w:val="both"/>
      </w:pPr>
      <w:r>
        <w:t>Si evidenzia il pareggio nella gestione delle spese/entrate per servizi per conto terzi per la gestione di competenza.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93"/>
        <w:gridCol w:w="2493"/>
        <w:gridCol w:w="2493"/>
        <w:gridCol w:w="2493"/>
      </w:tblGrid>
      <w:tr w:rsidR="006E1AB1" w14:paraId="65CAB833" w14:textId="77777777">
        <w:tc>
          <w:tcPr>
            <w:tcW w:w="2493" w:type="dxa"/>
            <w:shd w:val="clear" w:color="auto" w:fill="DEEAF1"/>
          </w:tcPr>
          <w:p w14:paraId="076D953A" w14:textId="77777777" w:rsidR="006E1AB1" w:rsidRDefault="006E1AB1"/>
        </w:tc>
        <w:tc>
          <w:tcPr>
            <w:tcW w:w="2493" w:type="dxa"/>
            <w:shd w:val="clear" w:color="auto" w:fill="DEEAF1"/>
          </w:tcPr>
          <w:p w14:paraId="1202979B" w14:textId="77777777" w:rsidR="006E1AB1" w:rsidRDefault="00000000">
            <w:pPr>
              <w:jc w:val="center"/>
            </w:pPr>
            <w:r>
              <w:rPr>
                <w:b/>
                <w:sz w:val="18"/>
              </w:rPr>
              <w:t>Stanziamento</w:t>
            </w:r>
          </w:p>
        </w:tc>
        <w:tc>
          <w:tcPr>
            <w:tcW w:w="2493" w:type="dxa"/>
            <w:shd w:val="clear" w:color="auto" w:fill="DEEAF1"/>
          </w:tcPr>
          <w:p w14:paraId="087EDE5E" w14:textId="77777777" w:rsidR="006E1AB1" w:rsidRDefault="00000000">
            <w:pPr>
              <w:jc w:val="center"/>
            </w:pPr>
            <w:r>
              <w:rPr>
                <w:b/>
                <w:sz w:val="18"/>
              </w:rPr>
              <w:t>Accertato / Impegnato</w:t>
            </w:r>
          </w:p>
        </w:tc>
        <w:tc>
          <w:tcPr>
            <w:tcW w:w="2493" w:type="dxa"/>
            <w:shd w:val="clear" w:color="auto" w:fill="DEEAF1"/>
          </w:tcPr>
          <w:p w14:paraId="06257373" w14:textId="77777777" w:rsidR="006E1AB1" w:rsidRDefault="00000000">
            <w:pPr>
              <w:jc w:val="center"/>
            </w:pPr>
            <w:r>
              <w:rPr>
                <w:b/>
                <w:sz w:val="18"/>
              </w:rPr>
              <w:t>% Accertato / Impegnato su Stanziato</w:t>
            </w:r>
          </w:p>
        </w:tc>
      </w:tr>
      <w:tr w:rsidR="006E1AB1" w14:paraId="336F36C0" w14:textId="77777777">
        <w:tc>
          <w:tcPr>
            <w:tcW w:w="2493" w:type="dxa"/>
          </w:tcPr>
          <w:p w14:paraId="2D0969ED" w14:textId="77777777" w:rsidR="006E1AB1" w:rsidRDefault="00000000">
            <w:r>
              <w:rPr>
                <w:sz w:val="18"/>
              </w:rPr>
              <w:t>TITOLO 9 - ENTRATE DA SERVIZI PER CONTO DI TERZI</w:t>
            </w:r>
          </w:p>
        </w:tc>
        <w:tc>
          <w:tcPr>
            <w:tcW w:w="2493" w:type="dxa"/>
          </w:tcPr>
          <w:p w14:paraId="5D316411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  <w:tc>
          <w:tcPr>
            <w:tcW w:w="2493" w:type="dxa"/>
          </w:tcPr>
          <w:p w14:paraId="4AD8B824" w14:textId="77777777" w:rsidR="006E1AB1" w:rsidRDefault="00000000">
            <w:pPr>
              <w:jc w:val="right"/>
            </w:pPr>
            <w:r>
              <w:rPr>
                <w:sz w:val="18"/>
              </w:rPr>
              <w:t>112.731,49</w:t>
            </w:r>
          </w:p>
        </w:tc>
        <w:tc>
          <w:tcPr>
            <w:tcW w:w="2493" w:type="dxa"/>
          </w:tcPr>
          <w:p w14:paraId="771D205B" w14:textId="77777777" w:rsidR="006E1AB1" w:rsidRDefault="00000000">
            <w:pPr>
              <w:jc w:val="right"/>
            </w:pPr>
            <w:r>
              <w:rPr>
                <w:sz w:val="18"/>
              </w:rPr>
              <w:t>37,33</w:t>
            </w:r>
          </w:p>
        </w:tc>
      </w:tr>
      <w:tr w:rsidR="006E1AB1" w14:paraId="3099A887" w14:textId="77777777">
        <w:tc>
          <w:tcPr>
            <w:tcW w:w="2493" w:type="dxa"/>
          </w:tcPr>
          <w:p w14:paraId="4C94289C" w14:textId="77777777" w:rsidR="006E1AB1" w:rsidRDefault="00000000">
            <w:r>
              <w:rPr>
                <w:sz w:val="18"/>
              </w:rPr>
              <w:t>TITOLO 7 - SPESE PER SERVIZI PER CONTO DI TERZI</w:t>
            </w:r>
          </w:p>
        </w:tc>
        <w:tc>
          <w:tcPr>
            <w:tcW w:w="2493" w:type="dxa"/>
          </w:tcPr>
          <w:p w14:paraId="6AE6BFBC" w14:textId="77777777" w:rsidR="006E1AB1" w:rsidRDefault="00000000">
            <w:pPr>
              <w:jc w:val="right"/>
            </w:pPr>
            <w:r>
              <w:rPr>
                <w:sz w:val="18"/>
              </w:rPr>
              <w:t>302.000,00</w:t>
            </w:r>
          </w:p>
        </w:tc>
        <w:tc>
          <w:tcPr>
            <w:tcW w:w="2493" w:type="dxa"/>
          </w:tcPr>
          <w:p w14:paraId="3156920C" w14:textId="77777777" w:rsidR="006E1AB1" w:rsidRDefault="00000000">
            <w:pPr>
              <w:jc w:val="right"/>
            </w:pPr>
            <w:r>
              <w:rPr>
                <w:sz w:val="18"/>
              </w:rPr>
              <w:t>112.731,49</w:t>
            </w:r>
          </w:p>
        </w:tc>
        <w:tc>
          <w:tcPr>
            <w:tcW w:w="2493" w:type="dxa"/>
          </w:tcPr>
          <w:p w14:paraId="612DAED9" w14:textId="77777777" w:rsidR="006E1AB1" w:rsidRDefault="00000000">
            <w:pPr>
              <w:jc w:val="right"/>
            </w:pPr>
            <w:r>
              <w:rPr>
                <w:sz w:val="18"/>
              </w:rPr>
              <w:t>37,33</w:t>
            </w:r>
          </w:p>
        </w:tc>
      </w:tr>
      <w:tr w:rsidR="006E1AB1" w14:paraId="4F7C2A72" w14:textId="77777777">
        <w:tc>
          <w:tcPr>
            <w:tcW w:w="2493" w:type="dxa"/>
          </w:tcPr>
          <w:p w14:paraId="11E319E3" w14:textId="77777777" w:rsidR="006E1AB1" w:rsidRDefault="00000000">
            <w:r>
              <w:rPr>
                <w:sz w:val="18"/>
              </w:rPr>
              <w:t>SALDO</w:t>
            </w:r>
          </w:p>
        </w:tc>
        <w:tc>
          <w:tcPr>
            <w:tcW w:w="2493" w:type="dxa"/>
          </w:tcPr>
          <w:p w14:paraId="5064E0F2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493" w:type="dxa"/>
          </w:tcPr>
          <w:p w14:paraId="491688B1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493" w:type="dxa"/>
          </w:tcPr>
          <w:p w14:paraId="0086D3E8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</w:tbl>
    <w:p w14:paraId="697535F9" w14:textId="77777777" w:rsidR="006E1AB1" w:rsidRDefault="006E1AB1"/>
    <w:p w14:paraId="40E5067D" w14:textId="77777777" w:rsidR="00032CC8" w:rsidRDefault="00032CC8"/>
    <w:p w14:paraId="29BC369D" w14:textId="77777777" w:rsidR="00032CC8" w:rsidRDefault="00032CC8"/>
    <w:p w14:paraId="5BFF9A73" w14:textId="77777777" w:rsidR="00032CC8" w:rsidRDefault="00032CC8"/>
    <w:p w14:paraId="50A47F9A" w14:textId="77777777" w:rsidR="006E1AB1" w:rsidRDefault="00000000">
      <w:pPr>
        <w:spacing w:before="120" w:after="60"/>
        <w:jc w:val="center"/>
      </w:pPr>
      <w:r>
        <w:rPr>
          <w:b/>
        </w:rPr>
        <w:lastRenderedPageBreak/>
        <w:t>RICOGNIZIONE SULLA CONSISTENZA DEL F.C.D.E.</w:t>
      </w:r>
    </w:p>
    <w:p w14:paraId="51C0113C" w14:textId="77777777" w:rsidR="006E1AB1" w:rsidRDefault="00000000">
      <w:pPr>
        <w:spacing w:after="60"/>
        <w:ind w:firstLine="851"/>
        <w:jc w:val="both"/>
      </w:pPr>
      <w:r>
        <w:t>Ai fini della verifica della consistenza del Fondo Crediti di Dubbia Esigibilità accantonato in sede di rendiconto, è stata presa in esame la realizzazione delle entrate a residuo soggette a svalutazione.</w:t>
      </w:r>
    </w:p>
    <w:p w14:paraId="5061FFEA" w14:textId="77777777" w:rsidR="006E1AB1" w:rsidRDefault="00000000">
      <w:pPr>
        <w:spacing w:after="60"/>
        <w:ind w:firstLine="851"/>
        <w:jc w:val="both"/>
      </w:pPr>
      <w:r>
        <w:t>Si evidenzia che il Fondo Crediti Dubbia Esigibilità accantonato in sede di rendiconto risulta essere congruo.</w:t>
      </w:r>
    </w:p>
    <w:p w14:paraId="5AA39B08" w14:textId="77777777" w:rsidR="006E1AB1" w:rsidRDefault="00000000">
      <w:pPr>
        <w:spacing w:after="60"/>
        <w:ind w:firstLine="851"/>
        <w:jc w:val="both"/>
      </w:pPr>
      <w:r>
        <w:t>Ai fini della verifica della consistenza del Fondo Crediti di Dubbia Esigibilità accantonato nel bilancio di previsione, è stata presa in esame la realizzazione delle entrate a competenza soggette a svalutazione.</w:t>
      </w:r>
    </w:p>
    <w:p w14:paraId="517F78BE" w14:textId="77777777" w:rsidR="006E1AB1" w:rsidRDefault="00000000">
      <w:pPr>
        <w:spacing w:after="60"/>
        <w:ind w:firstLine="851"/>
        <w:jc w:val="both"/>
      </w:pPr>
      <w:r>
        <w:t>Si evidenzia che il Fondo Crediti Dubbia Esigibilità accantonato nelle previsioni di bilancio (comprensive delle variazioni proposte nella presente relazione) risulta essere congruo.</w:t>
      </w:r>
    </w:p>
    <w:p w14:paraId="2247EE03" w14:textId="77777777" w:rsidR="006E1AB1" w:rsidRDefault="00000000">
      <w:r>
        <w:br w:type="page"/>
      </w:r>
    </w:p>
    <w:p w14:paraId="3C82AC87" w14:textId="77777777" w:rsidR="006E1AB1" w:rsidRDefault="00000000">
      <w:pPr>
        <w:spacing w:before="120" w:after="60"/>
        <w:jc w:val="center"/>
      </w:pPr>
      <w:r>
        <w:rPr>
          <w:b/>
        </w:rPr>
        <w:lastRenderedPageBreak/>
        <w:t>EQUILIBRIO NELLA GESTIONE DELLA CASSA</w:t>
      </w:r>
    </w:p>
    <w:p w14:paraId="7C217CCC" w14:textId="77777777" w:rsidR="006E1AB1" w:rsidRDefault="00000000">
      <w:pPr>
        <w:spacing w:after="60"/>
        <w:ind w:firstLine="851"/>
        <w:jc w:val="both"/>
      </w:pPr>
      <w:r>
        <w:t xml:space="preserve">Gli equilibri di bilancio di cassa trovano fondamento normativo nel comma primo dell'articolo 193 del TUEL che testualmente recita: </w:t>
      </w:r>
      <w:r>
        <w:rPr>
          <w:i/>
        </w:rPr>
        <w:t xml:space="preserve">"Gli enti locali rispettano durante la gestione e nelle variazioni di bilancio il pareggio finanziario e tutti gli equilibri stabiliti in bilancio per la copertura delle spese correnti e per il finanziamento degli investimenti, secondo le norme contabili recate dal presente testo unico, con particolare riferimento agli equilibri di competenza </w:t>
      </w:r>
      <w:r>
        <w:rPr>
          <w:b/>
          <w:i/>
        </w:rPr>
        <w:t>e di cassa</w:t>
      </w:r>
      <w:r>
        <w:rPr>
          <w:i/>
        </w:rPr>
        <w:t xml:space="preserve"> di cui all'art. 162, comma 6."</w:t>
      </w:r>
    </w:p>
    <w:p w14:paraId="2BBDA26F" w14:textId="77777777" w:rsidR="006E1AB1" w:rsidRDefault="00000000">
      <w:pPr>
        <w:spacing w:after="60"/>
        <w:ind w:firstLine="851"/>
        <w:jc w:val="both"/>
      </w:pPr>
      <w:r>
        <w:t xml:space="preserve">Come riportato nella tabella che segue, il saldo ottenuto dalla gestione monetaria propria dell'esercizio finanziario 2026, addizionato al fondo di cassa iniziale, evidenzia un saldo finale prospettico </w:t>
      </w:r>
      <w:r>
        <w:rPr>
          <w:i/>
        </w:rPr>
        <w:t>"non negativo"</w:t>
      </w:r>
      <w: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52"/>
        <w:gridCol w:w="1814"/>
        <w:gridCol w:w="1814"/>
        <w:gridCol w:w="1814"/>
      </w:tblGrid>
      <w:tr w:rsidR="006E1AB1" w14:paraId="21C453A9" w14:textId="77777777">
        <w:tc>
          <w:tcPr>
            <w:tcW w:w="4252" w:type="dxa"/>
            <w:shd w:val="clear" w:color="auto" w:fill="DEEAF1"/>
          </w:tcPr>
          <w:p w14:paraId="250D4DC6" w14:textId="77777777" w:rsidR="006E1AB1" w:rsidRDefault="006E1AB1"/>
        </w:tc>
        <w:tc>
          <w:tcPr>
            <w:tcW w:w="1814" w:type="dxa"/>
            <w:shd w:val="clear" w:color="auto" w:fill="DEEAF1"/>
          </w:tcPr>
          <w:p w14:paraId="0A6D696B" w14:textId="77777777" w:rsidR="006E1AB1" w:rsidRDefault="00000000">
            <w:pPr>
              <w:jc w:val="center"/>
            </w:pPr>
            <w:r>
              <w:rPr>
                <w:b/>
                <w:sz w:val="18"/>
              </w:rPr>
              <w:t>Competenza</w:t>
            </w:r>
          </w:p>
        </w:tc>
        <w:tc>
          <w:tcPr>
            <w:tcW w:w="1814" w:type="dxa"/>
            <w:shd w:val="clear" w:color="auto" w:fill="DEEAF1"/>
          </w:tcPr>
          <w:p w14:paraId="2271E219" w14:textId="77777777" w:rsidR="006E1AB1" w:rsidRDefault="00000000">
            <w:pPr>
              <w:jc w:val="center"/>
            </w:pPr>
            <w:r>
              <w:rPr>
                <w:b/>
                <w:sz w:val="18"/>
              </w:rPr>
              <w:t>Residui</w:t>
            </w:r>
          </w:p>
        </w:tc>
        <w:tc>
          <w:tcPr>
            <w:tcW w:w="1814" w:type="dxa"/>
            <w:shd w:val="clear" w:color="auto" w:fill="DEEAF1"/>
          </w:tcPr>
          <w:p w14:paraId="05FBA3B7" w14:textId="77777777" w:rsidR="006E1AB1" w:rsidRDefault="00000000">
            <w:pPr>
              <w:jc w:val="center"/>
            </w:pPr>
            <w:r>
              <w:rPr>
                <w:b/>
                <w:sz w:val="18"/>
              </w:rPr>
              <w:t>Totale</w:t>
            </w:r>
          </w:p>
        </w:tc>
      </w:tr>
      <w:tr w:rsidR="006E1AB1" w14:paraId="2DEEF8F1" w14:textId="77777777">
        <w:tc>
          <w:tcPr>
            <w:tcW w:w="4252" w:type="dxa"/>
            <w:shd w:val="clear" w:color="auto" w:fill="E2EFDA"/>
          </w:tcPr>
          <w:p w14:paraId="03CA4C5F" w14:textId="77777777" w:rsidR="006E1AB1" w:rsidRDefault="00000000">
            <w:r>
              <w:rPr>
                <w:b/>
                <w:sz w:val="18"/>
              </w:rPr>
              <w:t>ENTRATA - RISCOSSIONI</w:t>
            </w:r>
          </w:p>
        </w:tc>
        <w:tc>
          <w:tcPr>
            <w:tcW w:w="1814" w:type="dxa"/>
            <w:shd w:val="clear" w:color="auto" w:fill="E2EFDA"/>
          </w:tcPr>
          <w:p w14:paraId="02E0810D" w14:textId="77777777" w:rsidR="006E1AB1" w:rsidRDefault="006E1AB1"/>
        </w:tc>
        <w:tc>
          <w:tcPr>
            <w:tcW w:w="1814" w:type="dxa"/>
            <w:shd w:val="clear" w:color="auto" w:fill="E2EFDA"/>
          </w:tcPr>
          <w:p w14:paraId="79C38D76" w14:textId="77777777" w:rsidR="006E1AB1" w:rsidRDefault="006E1AB1"/>
        </w:tc>
        <w:tc>
          <w:tcPr>
            <w:tcW w:w="1814" w:type="dxa"/>
            <w:shd w:val="clear" w:color="auto" w:fill="E2EFDA"/>
          </w:tcPr>
          <w:p w14:paraId="5E16DB7B" w14:textId="77777777" w:rsidR="006E1AB1" w:rsidRDefault="006E1AB1"/>
        </w:tc>
      </w:tr>
      <w:tr w:rsidR="006E1AB1" w14:paraId="6EFC7467" w14:textId="77777777">
        <w:tc>
          <w:tcPr>
            <w:tcW w:w="4252" w:type="dxa"/>
          </w:tcPr>
          <w:p w14:paraId="43D107AC" w14:textId="77777777" w:rsidR="006E1AB1" w:rsidRDefault="00000000">
            <w:r>
              <w:rPr>
                <w:sz w:val="17"/>
              </w:rPr>
              <w:t>Titolo 1 - Entrate correnti di natura tributaria, contributiva e perequativa</w:t>
            </w:r>
          </w:p>
        </w:tc>
        <w:tc>
          <w:tcPr>
            <w:tcW w:w="1814" w:type="dxa"/>
          </w:tcPr>
          <w:p w14:paraId="45202E52" w14:textId="77777777" w:rsidR="006E1AB1" w:rsidRDefault="00000000">
            <w:pPr>
              <w:jc w:val="right"/>
            </w:pPr>
            <w:r>
              <w:rPr>
                <w:sz w:val="17"/>
              </w:rPr>
              <w:t>417.761,85</w:t>
            </w:r>
          </w:p>
        </w:tc>
        <w:tc>
          <w:tcPr>
            <w:tcW w:w="1814" w:type="dxa"/>
          </w:tcPr>
          <w:p w14:paraId="7E9DDBA6" w14:textId="77777777" w:rsidR="006E1AB1" w:rsidRDefault="00000000">
            <w:pPr>
              <w:jc w:val="right"/>
            </w:pPr>
            <w:r>
              <w:rPr>
                <w:sz w:val="17"/>
              </w:rPr>
              <w:t>18.278,88</w:t>
            </w:r>
          </w:p>
        </w:tc>
        <w:tc>
          <w:tcPr>
            <w:tcW w:w="1814" w:type="dxa"/>
          </w:tcPr>
          <w:p w14:paraId="090063AC" w14:textId="77777777" w:rsidR="006E1AB1" w:rsidRDefault="00000000">
            <w:pPr>
              <w:jc w:val="right"/>
            </w:pPr>
            <w:r>
              <w:rPr>
                <w:sz w:val="17"/>
              </w:rPr>
              <w:t>436.040,73</w:t>
            </w:r>
          </w:p>
        </w:tc>
      </w:tr>
      <w:tr w:rsidR="006E1AB1" w14:paraId="3F993685" w14:textId="77777777">
        <w:tc>
          <w:tcPr>
            <w:tcW w:w="4252" w:type="dxa"/>
          </w:tcPr>
          <w:p w14:paraId="660A9917" w14:textId="77777777" w:rsidR="006E1AB1" w:rsidRDefault="00000000">
            <w:r>
              <w:rPr>
                <w:sz w:val="17"/>
              </w:rPr>
              <w:t>Titolo 2 - Trasferimenti correnti</w:t>
            </w:r>
          </w:p>
        </w:tc>
        <w:tc>
          <w:tcPr>
            <w:tcW w:w="1814" w:type="dxa"/>
          </w:tcPr>
          <w:p w14:paraId="3F9FE2FE" w14:textId="77777777" w:rsidR="006E1AB1" w:rsidRDefault="00000000">
            <w:pPr>
              <w:jc w:val="right"/>
            </w:pPr>
            <w:r>
              <w:rPr>
                <w:sz w:val="17"/>
              </w:rPr>
              <w:t>19.162,20</w:t>
            </w:r>
          </w:p>
        </w:tc>
        <w:tc>
          <w:tcPr>
            <w:tcW w:w="1814" w:type="dxa"/>
          </w:tcPr>
          <w:p w14:paraId="73D409BB" w14:textId="77777777" w:rsidR="006E1AB1" w:rsidRDefault="00000000">
            <w:pPr>
              <w:jc w:val="right"/>
            </w:pPr>
            <w:r>
              <w:rPr>
                <w:sz w:val="17"/>
              </w:rPr>
              <w:t>95.953,94</w:t>
            </w:r>
          </w:p>
        </w:tc>
        <w:tc>
          <w:tcPr>
            <w:tcW w:w="1814" w:type="dxa"/>
          </w:tcPr>
          <w:p w14:paraId="28863482" w14:textId="77777777" w:rsidR="006E1AB1" w:rsidRDefault="00000000">
            <w:pPr>
              <w:jc w:val="right"/>
            </w:pPr>
            <w:r>
              <w:rPr>
                <w:sz w:val="17"/>
              </w:rPr>
              <w:t>115.116,14</w:t>
            </w:r>
          </w:p>
        </w:tc>
      </w:tr>
      <w:tr w:rsidR="006E1AB1" w14:paraId="2F5DCCD1" w14:textId="77777777">
        <w:tc>
          <w:tcPr>
            <w:tcW w:w="4252" w:type="dxa"/>
          </w:tcPr>
          <w:p w14:paraId="73CD573E" w14:textId="77777777" w:rsidR="006E1AB1" w:rsidRDefault="00000000">
            <w:r>
              <w:rPr>
                <w:sz w:val="17"/>
              </w:rPr>
              <w:t>Titolo 3 - Entrate extratributarie</w:t>
            </w:r>
          </w:p>
        </w:tc>
        <w:tc>
          <w:tcPr>
            <w:tcW w:w="1814" w:type="dxa"/>
          </w:tcPr>
          <w:p w14:paraId="2798D7F1" w14:textId="77777777" w:rsidR="006E1AB1" w:rsidRDefault="00000000">
            <w:pPr>
              <w:jc w:val="right"/>
            </w:pPr>
            <w:r>
              <w:rPr>
                <w:sz w:val="17"/>
              </w:rPr>
              <w:t>124.969,11</w:t>
            </w:r>
          </w:p>
        </w:tc>
        <w:tc>
          <w:tcPr>
            <w:tcW w:w="1814" w:type="dxa"/>
          </w:tcPr>
          <w:p w14:paraId="2DA0FA1D" w14:textId="77777777" w:rsidR="006E1AB1" w:rsidRDefault="00000000">
            <w:pPr>
              <w:jc w:val="right"/>
            </w:pPr>
            <w:r>
              <w:rPr>
                <w:sz w:val="17"/>
              </w:rPr>
              <w:t>5.852,59</w:t>
            </w:r>
          </w:p>
        </w:tc>
        <w:tc>
          <w:tcPr>
            <w:tcW w:w="1814" w:type="dxa"/>
          </w:tcPr>
          <w:p w14:paraId="13A801E8" w14:textId="77777777" w:rsidR="006E1AB1" w:rsidRDefault="00000000">
            <w:pPr>
              <w:jc w:val="right"/>
            </w:pPr>
            <w:r>
              <w:rPr>
                <w:sz w:val="17"/>
              </w:rPr>
              <w:t>130.821,70</w:t>
            </w:r>
          </w:p>
        </w:tc>
      </w:tr>
      <w:tr w:rsidR="006E1AB1" w14:paraId="02FCB087" w14:textId="77777777">
        <w:tc>
          <w:tcPr>
            <w:tcW w:w="4252" w:type="dxa"/>
          </w:tcPr>
          <w:p w14:paraId="3C8735DC" w14:textId="77777777" w:rsidR="006E1AB1" w:rsidRDefault="00000000">
            <w:r>
              <w:rPr>
                <w:sz w:val="17"/>
              </w:rPr>
              <w:t>Titolo 4 - Entrate in c/capitale</w:t>
            </w:r>
          </w:p>
        </w:tc>
        <w:tc>
          <w:tcPr>
            <w:tcW w:w="1814" w:type="dxa"/>
          </w:tcPr>
          <w:p w14:paraId="2A29FAC9" w14:textId="77777777" w:rsidR="006E1AB1" w:rsidRDefault="00000000">
            <w:pPr>
              <w:jc w:val="right"/>
            </w:pPr>
            <w:r>
              <w:rPr>
                <w:sz w:val="17"/>
              </w:rPr>
              <w:t>8.299,72</w:t>
            </w:r>
          </w:p>
        </w:tc>
        <w:tc>
          <w:tcPr>
            <w:tcW w:w="1814" w:type="dxa"/>
          </w:tcPr>
          <w:p w14:paraId="2786BDE6" w14:textId="77777777" w:rsidR="006E1AB1" w:rsidRDefault="00000000">
            <w:pPr>
              <w:jc w:val="right"/>
            </w:pPr>
            <w:r>
              <w:rPr>
                <w:sz w:val="17"/>
              </w:rPr>
              <w:t>65.721,54</w:t>
            </w:r>
          </w:p>
        </w:tc>
        <w:tc>
          <w:tcPr>
            <w:tcW w:w="1814" w:type="dxa"/>
          </w:tcPr>
          <w:p w14:paraId="772FE1F7" w14:textId="77777777" w:rsidR="006E1AB1" w:rsidRDefault="00000000">
            <w:pPr>
              <w:jc w:val="right"/>
            </w:pPr>
            <w:r>
              <w:rPr>
                <w:sz w:val="17"/>
              </w:rPr>
              <w:t>74.021,26</w:t>
            </w:r>
          </w:p>
        </w:tc>
      </w:tr>
      <w:tr w:rsidR="006E1AB1" w14:paraId="5F71D630" w14:textId="77777777">
        <w:tc>
          <w:tcPr>
            <w:tcW w:w="4252" w:type="dxa"/>
          </w:tcPr>
          <w:p w14:paraId="330CDED2" w14:textId="77777777" w:rsidR="006E1AB1" w:rsidRDefault="00000000">
            <w:r>
              <w:rPr>
                <w:sz w:val="17"/>
              </w:rPr>
              <w:t>Titolo 5 - Entrate da riduzione di attività finanziarie</w:t>
            </w:r>
          </w:p>
        </w:tc>
        <w:tc>
          <w:tcPr>
            <w:tcW w:w="1814" w:type="dxa"/>
          </w:tcPr>
          <w:p w14:paraId="0FCCE57A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428C32DE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1788354F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6E1AB1" w14:paraId="633884E9" w14:textId="77777777">
        <w:tc>
          <w:tcPr>
            <w:tcW w:w="4252" w:type="dxa"/>
          </w:tcPr>
          <w:p w14:paraId="2D32DC03" w14:textId="77777777" w:rsidR="006E1AB1" w:rsidRDefault="00000000">
            <w:r>
              <w:rPr>
                <w:sz w:val="17"/>
              </w:rPr>
              <w:t>Titolo 6 - Accensione prestiti</w:t>
            </w:r>
          </w:p>
        </w:tc>
        <w:tc>
          <w:tcPr>
            <w:tcW w:w="1814" w:type="dxa"/>
          </w:tcPr>
          <w:p w14:paraId="132F1A23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110A694A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5775F4AD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6E1AB1" w14:paraId="565F7332" w14:textId="77777777">
        <w:tc>
          <w:tcPr>
            <w:tcW w:w="4252" w:type="dxa"/>
          </w:tcPr>
          <w:p w14:paraId="0A4FC659" w14:textId="77777777" w:rsidR="006E1AB1" w:rsidRDefault="00000000">
            <w:r>
              <w:rPr>
                <w:sz w:val="17"/>
              </w:rPr>
              <w:t>Titolo 7 - Anticipazioni da istituto tesoriere/cassiere</w:t>
            </w:r>
          </w:p>
        </w:tc>
        <w:tc>
          <w:tcPr>
            <w:tcW w:w="1814" w:type="dxa"/>
          </w:tcPr>
          <w:p w14:paraId="317906CB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0B067802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1236AB89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6E1AB1" w14:paraId="5CBFCD2C" w14:textId="77777777">
        <w:tc>
          <w:tcPr>
            <w:tcW w:w="4252" w:type="dxa"/>
          </w:tcPr>
          <w:p w14:paraId="26D3297F" w14:textId="77777777" w:rsidR="006E1AB1" w:rsidRDefault="00000000">
            <w:r>
              <w:rPr>
                <w:sz w:val="17"/>
              </w:rPr>
              <w:t>Titolo 9 - Entrate per conto terzi e partite di giro</w:t>
            </w:r>
          </w:p>
        </w:tc>
        <w:tc>
          <w:tcPr>
            <w:tcW w:w="1814" w:type="dxa"/>
          </w:tcPr>
          <w:p w14:paraId="0DEBA8EF" w14:textId="77777777" w:rsidR="006E1AB1" w:rsidRDefault="00000000">
            <w:pPr>
              <w:jc w:val="right"/>
            </w:pPr>
            <w:r>
              <w:rPr>
                <w:sz w:val="17"/>
              </w:rPr>
              <w:t>85.951,74</w:t>
            </w:r>
          </w:p>
        </w:tc>
        <w:tc>
          <w:tcPr>
            <w:tcW w:w="1814" w:type="dxa"/>
          </w:tcPr>
          <w:p w14:paraId="24BC8A5B" w14:textId="77777777" w:rsidR="006E1AB1" w:rsidRDefault="00000000">
            <w:pPr>
              <w:jc w:val="right"/>
            </w:pPr>
            <w:r>
              <w:rPr>
                <w:sz w:val="17"/>
              </w:rPr>
              <w:t>7.517,47</w:t>
            </w:r>
          </w:p>
        </w:tc>
        <w:tc>
          <w:tcPr>
            <w:tcW w:w="1814" w:type="dxa"/>
          </w:tcPr>
          <w:p w14:paraId="70147B01" w14:textId="77777777" w:rsidR="006E1AB1" w:rsidRDefault="00000000">
            <w:pPr>
              <w:jc w:val="right"/>
            </w:pPr>
            <w:r>
              <w:rPr>
                <w:sz w:val="17"/>
              </w:rPr>
              <w:t>93.469,21</w:t>
            </w:r>
          </w:p>
        </w:tc>
      </w:tr>
      <w:tr w:rsidR="006E1AB1" w14:paraId="6F3CBA17" w14:textId="77777777">
        <w:tc>
          <w:tcPr>
            <w:tcW w:w="4252" w:type="dxa"/>
            <w:shd w:val="clear" w:color="auto" w:fill="BDD7EE"/>
          </w:tcPr>
          <w:p w14:paraId="452EFBE8" w14:textId="77777777" w:rsidR="006E1AB1" w:rsidRDefault="00000000">
            <w:r>
              <w:rPr>
                <w:b/>
                <w:sz w:val="18"/>
              </w:rPr>
              <w:t>Totale Entrate finali</w:t>
            </w:r>
          </w:p>
        </w:tc>
        <w:tc>
          <w:tcPr>
            <w:tcW w:w="1814" w:type="dxa"/>
            <w:shd w:val="clear" w:color="auto" w:fill="BDD7EE"/>
          </w:tcPr>
          <w:p w14:paraId="3682D4D7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656.144,62</w:t>
            </w:r>
          </w:p>
        </w:tc>
        <w:tc>
          <w:tcPr>
            <w:tcW w:w="1814" w:type="dxa"/>
            <w:shd w:val="clear" w:color="auto" w:fill="BDD7EE"/>
          </w:tcPr>
          <w:p w14:paraId="542C029D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193.324,42</w:t>
            </w:r>
          </w:p>
        </w:tc>
        <w:tc>
          <w:tcPr>
            <w:tcW w:w="1814" w:type="dxa"/>
            <w:shd w:val="clear" w:color="auto" w:fill="BDD7EE"/>
          </w:tcPr>
          <w:p w14:paraId="376D17F4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849.469,04</w:t>
            </w:r>
          </w:p>
        </w:tc>
      </w:tr>
      <w:tr w:rsidR="006E1AB1" w14:paraId="78200280" w14:textId="77777777">
        <w:tc>
          <w:tcPr>
            <w:tcW w:w="4252" w:type="dxa"/>
            <w:shd w:val="clear" w:color="auto" w:fill="FCE4D6"/>
          </w:tcPr>
          <w:p w14:paraId="07BBE504" w14:textId="77777777" w:rsidR="006E1AB1" w:rsidRDefault="00000000">
            <w:r>
              <w:rPr>
                <w:b/>
                <w:sz w:val="18"/>
              </w:rPr>
              <w:t>SPESA - PAGAMENTI</w:t>
            </w:r>
          </w:p>
        </w:tc>
        <w:tc>
          <w:tcPr>
            <w:tcW w:w="1814" w:type="dxa"/>
            <w:shd w:val="clear" w:color="auto" w:fill="FCE4D6"/>
          </w:tcPr>
          <w:p w14:paraId="4E4D8A37" w14:textId="77777777" w:rsidR="006E1AB1" w:rsidRDefault="006E1AB1"/>
        </w:tc>
        <w:tc>
          <w:tcPr>
            <w:tcW w:w="1814" w:type="dxa"/>
            <w:shd w:val="clear" w:color="auto" w:fill="FCE4D6"/>
          </w:tcPr>
          <w:p w14:paraId="0FBC4FED" w14:textId="77777777" w:rsidR="006E1AB1" w:rsidRDefault="006E1AB1"/>
        </w:tc>
        <w:tc>
          <w:tcPr>
            <w:tcW w:w="1814" w:type="dxa"/>
            <w:shd w:val="clear" w:color="auto" w:fill="FCE4D6"/>
          </w:tcPr>
          <w:p w14:paraId="4652F8CF" w14:textId="77777777" w:rsidR="006E1AB1" w:rsidRDefault="006E1AB1"/>
        </w:tc>
      </w:tr>
      <w:tr w:rsidR="006E1AB1" w14:paraId="35DBB80B" w14:textId="77777777">
        <w:tc>
          <w:tcPr>
            <w:tcW w:w="4252" w:type="dxa"/>
          </w:tcPr>
          <w:p w14:paraId="7F0CD884" w14:textId="77777777" w:rsidR="006E1AB1" w:rsidRDefault="00000000">
            <w:r>
              <w:rPr>
                <w:sz w:val="17"/>
              </w:rPr>
              <w:t>Titolo 1 - Spese Correnti</w:t>
            </w:r>
          </w:p>
        </w:tc>
        <w:tc>
          <w:tcPr>
            <w:tcW w:w="1814" w:type="dxa"/>
          </w:tcPr>
          <w:p w14:paraId="2ADB2F13" w14:textId="77777777" w:rsidR="006E1AB1" w:rsidRDefault="00000000">
            <w:pPr>
              <w:jc w:val="right"/>
            </w:pPr>
            <w:r>
              <w:rPr>
                <w:sz w:val="17"/>
              </w:rPr>
              <w:t>259.397,15</w:t>
            </w:r>
          </w:p>
        </w:tc>
        <w:tc>
          <w:tcPr>
            <w:tcW w:w="1814" w:type="dxa"/>
          </w:tcPr>
          <w:p w14:paraId="35A9ADC4" w14:textId="77777777" w:rsidR="006E1AB1" w:rsidRDefault="00000000">
            <w:pPr>
              <w:jc w:val="right"/>
            </w:pPr>
            <w:r>
              <w:rPr>
                <w:sz w:val="17"/>
              </w:rPr>
              <w:t>138.132,58</w:t>
            </w:r>
          </w:p>
        </w:tc>
        <w:tc>
          <w:tcPr>
            <w:tcW w:w="1814" w:type="dxa"/>
          </w:tcPr>
          <w:p w14:paraId="497C0514" w14:textId="77777777" w:rsidR="006E1AB1" w:rsidRDefault="00000000">
            <w:pPr>
              <w:jc w:val="right"/>
            </w:pPr>
            <w:r>
              <w:rPr>
                <w:sz w:val="17"/>
              </w:rPr>
              <w:t>397.529,73</w:t>
            </w:r>
          </w:p>
        </w:tc>
      </w:tr>
      <w:tr w:rsidR="006E1AB1" w14:paraId="1E4AE09A" w14:textId="77777777">
        <w:tc>
          <w:tcPr>
            <w:tcW w:w="4252" w:type="dxa"/>
          </w:tcPr>
          <w:p w14:paraId="4930476D" w14:textId="77777777" w:rsidR="006E1AB1" w:rsidRDefault="00000000">
            <w:r>
              <w:rPr>
                <w:sz w:val="17"/>
              </w:rPr>
              <w:t>Titolo 2 - Spese in c/capitale</w:t>
            </w:r>
          </w:p>
        </w:tc>
        <w:tc>
          <w:tcPr>
            <w:tcW w:w="1814" w:type="dxa"/>
          </w:tcPr>
          <w:p w14:paraId="5C30FABC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5E0FEBD7" w14:textId="77777777" w:rsidR="006E1AB1" w:rsidRDefault="00000000">
            <w:pPr>
              <w:jc w:val="right"/>
            </w:pPr>
            <w:r>
              <w:rPr>
                <w:sz w:val="17"/>
              </w:rPr>
              <w:t>204.800,85</w:t>
            </w:r>
          </w:p>
        </w:tc>
        <w:tc>
          <w:tcPr>
            <w:tcW w:w="1814" w:type="dxa"/>
          </w:tcPr>
          <w:p w14:paraId="23D78660" w14:textId="77777777" w:rsidR="006E1AB1" w:rsidRDefault="00000000">
            <w:pPr>
              <w:jc w:val="right"/>
            </w:pPr>
            <w:r>
              <w:rPr>
                <w:sz w:val="17"/>
              </w:rPr>
              <w:t>204.800,85</w:t>
            </w:r>
          </w:p>
        </w:tc>
      </w:tr>
      <w:tr w:rsidR="006E1AB1" w14:paraId="3E8D3BED" w14:textId="77777777">
        <w:tc>
          <w:tcPr>
            <w:tcW w:w="4252" w:type="dxa"/>
          </w:tcPr>
          <w:p w14:paraId="3997319D" w14:textId="77777777" w:rsidR="006E1AB1" w:rsidRDefault="00000000">
            <w:r>
              <w:rPr>
                <w:sz w:val="17"/>
              </w:rPr>
              <w:t>Titolo 3 - Spese per incremento attività finanziaria</w:t>
            </w:r>
          </w:p>
        </w:tc>
        <w:tc>
          <w:tcPr>
            <w:tcW w:w="1814" w:type="dxa"/>
          </w:tcPr>
          <w:p w14:paraId="78571A51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40997DCD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5B7BFC5C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6E1AB1" w14:paraId="62D21538" w14:textId="77777777">
        <w:tc>
          <w:tcPr>
            <w:tcW w:w="4252" w:type="dxa"/>
          </w:tcPr>
          <w:p w14:paraId="4B40B928" w14:textId="77777777" w:rsidR="006E1AB1" w:rsidRDefault="00000000">
            <w:r>
              <w:rPr>
                <w:sz w:val="17"/>
              </w:rPr>
              <w:t>Titolo 4 - Rimborso Prestiti</w:t>
            </w:r>
          </w:p>
        </w:tc>
        <w:tc>
          <w:tcPr>
            <w:tcW w:w="1814" w:type="dxa"/>
          </w:tcPr>
          <w:p w14:paraId="0D0C0701" w14:textId="77777777" w:rsidR="006E1AB1" w:rsidRDefault="00000000">
            <w:pPr>
              <w:jc w:val="right"/>
            </w:pPr>
            <w:r>
              <w:rPr>
                <w:sz w:val="17"/>
              </w:rPr>
              <w:t>17.359,07</w:t>
            </w:r>
          </w:p>
        </w:tc>
        <w:tc>
          <w:tcPr>
            <w:tcW w:w="1814" w:type="dxa"/>
          </w:tcPr>
          <w:p w14:paraId="2175722E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31AA06C2" w14:textId="77777777" w:rsidR="006E1AB1" w:rsidRDefault="00000000">
            <w:pPr>
              <w:jc w:val="right"/>
            </w:pPr>
            <w:r>
              <w:rPr>
                <w:sz w:val="17"/>
              </w:rPr>
              <w:t>17.359,07</w:t>
            </w:r>
          </w:p>
        </w:tc>
      </w:tr>
      <w:tr w:rsidR="006E1AB1" w14:paraId="5E16085A" w14:textId="77777777">
        <w:tc>
          <w:tcPr>
            <w:tcW w:w="4252" w:type="dxa"/>
          </w:tcPr>
          <w:p w14:paraId="3084EFE5" w14:textId="77777777" w:rsidR="006E1AB1" w:rsidRDefault="00000000">
            <w:r>
              <w:rPr>
                <w:sz w:val="17"/>
              </w:rPr>
              <w:t>Titolo 5 - Chiusura Anticipazioni ricevute da istituto tesoriere/cassiere</w:t>
            </w:r>
          </w:p>
        </w:tc>
        <w:tc>
          <w:tcPr>
            <w:tcW w:w="1814" w:type="dxa"/>
          </w:tcPr>
          <w:p w14:paraId="76F3E2E7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0554B966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1E592CBD" w14:textId="77777777" w:rsidR="006E1AB1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6E1AB1" w14:paraId="71423482" w14:textId="77777777">
        <w:tc>
          <w:tcPr>
            <w:tcW w:w="4252" w:type="dxa"/>
          </w:tcPr>
          <w:p w14:paraId="0E4B5FA8" w14:textId="77777777" w:rsidR="006E1AB1" w:rsidRDefault="00000000">
            <w:r>
              <w:rPr>
                <w:sz w:val="17"/>
              </w:rPr>
              <w:t>Titolo 7 - Uscite per conto terzi e partite di giro</w:t>
            </w:r>
          </w:p>
        </w:tc>
        <w:tc>
          <w:tcPr>
            <w:tcW w:w="1814" w:type="dxa"/>
          </w:tcPr>
          <w:p w14:paraId="7CA16647" w14:textId="77777777" w:rsidR="006E1AB1" w:rsidRDefault="00000000">
            <w:pPr>
              <w:jc w:val="right"/>
            </w:pPr>
            <w:r>
              <w:rPr>
                <w:sz w:val="17"/>
              </w:rPr>
              <w:t>86.920,62</w:t>
            </w:r>
          </w:p>
        </w:tc>
        <w:tc>
          <w:tcPr>
            <w:tcW w:w="1814" w:type="dxa"/>
          </w:tcPr>
          <w:p w14:paraId="56DD9F1D" w14:textId="77777777" w:rsidR="006E1AB1" w:rsidRDefault="00000000">
            <w:pPr>
              <w:jc w:val="right"/>
            </w:pPr>
            <w:r>
              <w:rPr>
                <w:sz w:val="17"/>
              </w:rPr>
              <w:t>8.988,03</w:t>
            </w:r>
          </w:p>
        </w:tc>
        <w:tc>
          <w:tcPr>
            <w:tcW w:w="1814" w:type="dxa"/>
          </w:tcPr>
          <w:p w14:paraId="0F2DF5FA" w14:textId="77777777" w:rsidR="006E1AB1" w:rsidRDefault="00000000">
            <w:pPr>
              <w:jc w:val="right"/>
            </w:pPr>
            <w:r>
              <w:rPr>
                <w:sz w:val="17"/>
              </w:rPr>
              <w:t>95.908,65</w:t>
            </w:r>
          </w:p>
        </w:tc>
      </w:tr>
      <w:tr w:rsidR="006E1AB1" w14:paraId="5580500F" w14:textId="77777777">
        <w:tc>
          <w:tcPr>
            <w:tcW w:w="4252" w:type="dxa"/>
            <w:shd w:val="clear" w:color="auto" w:fill="BDD7EE"/>
          </w:tcPr>
          <w:p w14:paraId="13E56461" w14:textId="77777777" w:rsidR="006E1AB1" w:rsidRDefault="00000000">
            <w:r>
              <w:rPr>
                <w:b/>
                <w:sz w:val="18"/>
              </w:rPr>
              <w:t>Totale Spese finali</w:t>
            </w:r>
          </w:p>
        </w:tc>
        <w:tc>
          <w:tcPr>
            <w:tcW w:w="1814" w:type="dxa"/>
            <w:shd w:val="clear" w:color="auto" w:fill="BDD7EE"/>
          </w:tcPr>
          <w:p w14:paraId="6248882C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363.676,84</w:t>
            </w:r>
          </w:p>
        </w:tc>
        <w:tc>
          <w:tcPr>
            <w:tcW w:w="1814" w:type="dxa"/>
            <w:shd w:val="clear" w:color="auto" w:fill="BDD7EE"/>
          </w:tcPr>
          <w:p w14:paraId="139CDCE6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351.921,46</w:t>
            </w:r>
          </w:p>
        </w:tc>
        <w:tc>
          <w:tcPr>
            <w:tcW w:w="1814" w:type="dxa"/>
            <w:shd w:val="clear" w:color="auto" w:fill="BDD7EE"/>
          </w:tcPr>
          <w:p w14:paraId="03D32007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715.598,30</w:t>
            </w:r>
          </w:p>
        </w:tc>
      </w:tr>
      <w:tr w:rsidR="006E1AB1" w14:paraId="1708DAB7" w14:textId="77777777">
        <w:tc>
          <w:tcPr>
            <w:tcW w:w="4252" w:type="dxa"/>
            <w:shd w:val="clear" w:color="auto" w:fill="FFF2CC"/>
          </w:tcPr>
          <w:p w14:paraId="368C2D09" w14:textId="77777777" w:rsidR="006E1AB1" w:rsidRDefault="00000000">
            <w:r>
              <w:rPr>
                <w:b/>
                <w:sz w:val="18"/>
              </w:rPr>
              <w:t>Saldo finale di cassa fra le entrate finali e le spese finali</w:t>
            </w:r>
          </w:p>
        </w:tc>
        <w:tc>
          <w:tcPr>
            <w:tcW w:w="1814" w:type="dxa"/>
            <w:shd w:val="clear" w:color="auto" w:fill="FFF2CC"/>
          </w:tcPr>
          <w:p w14:paraId="3AA88717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292.467,78</w:t>
            </w:r>
          </w:p>
        </w:tc>
        <w:tc>
          <w:tcPr>
            <w:tcW w:w="1814" w:type="dxa"/>
            <w:shd w:val="clear" w:color="auto" w:fill="FFF2CC"/>
          </w:tcPr>
          <w:p w14:paraId="6E534882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-158.597,04</w:t>
            </w:r>
          </w:p>
        </w:tc>
        <w:tc>
          <w:tcPr>
            <w:tcW w:w="1814" w:type="dxa"/>
            <w:shd w:val="clear" w:color="auto" w:fill="FFF2CC"/>
          </w:tcPr>
          <w:p w14:paraId="0C118430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133.870,74</w:t>
            </w:r>
          </w:p>
        </w:tc>
      </w:tr>
    </w:tbl>
    <w:p w14:paraId="49BB5793" w14:textId="77777777" w:rsidR="006E1AB1" w:rsidRDefault="006E1AB1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969"/>
        <w:gridCol w:w="1984"/>
      </w:tblGrid>
      <w:tr w:rsidR="006E1AB1" w14:paraId="1F27BC98" w14:textId="77777777">
        <w:tc>
          <w:tcPr>
            <w:tcW w:w="3969" w:type="dxa"/>
            <w:shd w:val="clear" w:color="auto" w:fill="BDD7EE"/>
          </w:tcPr>
          <w:p w14:paraId="331B8BFA" w14:textId="77777777" w:rsidR="006E1AB1" w:rsidRDefault="00000000">
            <w:r>
              <w:rPr>
                <w:b/>
                <w:sz w:val="18"/>
              </w:rPr>
              <w:t>Fondo di Cassa al 01/01/2026</w:t>
            </w:r>
          </w:p>
        </w:tc>
        <w:tc>
          <w:tcPr>
            <w:tcW w:w="1984" w:type="dxa"/>
            <w:shd w:val="clear" w:color="auto" w:fill="BDD7EE"/>
          </w:tcPr>
          <w:p w14:paraId="42D5CD09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971.904,39</w:t>
            </w:r>
          </w:p>
        </w:tc>
      </w:tr>
      <w:tr w:rsidR="006E1AB1" w14:paraId="711264C1" w14:textId="77777777">
        <w:tc>
          <w:tcPr>
            <w:tcW w:w="3969" w:type="dxa"/>
          </w:tcPr>
          <w:p w14:paraId="527AE364" w14:textId="77777777" w:rsidR="006E1AB1" w:rsidRDefault="00000000">
            <w:r>
              <w:rPr>
                <w:sz w:val="18"/>
              </w:rPr>
              <w:t>Riscossioni (+)</w:t>
            </w:r>
          </w:p>
        </w:tc>
        <w:tc>
          <w:tcPr>
            <w:tcW w:w="1984" w:type="dxa"/>
          </w:tcPr>
          <w:p w14:paraId="4F725ACE" w14:textId="77777777" w:rsidR="006E1AB1" w:rsidRDefault="00000000">
            <w:pPr>
              <w:jc w:val="right"/>
            </w:pPr>
            <w:r>
              <w:rPr>
                <w:sz w:val="18"/>
              </w:rPr>
              <w:t>849.469,04</w:t>
            </w:r>
          </w:p>
        </w:tc>
      </w:tr>
      <w:tr w:rsidR="006E1AB1" w14:paraId="72ED98D4" w14:textId="77777777">
        <w:tc>
          <w:tcPr>
            <w:tcW w:w="3969" w:type="dxa"/>
          </w:tcPr>
          <w:p w14:paraId="69B02ABC" w14:textId="77777777" w:rsidR="006E1AB1" w:rsidRDefault="00000000">
            <w:r>
              <w:rPr>
                <w:sz w:val="18"/>
              </w:rPr>
              <w:t>Pagamenti (-)</w:t>
            </w:r>
          </w:p>
        </w:tc>
        <w:tc>
          <w:tcPr>
            <w:tcW w:w="1984" w:type="dxa"/>
          </w:tcPr>
          <w:p w14:paraId="26645A6C" w14:textId="77777777" w:rsidR="006E1AB1" w:rsidRDefault="00000000">
            <w:pPr>
              <w:jc w:val="right"/>
            </w:pPr>
            <w:r>
              <w:rPr>
                <w:sz w:val="18"/>
              </w:rPr>
              <w:t>715.598,30</w:t>
            </w:r>
          </w:p>
        </w:tc>
      </w:tr>
      <w:tr w:rsidR="006E1AB1" w14:paraId="00696E2F" w14:textId="77777777">
        <w:tc>
          <w:tcPr>
            <w:tcW w:w="3969" w:type="dxa"/>
            <w:shd w:val="clear" w:color="auto" w:fill="BDD7EE"/>
          </w:tcPr>
          <w:p w14:paraId="200CF4AE" w14:textId="77777777" w:rsidR="006E1AB1" w:rsidRDefault="00000000">
            <w:r>
              <w:rPr>
                <w:b/>
                <w:sz w:val="18"/>
              </w:rPr>
              <w:t>Fondo di Cassa Totale</w:t>
            </w:r>
          </w:p>
        </w:tc>
        <w:tc>
          <w:tcPr>
            <w:tcW w:w="1984" w:type="dxa"/>
            <w:shd w:val="clear" w:color="auto" w:fill="BDD7EE"/>
          </w:tcPr>
          <w:p w14:paraId="2C136DD6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1.105.775,13</w:t>
            </w:r>
          </w:p>
        </w:tc>
      </w:tr>
      <w:tr w:rsidR="006E1AB1" w14:paraId="307E9C45" w14:textId="77777777">
        <w:tc>
          <w:tcPr>
            <w:tcW w:w="3969" w:type="dxa"/>
          </w:tcPr>
          <w:p w14:paraId="67B4A078" w14:textId="77777777" w:rsidR="006E1AB1" w:rsidRDefault="00000000">
            <w:r>
              <w:rPr>
                <w:sz w:val="18"/>
              </w:rPr>
              <w:t>Provvisori di Entrata da Regolarizzare (+)</w:t>
            </w:r>
          </w:p>
        </w:tc>
        <w:tc>
          <w:tcPr>
            <w:tcW w:w="1984" w:type="dxa"/>
          </w:tcPr>
          <w:p w14:paraId="177CF98F" w14:textId="77777777" w:rsidR="006E1AB1" w:rsidRDefault="00000000">
            <w:pPr>
              <w:jc w:val="right"/>
            </w:pPr>
            <w:r>
              <w:rPr>
                <w:sz w:val="18"/>
              </w:rPr>
              <w:t>1.583,03</w:t>
            </w:r>
          </w:p>
        </w:tc>
      </w:tr>
      <w:tr w:rsidR="006E1AB1" w14:paraId="4742C38B" w14:textId="77777777">
        <w:tc>
          <w:tcPr>
            <w:tcW w:w="3969" w:type="dxa"/>
          </w:tcPr>
          <w:p w14:paraId="043DDB30" w14:textId="77777777" w:rsidR="006E1AB1" w:rsidRDefault="00000000">
            <w:r>
              <w:rPr>
                <w:sz w:val="18"/>
              </w:rPr>
              <w:t>Provvisori di Spesa da Regolarizzare (-)</w:t>
            </w:r>
          </w:p>
        </w:tc>
        <w:tc>
          <w:tcPr>
            <w:tcW w:w="1984" w:type="dxa"/>
          </w:tcPr>
          <w:p w14:paraId="540E64ED" w14:textId="77777777" w:rsidR="006E1AB1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6E1AB1" w14:paraId="455BD4F0" w14:textId="77777777">
        <w:tc>
          <w:tcPr>
            <w:tcW w:w="3969" w:type="dxa"/>
            <w:shd w:val="clear" w:color="auto" w:fill="BDD7EE"/>
          </w:tcPr>
          <w:p w14:paraId="67549777" w14:textId="77777777" w:rsidR="006E1AB1" w:rsidRDefault="00000000">
            <w:r>
              <w:rPr>
                <w:b/>
                <w:sz w:val="18"/>
              </w:rPr>
              <w:t>Fondo di Cassa Finale</w:t>
            </w:r>
          </w:p>
        </w:tc>
        <w:tc>
          <w:tcPr>
            <w:tcW w:w="1984" w:type="dxa"/>
            <w:shd w:val="clear" w:color="auto" w:fill="BDD7EE"/>
          </w:tcPr>
          <w:p w14:paraId="3343A69E" w14:textId="77777777" w:rsidR="006E1AB1" w:rsidRDefault="00000000">
            <w:pPr>
              <w:jc w:val="right"/>
            </w:pPr>
            <w:r>
              <w:rPr>
                <w:b/>
                <w:sz w:val="18"/>
              </w:rPr>
              <w:t>1.107.358,16</w:t>
            </w:r>
          </w:p>
        </w:tc>
      </w:tr>
    </w:tbl>
    <w:p w14:paraId="6F04D759" w14:textId="77777777" w:rsidR="006E1AB1" w:rsidRDefault="006E1AB1"/>
    <w:p w14:paraId="42B48885" w14:textId="77777777" w:rsidR="00032CC8" w:rsidRDefault="00032CC8"/>
    <w:p w14:paraId="721D53DC" w14:textId="77777777" w:rsidR="00032CC8" w:rsidRDefault="00032CC8"/>
    <w:p w14:paraId="27C65B35" w14:textId="77777777" w:rsidR="006E1AB1" w:rsidRDefault="00000000">
      <w:pPr>
        <w:spacing w:before="120" w:after="60"/>
        <w:jc w:val="center"/>
      </w:pPr>
      <w:r>
        <w:rPr>
          <w:b/>
        </w:rPr>
        <w:t>DEBITI FUORI BILANCIO</w:t>
      </w:r>
    </w:p>
    <w:p w14:paraId="7FA5CD0D" w14:textId="77777777" w:rsidR="006E1AB1" w:rsidRDefault="00000000">
      <w:pPr>
        <w:spacing w:after="60"/>
        <w:ind w:firstLine="851"/>
        <w:jc w:val="both"/>
      </w:pPr>
      <w:r>
        <w:t>Alla data attuale non risultano debiti fuori bilancio.</w:t>
      </w:r>
    </w:p>
    <w:p w14:paraId="16B872E5" w14:textId="77777777" w:rsidR="006E1AB1" w:rsidRDefault="006E1AB1"/>
    <w:p w14:paraId="75F3CDA2" w14:textId="77777777" w:rsidR="00032CC8" w:rsidRDefault="00032CC8"/>
    <w:p w14:paraId="3D1C88BE" w14:textId="77777777" w:rsidR="006E1AB1" w:rsidRDefault="00000000">
      <w:pPr>
        <w:spacing w:before="120" w:after="60"/>
        <w:jc w:val="center"/>
      </w:pPr>
      <w:r>
        <w:rPr>
          <w:b/>
        </w:rPr>
        <w:lastRenderedPageBreak/>
        <w:t>CONCLUSIONI</w:t>
      </w:r>
    </w:p>
    <w:p w14:paraId="0AB6BACB" w14:textId="77777777" w:rsidR="006E1AB1" w:rsidRDefault="00000000">
      <w:pPr>
        <w:spacing w:after="60"/>
        <w:ind w:firstLine="851"/>
        <w:jc w:val="both"/>
      </w:pPr>
      <w:r>
        <w:t>I dati analizzati nella presente relazione non fanno prevedere al 31.12.2026 un disavanzo, di gestione o di amministrazione, per squilibrio della gestione di competenza, di cassa ovvero della gestione dei residui.</w:t>
      </w:r>
    </w:p>
    <w:p w14:paraId="1F28A217" w14:textId="77777777" w:rsidR="006E1AB1" w:rsidRDefault="00000000">
      <w:pPr>
        <w:spacing w:after="60"/>
        <w:ind w:firstLine="851"/>
        <w:jc w:val="both"/>
      </w:pPr>
      <w:r>
        <w:t>La presente Relazione Tecnica verrà sottoposta al Revisore dei conti per il rilascio del parere, e successivamente verrà allegata alla deliberazione del Consiglio Comunale per gli adempimenti previsti dall'art. 193 del TUEL.</w:t>
      </w:r>
    </w:p>
    <w:p w14:paraId="74DF0380" w14:textId="77777777" w:rsidR="006E1AB1" w:rsidRDefault="006E1AB1"/>
    <w:p w14:paraId="2A9639B7" w14:textId="3100A3BF" w:rsidR="006E1AB1" w:rsidRDefault="00000000">
      <w:pPr>
        <w:spacing w:after="60"/>
        <w:ind w:firstLine="851"/>
        <w:jc w:val="both"/>
      </w:pPr>
      <w:r>
        <w:t xml:space="preserve">Cantoira, lì </w:t>
      </w:r>
      <w:r w:rsidR="00032CC8">
        <w:t>7</w:t>
      </w:r>
      <w:r>
        <w:t>/07/2026</w:t>
      </w:r>
    </w:p>
    <w:p w14:paraId="6030F0D4" w14:textId="77777777" w:rsidR="006E1AB1" w:rsidRDefault="006E1AB1"/>
    <w:p w14:paraId="5093DC91" w14:textId="77777777" w:rsidR="006E1AB1" w:rsidRDefault="006E1AB1"/>
    <w:p w14:paraId="53818190" w14:textId="77777777" w:rsidR="006E1AB1" w:rsidRDefault="00000000">
      <w:pPr>
        <w:spacing w:after="60"/>
        <w:ind w:firstLine="851"/>
        <w:jc w:val="both"/>
      </w:pPr>
      <w:r>
        <w:tab/>
      </w:r>
      <w:r>
        <w:tab/>
      </w:r>
      <w:r>
        <w:tab/>
      </w:r>
      <w:r>
        <w:tab/>
        <w:t>Il Responsabile del Servizio Economico Finanziario</w:t>
      </w:r>
    </w:p>
    <w:p w14:paraId="2A5457D1" w14:textId="77777777" w:rsidR="006E1AB1" w:rsidRDefault="006E1AB1"/>
    <w:p w14:paraId="00B9B2FD" w14:textId="77777777" w:rsidR="006E1AB1" w:rsidRDefault="00000000">
      <w:pPr>
        <w:spacing w:after="60"/>
        <w:ind w:firstLine="851"/>
        <w:jc w:val="both"/>
      </w:pPr>
      <w:r>
        <w:tab/>
      </w:r>
      <w:r>
        <w:tab/>
      </w:r>
      <w:r>
        <w:tab/>
      </w:r>
      <w:r>
        <w:tab/>
        <w:t>______________________________</w:t>
      </w:r>
    </w:p>
    <w:sectPr w:rsidR="006E1AB1" w:rsidSect="00034616">
      <w:pgSz w:w="12240" w:h="15840"/>
      <w:pgMar w:top="1417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16337904">
    <w:abstractNumId w:val="8"/>
  </w:num>
  <w:num w:numId="2" w16cid:durableId="1743137872">
    <w:abstractNumId w:val="6"/>
  </w:num>
  <w:num w:numId="3" w16cid:durableId="1495606147">
    <w:abstractNumId w:val="5"/>
  </w:num>
  <w:num w:numId="4" w16cid:durableId="1783911795">
    <w:abstractNumId w:val="4"/>
  </w:num>
  <w:num w:numId="5" w16cid:durableId="2039696353">
    <w:abstractNumId w:val="7"/>
  </w:num>
  <w:num w:numId="6" w16cid:durableId="1070929383">
    <w:abstractNumId w:val="3"/>
  </w:num>
  <w:num w:numId="7" w16cid:durableId="1600874701">
    <w:abstractNumId w:val="2"/>
  </w:num>
  <w:num w:numId="8" w16cid:durableId="1672298653">
    <w:abstractNumId w:val="1"/>
  </w:num>
  <w:num w:numId="9" w16cid:durableId="1118718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2CC8"/>
    <w:rsid w:val="00034616"/>
    <w:rsid w:val="0006063C"/>
    <w:rsid w:val="0015074B"/>
    <w:rsid w:val="0029639D"/>
    <w:rsid w:val="00326F90"/>
    <w:rsid w:val="006E1AB1"/>
    <w:rsid w:val="00AA1D8D"/>
    <w:rsid w:val="00B47730"/>
    <w:rsid w:val="00CB0664"/>
    <w:rsid w:val="00ED54D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57E354"/>
  <w14:defaultImageDpi w14:val="300"/>
  <w15:docId w15:val="{116DEA85-DCCF-40EB-B67A-0A1071BCE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5493</Words>
  <Characters>31314</Characters>
  <Application>Microsoft Office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36734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Alessandra Nicolello</cp:lastModifiedBy>
  <cp:revision>2</cp:revision>
  <dcterms:created xsi:type="dcterms:W3CDTF">2013-12-23T23:15:00Z</dcterms:created>
  <dcterms:modified xsi:type="dcterms:W3CDTF">2026-07-07T10:48:00Z</dcterms:modified>
  <cp:category/>
</cp:coreProperties>
</file>